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9"/>
        <w:gridCol w:w="5329"/>
      </w:tblGrid>
      <w:tr w:rsidR="009048FB" w14:paraId="120896F3" w14:textId="77777777">
        <w:trPr>
          <w:trHeight w:hRule="exact" w:val="130"/>
        </w:trPr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F17B6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A38A" w14:textId="77777777" w:rsidR="009048FB" w:rsidRDefault="009048FB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22345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A3D9" w14:textId="77777777" w:rsidR="009048FB" w:rsidRDefault="009048FB"/>
        </w:tc>
      </w:tr>
    </w:tbl>
    <w:p w14:paraId="6E9396F5" w14:textId="77777777" w:rsidR="009048FB" w:rsidRDefault="00000000">
      <w:pPr>
        <w:spacing w:before="100" w:after="0"/>
      </w:pPr>
      <w:r>
        <w:rPr>
          <w:rFonts w:ascii="맑은 고딕" w:eastAsia="맑은 고딕" w:hAnsi="맑은 고딕"/>
          <w:b/>
          <w:color w:val="F17B63"/>
          <w:sz w:val="16"/>
        </w:rPr>
        <w:t>MATH WRONG ANSWER NOTE</w:t>
      </w:r>
    </w:p>
    <w:p w14:paraId="2F131510" w14:textId="77777777" w:rsidR="009048FB" w:rsidRDefault="00000000">
      <w:pPr>
        <w:spacing w:after="60"/>
      </w:pPr>
      <w:r>
        <w:rPr>
          <w:rFonts w:ascii="맑은 고딕" w:eastAsia="맑은 고딕" w:hAnsi="맑은 고딕"/>
          <w:b/>
          <w:color w:val="223454"/>
          <w:sz w:val="46"/>
        </w:rPr>
        <w:t>수학 오답노트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53"/>
        <w:gridCol w:w="3553"/>
        <w:gridCol w:w="3553"/>
      </w:tblGrid>
      <w:tr w:rsidR="009048FB" w14:paraId="6D9AC912" w14:textId="77777777">
        <w:trPr>
          <w:trHeight w:val="454"/>
        </w:trPr>
        <w:tc>
          <w:tcPr>
            <w:tcW w:w="3553" w:type="dxa"/>
            <w:tcBorders>
              <w:bottom w:val="single" w:sz="5" w:space="0" w:color="D8D5CE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1BDB8F" w14:textId="77777777" w:rsidR="009048FB" w:rsidRDefault="00000000">
            <w:pPr>
              <w:spacing w:after="0"/>
            </w:pPr>
            <w:r>
              <w:rPr>
                <w:rFonts w:ascii="맑은 고딕" w:eastAsia="맑은 고딕" w:hAnsi="맑은 고딕"/>
                <w:color w:val="223454"/>
                <w:sz w:val="16"/>
              </w:rPr>
              <w:t>단원  ____________________</w:t>
            </w:r>
          </w:p>
        </w:tc>
        <w:tc>
          <w:tcPr>
            <w:tcW w:w="3553" w:type="dxa"/>
            <w:tcBorders>
              <w:bottom w:val="single" w:sz="5" w:space="0" w:color="D8D5CE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C2C122" w14:textId="77777777" w:rsidR="009048FB" w:rsidRDefault="00000000">
            <w:pPr>
              <w:spacing w:after="0"/>
            </w:pPr>
            <w:r>
              <w:rPr>
                <w:rFonts w:ascii="맑은 고딕" w:eastAsia="맑은 고딕" w:hAnsi="맑은 고딕"/>
                <w:color w:val="223454"/>
                <w:sz w:val="16"/>
              </w:rPr>
              <w:t>이름  ______________</w:t>
            </w:r>
          </w:p>
        </w:tc>
        <w:tc>
          <w:tcPr>
            <w:tcW w:w="3553" w:type="dxa"/>
            <w:tcBorders>
              <w:bottom w:val="single" w:sz="5" w:space="0" w:color="D8D5CE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781A6D" w14:textId="77777777" w:rsidR="009048FB" w:rsidRDefault="00000000">
            <w:pPr>
              <w:spacing w:after="0"/>
            </w:pPr>
            <w:r>
              <w:rPr>
                <w:rFonts w:ascii="맑은 고딕" w:eastAsia="맑은 고딕" w:hAnsi="맑은 고딕"/>
                <w:color w:val="223454"/>
                <w:sz w:val="16"/>
              </w:rPr>
              <w:t>날짜  ____________</w:t>
            </w:r>
          </w:p>
        </w:tc>
      </w:tr>
    </w:tbl>
    <w:p w14:paraId="6620B2F2" w14:textId="77777777" w:rsidR="009048FB" w:rsidRDefault="009048FB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9"/>
        <w:gridCol w:w="5329"/>
      </w:tblGrid>
      <w:tr w:rsidR="009048FB" w14:paraId="12F6EE55" w14:textId="77777777" w:rsidTr="001809F6">
        <w:trPr>
          <w:trHeight w:hRule="exact" w:val="6183"/>
        </w:trPr>
        <w:tc>
          <w:tcPr>
            <w:tcW w:w="5329" w:type="dxa"/>
            <w:tcBorders>
              <w:top w:val="single" w:sz="7" w:space="0" w:color="D8D5CE"/>
              <w:left w:val="single" w:sz="7" w:space="0" w:color="D8D5CE"/>
              <w:bottom w:val="single" w:sz="7" w:space="0" w:color="D8D5CE"/>
              <w:right w:val="single" w:sz="7" w:space="0" w:color="D8D5CE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7DCE0D" w14:textId="77777777" w:rsidR="009048FB" w:rsidRPr="001809F6" w:rsidRDefault="00000000">
            <w:pPr>
              <w:spacing w:after="60"/>
              <w:rPr>
                <w:sz w:val="18"/>
                <w:szCs w:val="18"/>
              </w:rPr>
            </w:pPr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</w:rPr>
              <w:t>NO. 01   문제 · 조건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29"/>
            </w:tblGrid>
            <w:tr w:rsidR="009048FB" w:rsidRPr="001809F6" w14:paraId="59299F39" w14:textId="77777777" w:rsidTr="001809F6">
              <w:trPr>
                <w:trHeight w:hRule="exact" w:val="4621"/>
              </w:trPr>
              <w:tc>
                <w:tcPr>
                  <w:tcW w:w="5329" w:type="dxa"/>
                  <w:tcBorders>
                    <w:top w:val="single" w:sz="5" w:space="0" w:color="D8D5CE"/>
                    <w:left w:val="single" w:sz="5" w:space="0" w:color="D8D5CE"/>
                    <w:bottom w:val="single" w:sz="5" w:space="0" w:color="D8D5CE"/>
                    <w:right w:val="single" w:sz="5" w:space="0" w:color="D8D5CE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8567DEB" w14:textId="77777777" w:rsidR="009048FB" w:rsidRPr="001809F6" w:rsidRDefault="00000000">
                  <w:pPr>
                    <w:rPr>
                      <w:sz w:val="18"/>
                      <w:szCs w:val="18"/>
                      <w:lang w:eastAsia="ko-KR"/>
                    </w:rPr>
                  </w:pPr>
                  <w:r w:rsidRPr="001809F6">
                    <w:rPr>
                      <w:rFonts w:ascii="맑은 고딕" w:eastAsia="맑은 고딕" w:hAnsi="맑은 고딕"/>
                      <w:color w:val="999999"/>
                      <w:sz w:val="18"/>
                      <w:szCs w:val="18"/>
                      <w:lang w:eastAsia="ko-KR"/>
                    </w:rPr>
                    <w:t>문제와 그림을 옮겨 적거나 붙여 넣으세요.</w:t>
                  </w:r>
                </w:p>
              </w:tc>
            </w:tr>
          </w:tbl>
          <w:p w14:paraId="7EC9B542" w14:textId="77777777" w:rsidR="009048FB" w:rsidRPr="001809F6" w:rsidRDefault="00000000">
            <w:pPr>
              <w:spacing w:before="80" w:after="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 xml:space="preserve">내 </w:t>
            </w:r>
            <w:proofErr w:type="gramStart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답  _</w:t>
            </w:r>
            <w:proofErr w:type="gramEnd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 xml:space="preserve">___________________    </w:t>
            </w:r>
            <w:proofErr w:type="gramStart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정답  _</w:t>
            </w:r>
            <w:proofErr w:type="gramEnd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___________________</w:t>
            </w:r>
          </w:p>
          <w:p w14:paraId="1B3B92D3" w14:textId="73E8405A" w:rsidR="009048FB" w:rsidRPr="001809F6" w:rsidRDefault="00000000">
            <w:pPr>
              <w:spacing w:before="60" w:after="0"/>
              <w:rPr>
                <w:sz w:val="16"/>
                <w:szCs w:val="16"/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오답 </w:t>
            </w:r>
            <w:proofErr w:type="gramStart"/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>유형  □</w:t>
            </w:r>
            <w:proofErr w:type="gramEnd"/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개념 □ 계산 □ 공식 □ 조건 누락 □ 단순 실수</w:t>
            </w:r>
          </w:p>
        </w:tc>
        <w:tc>
          <w:tcPr>
            <w:tcW w:w="5329" w:type="dxa"/>
            <w:tcBorders>
              <w:top w:val="single" w:sz="7" w:space="0" w:color="D8D5CE"/>
              <w:left w:val="single" w:sz="7" w:space="0" w:color="D8D5CE"/>
              <w:bottom w:val="single" w:sz="7" w:space="0" w:color="D8D5CE"/>
              <w:right w:val="single" w:sz="7" w:space="0" w:color="D8D5CE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7C6737" w14:textId="77777777" w:rsidR="009048FB" w:rsidRPr="001809F6" w:rsidRDefault="00000000">
            <w:pPr>
              <w:spacing w:after="8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풀이 과정 · 틀린 이유</w:t>
            </w:r>
          </w:p>
          <w:p w14:paraId="5A909C85" w14:textId="77777777" w:rsidR="009048FB" w:rsidRPr="001809F6" w:rsidRDefault="00000000">
            <w:pPr>
              <w:pBdr>
                <w:bottom w:val="single" w:sz="5" w:space="1" w:color="D8D5CE"/>
              </w:pBdr>
              <w:spacing w:before="50" w:after="5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</w:t>
            </w:r>
          </w:p>
          <w:p w14:paraId="78D17799" w14:textId="77777777" w:rsidR="009048FB" w:rsidRDefault="00000000">
            <w:pPr>
              <w:pBdr>
                <w:bottom w:val="single" w:sz="5" w:space="1" w:color="D8D5CE"/>
              </w:pBdr>
              <w:spacing w:before="50" w:after="50"/>
              <w:rPr>
                <w:lang w:eastAsia="ko-KR"/>
              </w:rPr>
            </w:pPr>
            <w:r>
              <w:rPr>
                <w:rFonts w:ascii="맑은 고딕" w:eastAsia="맑은 고딕" w:hAnsi="맑은 고딕"/>
                <w:color w:val="223454"/>
                <w:sz w:val="14"/>
                <w:lang w:eastAsia="ko-KR"/>
              </w:rPr>
              <w:t xml:space="preserve"> </w:t>
            </w:r>
          </w:p>
          <w:p w14:paraId="16E62E42" w14:textId="77777777" w:rsidR="009048FB" w:rsidRDefault="00000000">
            <w:pPr>
              <w:pBdr>
                <w:bottom w:val="single" w:sz="5" w:space="1" w:color="D8D5CE"/>
              </w:pBdr>
              <w:spacing w:before="50" w:after="50"/>
              <w:rPr>
                <w:lang w:eastAsia="ko-KR"/>
              </w:rPr>
            </w:pPr>
            <w:r>
              <w:rPr>
                <w:rFonts w:ascii="맑은 고딕" w:eastAsia="맑은 고딕" w:hAnsi="맑은 고딕"/>
                <w:color w:val="223454"/>
                <w:sz w:val="14"/>
                <w:lang w:eastAsia="ko-KR"/>
              </w:rPr>
              <w:t xml:space="preserve"> </w:t>
            </w:r>
          </w:p>
          <w:p w14:paraId="17894F41" w14:textId="77777777" w:rsidR="009048FB" w:rsidRDefault="00000000">
            <w:pPr>
              <w:pBdr>
                <w:bottom w:val="single" w:sz="5" w:space="1" w:color="D8D5CE"/>
              </w:pBdr>
              <w:spacing w:before="50" w:after="50"/>
              <w:rPr>
                <w:lang w:eastAsia="ko-KR"/>
              </w:rPr>
            </w:pPr>
            <w:r>
              <w:rPr>
                <w:rFonts w:ascii="맑은 고딕" w:eastAsia="맑은 고딕" w:hAnsi="맑은 고딕"/>
                <w:color w:val="223454"/>
                <w:sz w:val="14"/>
                <w:lang w:eastAsia="ko-KR"/>
              </w:rPr>
              <w:t xml:space="preserve"> </w:t>
            </w:r>
          </w:p>
          <w:p w14:paraId="09B229B6" w14:textId="77777777" w:rsidR="009048FB" w:rsidRPr="001809F6" w:rsidRDefault="00000000">
            <w:pPr>
              <w:spacing w:before="60" w:after="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b/>
                <w:color w:val="F17B63"/>
                <w:sz w:val="18"/>
                <w:szCs w:val="18"/>
                <w:lang w:eastAsia="ko-KR"/>
              </w:rPr>
              <w:t>다시 풀기</w:t>
            </w:r>
          </w:p>
        </w:tc>
      </w:tr>
      <w:tr w:rsidR="009048FB" w14:paraId="63D0FAD0" w14:textId="77777777" w:rsidTr="001809F6">
        <w:trPr>
          <w:trHeight w:hRule="exact" w:val="6415"/>
        </w:trPr>
        <w:tc>
          <w:tcPr>
            <w:tcW w:w="5329" w:type="dxa"/>
            <w:tcBorders>
              <w:top w:val="single" w:sz="7" w:space="0" w:color="D8D5CE"/>
              <w:left w:val="single" w:sz="7" w:space="0" w:color="D8D5CE"/>
              <w:bottom w:val="single" w:sz="7" w:space="0" w:color="D8D5CE"/>
              <w:right w:val="single" w:sz="7" w:space="0" w:color="D8D5CE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1E3BC" w14:textId="77777777" w:rsidR="009048FB" w:rsidRDefault="00000000">
            <w:pPr>
              <w:spacing w:after="60"/>
            </w:pPr>
            <w:r>
              <w:rPr>
                <w:rFonts w:ascii="맑은 고딕" w:eastAsia="맑은 고딕" w:hAnsi="맑은 고딕"/>
                <w:b/>
                <w:color w:val="223454"/>
                <w:sz w:val="16"/>
              </w:rPr>
              <w:t>NO. 02   문제 · 조건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29"/>
            </w:tblGrid>
            <w:tr w:rsidR="009048FB" w14:paraId="5EC81F26" w14:textId="77777777" w:rsidTr="001809F6">
              <w:trPr>
                <w:trHeight w:hRule="exact" w:val="4895"/>
              </w:trPr>
              <w:tc>
                <w:tcPr>
                  <w:tcW w:w="5329" w:type="dxa"/>
                  <w:tcBorders>
                    <w:top w:val="single" w:sz="5" w:space="0" w:color="D8D5CE"/>
                    <w:left w:val="single" w:sz="5" w:space="0" w:color="D8D5CE"/>
                    <w:bottom w:val="single" w:sz="5" w:space="0" w:color="D8D5CE"/>
                    <w:right w:val="single" w:sz="5" w:space="0" w:color="D8D5CE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D2A6741" w14:textId="77777777" w:rsidR="009048FB" w:rsidRDefault="00000000">
                  <w:pPr>
                    <w:rPr>
                      <w:lang w:eastAsia="ko-KR"/>
                    </w:rPr>
                  </w:pPr>
                  <w:r>
                    <w:rPr>
                      <w:rFonts w:ascii="맑은 고딕" w:eastAsia="맑은 고딕" w:hAnsi="맑은 고딕"/>
                      <w:color w:val="999999"/>
                      <w:sz w:val="14"/>
                      <w:lang w:eastAsia="ko-KR"/>
                    </w:rPr>
                    <w:t>문제와 그림을 옮겨 적거나 붙여 넣으세요.</w:t>
                  </w:r>
                </w:p>
              </w:tc>
            </w:tr>
          </w:tbl>
          <w:p w14:paraId="5F4B8CB1" w14:textId="77777777" w:rsidR="001809F6" w:rsidRPr="001809F6" w:rsidRDefault="001809F6" w:rsidP="001809F6">
            <w:pPr>
              <w:spacing w:before="80" w:after="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 xml:space="preserve">내 </w:t>
            </w:r>
            <w:proofErr w:type="gramStart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답  _</w:t>
            </w:r>
            <w:proofErr w:type="gramEnd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 xml:space="preserve">___________________    </w:t>
            </w:r>
            <w:proofErr w:type="gramStart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정답  _</w:t>
            </w:r>
            <w:proofErr w:type="gramEnd"/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___________________</w:t>
            </w:r>
          </w:p>
          <w:p w14:paraId="3354B94F" w14:textId="7061522B" w:rsidR="009048FB" w:rsidRDefault="001809F6" w:rsidP="001809F6">
            <w:pPr>
              <w:spacing w:before="60" w:after="0"/>
              <w:rPr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오답 </w:t>
            </w:r>
            <w:proofErr w:type="gramStart"/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>유형  □</w:t>
            </w:r>
            <w:proofErr w:type="gramEnd"/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개념 □ 계산 □ 공식 □ 조건 누락 □ 단순 실수</w:t>
            </w:r>
          </w:p>
        </w:tc>
        <w:tc>
          <w:tcPr>
            <w:tcW w:w="5329" w:type="dxa"/>
            <w:tcBorders>
              <w:top w:val="single" w:sz="7" w:space="0" w:color="D8D5CE"/>
              <w:left w:val="single" w:sz="7" w:space="0" w:color="D8D5CE"/>
              <w:bottom w:val="single" w:sz="7" w:space="0" w:color="D8D5CE"/>
              <w:right w:val="single" w:sz="7" w:space="0" w:color="D8D5CE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55D235" w14:textId="77777777" w:rsidR="009048FB" w:rsidRPr="001809F6" w:rsidRDefault="00000000">
            <w:pPr>
              <w:spacing w:after="8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b/>
                <w:color w:val="223454"/>
                <w:sz w:val="18"/>
                <w:szCs w:val="18"/>
                <w:lang w:eastAsia="ko-KR"/>
              </w:rPr>
              <w:t>풀이 과정 · 틀린 이유</w:t>
            </w:r>
          </w:p>
          <w:p w14:paraId="7B6E122B" w14:textId="77777777" w:rsidR="009048FB" w:rsidRPr="001809F6" w:rsidRDefault="00000000">
            <w:pPr>
              <w:pBdr>
                <w:bottom w:val="single" w:sz="5" w:space="1" w:color="D8D5CE"/>
              </w:pBdr>
              <w:spacing w:before="50" w:after="5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</w:t>
            </w:r>
          </w:p>
          <w:p w14:paraId="48BBF06F" w14:textId="77777777" w:rsidR="009048FB" w:rsidRPr="001809F6" w:rsidRDefault="00000000">
            <w:pPr>
              <w:pBdr>
                <w:bottom w:val="single" w:sz="5" w:space="1" w:color="D8D5CE"/>
              </w:pBdr>
              <w:spacing w:before="50" w:after="5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</w:t>
            </w:r>
          </w:p>
          <w:p w14:paraId="6D03B30E" w14:textId="77777777" w:rsidR="009048FB" w:rsidRPr="001809F6" w:rsidRDefault="00000000">
            <w:pPr>
              <w:pBdr>
                <w:bottom w:val="single" w:sz="5" w:space="1" w:color="D8D5CE"/>
              </w:pBdr>
              <w:spacing w:before="50" w:after="5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</w:t>
            </w:r>
          </w:p>
          <w:p w14:paraId="41F90D08" w14:textId="77777777" w:rsidR="009048FB" w:rsidRPr="001809F6" w:rsidRDefault="00000000">
            <w:pPr>
              <w:pBdr>
                <w:bottom w:val="single" w:sz="5" w:space="1" w:color="D8D5CE"/>
              </w:pBdr>
              <w:spacing w:before="50" w:after="5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color w:val="223454"/>
                <w:sz w:val="18"/>
                <w:szCs w:val="18"/>
                <w:lang w:eastAsia="ko-KR"/>
              </w:rPr>
              <w:t xml:space="preserve"> </w:t>
            </w:r>
          </w:p>
          <w:p w14:paraId="0A75C9F2" w14:textId="77777777" w:rsidR="009048FB" w:rsidRPr="001809F6" w:rsidRDefault="00000000">
            <w:pPr>
              <w:spacing w:before="60" w:after="0"/>
              <w:rPr>
                <w:sz w:val="18"/>
                <w:szCs w:val="18"/>
                <w:lang w:eastAsia="ko-KR"/>
              </w:rPr>
            </w:pPr>
            <w:r w:rsidRPr="001809F6">
              <w:rPr>
                <w:rFonts w:ascii="맑은 고딕" w:eastAsia="맑은 고딕" w:hAnsi="맑은 고딕"/>
                <w:b/>
                <w:color w:val="F17B63"/>
                <w:sz w:val="18"/>
                <w:szCs w:val="18"/>
                <w:lang w:eastAsia="ko-KR"/>
              </w:rPr>
              <w:t>다시 풀기</w:t>
            </w:r>
          </w:p>
        </w:tc>
      </w:tr>
    </w:tbl>
    <w:p w14:paraId="6332FCB7" w14:textId="77777777" w:rsidR="009048FB" w:rsidRPr="001809F6" w:rsidRDefault="00000000">
      <w:pPr>
        <w:spacing w:before="80" w:after="0"/>
        <w:jc w:val="center"/>
        <w:rPr>
          <w:sz w:val="16"/>
          <w:szCs w:val="16"/>
        </w:rPr>
      </w:pPr>
      <w:r w:rsidRPr="001809F6">
        <w:rPr>
          <w:rFonts w:ascii="맑은 고딕" w:eastAsia="맑은 고딕" w:hAnsi="맑은 고딕"/>
          <w:color w:val="8A8A8A"/>
          <w:sz w:val="16"/>
          <w:szCs w:val="16"/>
        </w:rPr>
        <w:t>EDUCATION BOX · edu.informationbox.kr</w:t>
      </w:r>
    </w:p>
    <w:sectPr w:rsidR="009048FB" w:rsidRPr="001809F6" w:rsidSect="00034616">
      <w:pgSz w:w="11906" w:h="16838"/>
      <w:pgMar w:top="510" w:right="624" w:bottom="45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0157913">
    <w:abstractNumId w:val="8"/>
  </w:num>
  <w:num w:numId="2" w16cid:durableId="2093355822">
    <w:abstractNumId w:val="6"/>
  </w:num>
  <w:num w:numId="3" w16cid:durableId="2091810198">
    <w:abstractNumId w:val="5"/>
  </w:num>
  <w:num w:numId="4" w16cid:durableId="259071813">
    <w:abstractNumId w:val="4"/>
  </w:num>
  <w:num w:numId="5" w16cid:durableId="1224370181">
    <w:abstractNumId w:val="7"/>
  </w:num>
  <w:num w:numId="6" w16cid:durableId="1204905514">
    <w:abstractNumId w:val="3"/>
  </w:num>
  <w:num w:numId="7" w16cid:durableId="862787483">
    <w:abstractNumId w:val="2"/>
  </w:num>
  <w:num w:numId="8" w16cid:durableId="199172757">
    <w:abstractNumId w:val="1"/>
  </w:num>
  <w:num w:numId="9" w16cid:durableId="184296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9F6"/>
    <w:rsid w:val="0029639D"/>
    <w:rsid w:val="00326F90"/>
    <w:rsid w:val="00464EAA"/>
    <w:rsid w:val="009048F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C390B3"/>
  <w14:defaultImageDpi w14:val="300"/>
  <w15:docId w15:val="{C802D791-1B11-41A4-8E04-736C18B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310</Characters>
  <Application>Microsoft Office Word</Application>
  <DocSecurity>0</DocSecurity>
  <Lines>77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2026-09-30T08:43:00Z</dcterms:modified>
  <cp:category/>
</cp:coreProperties>
</file>