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9"/>
        <w:gridCol w:w="5329"/>
      </w:tblGrid>
      <w:tr w:rsidR="00242B70" w14:paraId="22A3BA65" w14:textId="77777777">
        <w:trPr>
          <w:jc w:val="center"/>
        </w:trPr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F17B63"/>
          </w:tcPr>
          <w:p w14:paraId="4F3A255B" w14:textId="77777777" w:rsidR="00242B70" w:rsidRDefault="00242B70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223454"/>
          </w:tcPr>
          <w:p w14:paraId="04B804FB" w14:textId="77777777" w:rsidR="00242B70" w:rsidRDefault="00242B70"/>
        </w:tc>
      </w:tr>
    </w:tbl>
    <w:p w14:paraId="7E328AC8" w14:textId="77777777" w:rsidR="00242B70" w:rsidRDefault="00242B70">
      <w:pPr>
        <w:spacing w:after="0"/>
      </w:pPr>
    </w:p>
    <w:p w14:paraId="74030F8B" w14:textId="77777777" w:rsidR="00242B70" w:rsidRDefault="00000000">
      <w:pPr>
        <w:spacing w:after="20"/>
      </w:pPr>
      <w:r>
        <w:rPr>
          <w:rFonts w:ascii="맑은 고딕" w:eastAsia="맑은 고딕" w:hAnsi="맑은 고딕"/>
          <w:b/>
          <w:color w:val="F17B63"/>
          <w:sz w:val="18"/>
        </w:rPr>
        <w:t>ENGLISH WRONG ANSWER NOTE</w:t>
      </w:r>
    </w:p>
    <w:p w14:paraId="34782F1F" w14:textId="77777777" w:rsidR="00242B70" w:rsidRDefault="00000000">
      <w:pPr>
        <w:spacing w:after="40"/>
      </w:pPr>
      <w:r>
        <w:rPr>
          <w:rFonts w:ascii="맑은 고딕" w:eastAsia="맑은 고딕" w:hAnsi="맑은 고딕"/>
          <w:b/>
          <w:color w:val="223454"/>
          <w:sz w:val="46"/>
        </w:rPr>
        <w:t>영어 오답노트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118"/>
        <w:gridCol w:w="3118"/>
      </w:tblGrid>
      <w:tr w:rsidR="00242B70" w14:paraId="787852FF" w14:textId="77777777">
        <w:trPr>
          <w:jc w:val="center"/>
        </w:trPr>
        <w:tc>
          <w:tcPr>
            <w:tcW w:w="4422" w:type="dxa"/>
            <w:tcBorders>
              <w:bottom w:val="single" w:sz="5" w:space="0" w:color="D9D5CD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B49A32" w14:textId="77777777" w:rsidR="00242B70" w:rsidRDefault="00000000">
            <w:r>
              <w:rPr>
                <w:rFonts w:ascii="맑은 고딕" w:eastAsia="맑은 고딕" w:hAnsi="맑은 고딕"/>
                <w:color w:val="6E7582"/>
                <w:sz w:val="15"/>
              </w:rPr>
              <w:t>과목  __________________</w:t>
            </w:r>
          </w:p>
        </w:tc>
        <w:tc>
          <w:tcPr>
            <w:tcW w:w="3118" w:type="dxa"/>
            <w:tcBorders>
              <w:bottom w:val="single" w:sz="5" w:space="0" w:color="D9D5CD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88C3327" w14:textId="77777777" w:rsidR="00242B70" w:rsidRDefault="00000000">
            <w:r>
              <w:rPr>
                <w:rFonts w:ascii="맑은 고딕" w:eastAsia="맑은 고딕" w:hAnsi="맑은 고딕"/>
                <w:color w:val="6E7582"/>
                <w:sz w:val="15"/>
              </w:rPr>
              <w:t>이름  __________________</w:t>
            </w:r>
          </w:p>
        </w:tc>
        <w:tc>
          <w:tcPr>
            <w:tcW w:w="3118" w:type="dxa"/>
            <w:tcBorders>
              <w:bottom w:val="single" w:sz="5" w:space="0" w:color="D9D5CD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593217C" w14:textId="77777777" w:rsidR="00242B70" w:rsidRDefault="00000000">
            <w:r>
              <w:rPr>
                <w:rFonts w:ascii="맑은 고딕" w:eastAsia="맑은 고딕" w:hAnsi="맑은 고딕"/>
                <w:color w:val="6E7582"/>
                <w:sz w:val="15"/>
              </w:rPr>
              <w:t>날짜  ______ / ______ / ______</w:t>
            </w:r>
          </w:p>
        </w:tc>
      </w:tr>
    </w:tbl>
    <w:p w14:paraId="3B150417" w14:textId="77777777" w:rsidR="00242B70" w:rsidRDefault="00242B7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242B70" w14:paraId="5534BD4D" w14:textId="77777777">
        <w:trPr>
          <w:trHeight w:val="5216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4AB841" w14:textId="77777777" w:rsidR="00242B70" w:rsidRPr="00E23C6B" w:rsidRDefault="00242B70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242B70" w:rsidRPr="00E23C6B" w14:paraId="269085B9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3D8B5D8B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NO. 01        □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단어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독해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듣기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실수</w:t>
                  </w:r>
                </w:p>
              </w:tc>
            </w:tr>
            <w:tr w:rsidR="00242B70" w:rsidRPr="00E23C6B" w14:paraId="31562868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1166D716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</w:rPr>
                  </w:pPr>
                  <w:proofErr w:type="spell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문제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·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지문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QUESTION</w:t>
                  </w:r>
                  <w:proofErr w:type="gramEnd"/>
                </w:p>
              </w:tc>
            </w:tr>
            <w:tr w:rsidR="00242B70" w:rsidRPr="00E23C6B" w14:paraId="41EE0D99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158E736" w14:textId="77777777" w:rsidR="00242B70" w:rsidRPr="00E23C6B" w:rsidRDefault="00000000">
                  <w:pPr>
                    <w:spacing w:after="57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틀린 이유 · 핵심 단어/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REVIEW</w:t>
                  </w:r>
                  <w:proofErr w:type="gramEnd"/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16"/>
                  </w:tblGrid>
                  <w:tr w:rsidR="00242B70" w:rsidRPr="00E23C6B" w14:paraId="67E3C5A8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AAADCC1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555F32B2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822AD4D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758F04F2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028BAB2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27BB11C6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BDA04B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</w:tbl>
                <w:p w14:paraId="4EA59911" w14:textId="77777777" w:rsidR="00242B70" w:rsidRPr="00E23C6B" w:rsidRDefault="00242B70">
                  <w:pPr>
                    <w:rPr>
                      <w:sz w:val="16"/>
                      <w:szCs w:val="16"/>
                      <w:lang w:eastAsia="ko-KR"/>
                    </w:rPr>
                  </w:pPr>
                </w:p>
              </w:tc>
            </w:tr>
            <w:tr w:rsidR="00242B70" w:rsidRPr="00E23C6B" w14:paraId="7C332BE5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648C7A0D" w14:textId="77777777" w:rsidR="00242B70" w:rsidRPr="00E23C6B" w:rsidRDefault="00000000">
                  <w:pPr>
                    <w:spacing w:before="85" w:after="0"/>
                    <w:rPr>
                      <w:sz w:val="16"/>
                      <w:szCs w:val="16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내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답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_________   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정답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_________</w:t>
                  </w:r>
                </w:p>
              </w:tc>
            </w:tr>
          </w:tbl>
          <w:p w14:paraId="5227F4F7" w14:textId="77777777" w:rsidR="00242B70" w:rsidRPr="00E23C6B" w:rsidRDefault="00242B70">
            <w:pPr>
              <w:rPr>
                <w:sz w:val="16"/>
                <w:szCs w:val="16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1ED7C79" w14:textId="77777777" w:rsidR="00242B70" w:rsidRPr="00E23C6B" w:rsidRDefault="00242B70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242B70" w:rsidRPr="00E23C6B" w14:paraId="4D31F1F1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ECD1881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NO. 02        □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단어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독해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듣기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실수</w:t>
                  </w:r>
                </w:p>
              </w:tc>
            </w:tr>
            <w:tr w:rsidR="00242B70" w:rsidRPr="00E23C6B" w14:paraId="0AE67FAD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101B85BE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</w:rPr>
                  </w:pPr>
                  <w:proofErr w:type="spell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문제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·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지문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QUESTION</w:t>
                  </w:r>
                  <w:proofErr w:type="gramEnd"/>
                </w:p>
              </w:tc>
            </w:tr>
            <w:tr w:rsidR="00242B70" w:rsidRPr="00E23C6B" w14:paraId="56C33008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47BCC56C" w14:textId="77777777" w:rsidR="00242B70" w:rsidRPr="00E23C6B" w:rsidRDefault="00000000">
                  <w:pPr>
                    <w:spacing w:after="57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틀린 이유 · 핵심 단어/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REVIEW</w:t>
                  </w:r>
                  <w:proofErr w:type="gramEnd"/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16"/>
                  </w:tblGrid>
                  <w:tr w:rsidR="00242B70" w:rsidRPr="00E23C6B" w14:paraId="6EDEC4FA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FEE9534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397DB8CB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337A9E5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205C6F8C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7270E4D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72E0162A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3023F4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</w:tbl>
                <w:p w14:paraId="19BF30E3" w14:textId="77777777" w:rsidR="00242B70" w:rsidRPr="00E23C6B" w:rsidRDefault="00242B70">
                  <w:pPr>
                    <w:rPr>
                      <w:sz w:val="16"/>
                      <w:szCs w:val="16"/>
                      <w:lang w:eastAsia="ko-KR"/>
                    </w:rPr>
                  </w:pPr>
                </w:p>
              </w:tc>
            </w:tr>
            <w:tr w:rsidR="00242B70" w:rsidRPr="00E23C6B" w14:paraId="110F824B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19168C42" w14:textId="77777777" w:rsidR="00242B70" w:rsidRPr="00E23C6B" w:rsidRDefault="00000000">
                  <w:pPr>
                    <w:spacing w:before="85" w:after="0"/>
                    <w:rPr>
                      <w:sz w:val="16"/>
                      <w:szCs w:val="16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내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답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_________   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정답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_________</w:t>
                  </w:r>
                </w:p>
              </w:tc>
            </w:tr>
          </w:tbl>
          <w:p w14:paraId="1B062135" w14:textId="77777777" w:rsidR="00242B70" w:rsidRPr="00E23C6B" w:rsidRDefault="00242B70">
            <w:pPr>
              <w:rPr>
                <w:sz w:val="16"/>
                <w:szCs w:val="16"/>
              </w:rPr>
            </w:pPr>
          </w:p>
        </w:tc>
      </w:tr>
      <w:tr w:rsidR="00242B70" w14:paraId="267F2EC0" w14:textId="77777777">
        <w:trPr>
          <w:trHeight w:val="5216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4F2503" w14:textId="77777777" w:rsidR="00242B70" w:rsidRPr="00E23C6B" w:rsidRDefault="00242B70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242B70" w:rsidRPr="00E23C6B" w14:paraId="6D62C6DE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E4BCF76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NO. 03        □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단어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독해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듣기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실수</w:t>
                  </w:r>
                </w:p>
              </w:tc>
            </w:tr>
            <w:tr w:rsidR="00242B70" w:rsidRPr="00E23C6B" w14:paraId="60F530C5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01742D29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</w:rPr>
                  </w:pPr>
                  <w:proofErr w:type="spell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문제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·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지문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QUESTION</w:t>
                  </w:r>
                  <w:proofErr w:type="gramEnd"/>
                </w:p>
              </w:tc>
            </w:tr>
            <w:tr w:rsidR="00242B70" w:rsidRPr="00E23C6B" w14:paraId="17FDBD49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395CDC38" w14:textId="77777777" w:rsidR="00242B70" w:rsidRPr="00E23C6B" w:rsidRDefault="00000000">
                  <w:pPr>
                    <w:spacing w:after="57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틀린 이유 · 핵심 단어/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REVIEW</w:t>
                  </w:r>
                  <w:proofErr w:type="gramEnd"/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16"/>
                  </w:tblGrid>
                  <w:tr w:rsidR="00242B70" w:rsidRPr="00E23C6B" w14:paraId="562BB50C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792FCE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139845BB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CD6493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4B6A2080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3B7C0BE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25FCCD7F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16DA26C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</w:tbl>
                <w:p w14:paraId="6E6446D1" w14:textId="77777777" w:rsidR="00242B70" w:rsidRPr="00E23C6B" w:rsidRDefault="00242B70">
                  <w:pPr>
                    <w:rPr>
                      <w:sz w:val="16"/>
                      <w:szCs w:val="16"/>
                      <w:lang w:eastAsia="ko-KR"/>
                    </w:rPr>
                  </w:pPr>
                </w:p>
              </w:tc>
            </w:tr>
            <w:tr w:rsidR="00242B70" w:rsidRPr="00E23C6B" w14:paraId="2216EBD0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7C5348A5" w14:textId="77777777" w:rsidR="00242B70" w:rsidRPr="00E23C6B" w:rsidRDefault="00000000">
                  <w:pPr>
                    <w:spacing w:before="85" w:after="0"/>
                    <w:rPr>
                      <w:sz w:val="16"/>
                      <w:szCs w:val="16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내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답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_________   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정답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_________</w:t>
                  </w:r>
                </w:p>
              </w:tc>
            </w:tr>
          </w:tbl>
          <w:p w14:paraId="6461466E" w14:textId="77777777" w:rsidR="00242B70" w:rsidRPr="00E23C6B" w:rsidRDefault="00242B70">
            <w:pPr>
              <w:rPr>
                <w:sz w:val="16"/>
                <w:szCs w:val="16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D7C8D3" w14:textId="77777777" w:rsidR="00242B70" w:rsidRPr="00E23C6B" w:rsidRDefault="00242B70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242B70" w:rsidRPr="00E23C6B" w14:paraId="502C5882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2B3FF87B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NO. 04        □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단어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독해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듣기  □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 xml:space="preserve"> 실수</w:t>
                  </w:r>
                </w:p>
              </w:tc>
            </w:tr>
            <w:tr w:rsidR="00242B70" w:rsidRPr="00E23C6B" w14:paraId="19ED7A15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04C4B31" w14:textId="77777777" w:rsidR="00242B70" w:rsidRPr="00E23C6B" w:rsidRDefault="00000000">
                  <w:pPr>
                    <w:spacing w:after="0"/>
                    <w:rPr>
                      <w:sz w:val="16"/>
                      <w:szCs w:val="16"/>
                    </w:rPr>
                  </w:pPr>
                  <w:proofErr w:type="spell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문제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·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지문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QUESTION</w:t>
                  </w:r>
                  <w:proofErr w:type="gramEnd"/>
                </w:p>
              </w:tc>
            </w:tr>
            <w:tr w:rsidR="00242B70" w:rsidRPr="00E23C6B" w14:paraId="03624CA8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467144F4" w14:textId="77777777" w:rsidR="00242B70" w:rsidRPr="00E23C6B" w:rsidRDefault="00000000">
                  <w:pPr>
                    <w:spacing w:after="57"/>
                    <w:rPr>
                      <w:sz w:val="16"/>
                      <w:szCs w:val="16"/>
                      <w:lang w:eastAsia="ko-KR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틀린 이유 · 핵심 단어/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  <w:lang w:eastAsia="ko-KR"/>
                    </w:rPr>
                    <w:t>문법  REVIEW</w:t>
                  </w:r>
                  <w:proofErr w:type="gramEnd"/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16"/>
                  </w:tblGrid>
                  <w:tr w:rsidR="00242B70" w:rsidRPr="00E23C6B" w14:paraId="7E8C0859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6F2FDE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12B2B20D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294115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06551F9B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C655404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  <w:tr w:rsidR="00242B70" w:rsidRPr="00E23C6B" w14:paraId="410F7ECF" w14:textId="77777777">
                    <w:trPr>
                      <w:trHeight w:hRule="exact" w:val="340"/>
                    </w:trPr>
                    <w:tc>
                      <w:tcPr>
                        <w:tcW w:w="5216" w:type="dxa"/>
                        <w:tcBorders>
                          <w:bottom w:val="single" w:sz="5" w:space="0" w:color="B7B2AA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AA446B" w14:textId="77777777" w:rsidR="00242B70" w:rsidRPr="00E23C6B" w:rsidRDefault="00242B70">
                        <w:pPr>
                          <w:spacing w:after="0"/>
                          <w:rPr>
                            <w:sz w:val="16"/>
                            <w:szCs w:val="16"/>
                            <w:lang w:eastAsia="ko-KR"/>
                          </w:rPr>
                        </w:pPr>
                      </w:p>
                    </w:tc>
                  </w:tr>
                </w:tbl>
                <w:p w14:paraId="0A809F0C" w14:textId="77777777" w:rsidR="00242B70" w:rsidRPr="00E23C6B" w:rsidRDefault="00242B70">
                  <w:pPr>
                    <w:rPr>
                      <w:sz w:val="16"/>
                      <w:szCs w:val="16"/>
                      <w:lang w:eastAsia="ko-KR"/>
                    </w:rPr>
                  </w:pPr>
                </w:p>
              </w:tc>
            </w:tr>
            <w:tr w:rsidR="00242B70" w:rsidRPr="00E23C6B" w14:paraId="03053494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6D236C78" w14:textId="77777777" w:rsidR="00242B70" w:rsidRPr="00E23C6B" w:rsidRDefault="00000000">
                  <w:pPr>
                    <w:spacing w:before="85" w:after="0"/>
                    <w:rPr>
                      <w:sz w:val="16"/>
                      <w:szCs w:val="16"/>
                    </w:rPr>
                  </w:pPr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내 </w:t>
                  </w:r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답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_________    </w:t>
                  </w:r>
                  <w:proofErr w:type="spellStart"/>
                  <w:proofErr w:type="gramStart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정답</w:t>
                  </w:r>
                  <w:proofErr w:type="spell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 xml:space="preserve">  _</w:t>
                  </w:r>
                  <w:proofErr w:type="gramEnd"/>
                  <w:r w:rsidRPr="00E23C6B">
                    <w:rPr>
                      <w:rFonts w:ascii="맑은 고딕" w:eastAsia="맑은 고딕" w:hAnsi="맑은 고딕"/>
                      <w:b/>
                      <w:sz w:val="16"/>
                      <w:szCs w:val="16"/>
                    </w:rPr>
                    <w:t>_________</w:t>
                  </w:r>
                </w:p>
              </w:tc>
            </w:tr>
          </w:tbl>
          <w:p w14:paraId="79BEC457" w14:textId="77777777" w:rsidR="00242B70" w:rsidRPr="00E23C6B" w:rsidRDefault="00242B70">
            <w:pPr>
              <w:rPr>
                <w:sz w:val="16"/>
                <w:szCs w:val="16"/>
              </w:rPr>
            </w:pPr>
          </w:p>
        </w:tc>
      </w:tr>
    </w:tbl>
    <w:p w14:paraId="783150F1" w14:textId="77777777" w:rsidR="00242B70" w:rsidRDefault="00000000">
      <w:pPr>
        <w:spacing w:before="20" w:after="0"/>
        <w:jc w:val="center"/>
      </w:pPr>
      <w:r>
        <w:rPr>
          <w:rFonts w:ascii="맑은 고딕" w:eastAsia="맑은 고딕" w:hAnsi="맑은 고딕"/>
          <w:b/>
          <w:color w:val="6E7582"/>
          <w:sz w:val="13"/>
        </w:rPr>
        <w:t>EDUCATION BOX  ·  edu.informationbox.kr</w:t>
      </w:r>
    </w:p>
    <w:sectPr w:rsidR="00242B70" w:rsidSect="00034616">
      <w:pgSz w:w="11906" w:h="16838"/>
      <w:pgMar w:top="567" w:right="624" w:bottom="51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3505022">
    <w:abstractNumId w:val="8"/>
  </w:num>
  <w:num w:numId="2" w16cid:durableId="1722166727">
    <w:abstractNumId w:val="6"/>
  </w:num>
  <w:num w:numId="3" w16cid:durableId="488518961">
    <w:abstractNumId w:val="5"/>
  </w:num>
  <w:num w:numId="4" w16cid:durableId="2034378025">
    <w:abstractNumId w:val="4"/>
  </w:num>
  <w:num w:numId="5" w16cid:durableId="1929341696">
    <w:abstractNumId w:val="7"/>
  </w:num>
  <w:num w:numId="6" w16cid:durableId="1282033555">
    <w:abstractNumId w:val="3"/>
  </w:num>
  <w:num w:numId="7" w16cid:durableId="1448697385">
    <w:abstractNumId w:val="2"/>
  </w:num>
  <w:num w:numId="8" w16cid:durableId="1979796577">
    <w:abstractNumId w:val="1"/>
  </w:num>
  <w:num w:numId="9" w16cid:durableId="139711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2B70"/>
    <w:rsid w:val="0029639D"/>
    <w:rsid w:val="00326F90"/>
    <w:rsid w:val="00464EAA"/>
    <w:rsid w:val="00AA1D8D"/>
    <w:rsid w:val="00B47730"/>
    <w:rsid w:val="00CB0664"/>
    <w:rsid w:val="00E23C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6C719"/>
  <w14:defaultImageDpi w14:val="300"/>
  <w15:docId w15:val="{C802D791-1B11-41A4-8E04-736C18B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469</Characters>
  <Application>Microsoft Office Word</Application>
  <DocSecurity>0</DocSecurity>
  <Lines>117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2026-09-30T07:50:00Z</dcterms:modified>
  <cp:category/>
</cp:coreProperties>
</file>