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5329"/>
      </w:tblGrid>
      <w:tr w:rsidR="00B5435B" w14:paraId="1DA79428" w14:textId="77777777">
        <w:trPr>
          <w:jc w:val="center"/>
        </w:trPr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F17B63"/>
          </w:tcPr>
          <w:p w14:paraId="1253C67E" w14:textId="77777777" w:rsidR="00B5435B" w:rsidRDefault="00B5435B"/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223454"/>
          </w:tcPr>
          <w:p w14:paraId="32F28A12" w14:textId="77777777" w:rsidR="00B5435B" w:rsidRDefault="00B5435B"/>
        </w:tc>
      </w:tr>
    </w:tbl>
    <w:p w14:paraId="40EB7E2D" w14:textId="77777777" w:rsidR="00B5435B" w:rsidRDefault="00B5435B">
      <w:pPr>
        <w:spacing w:after="0"/>
      </w:pPr>
    </w:p>
    <w:p w14:paraId="25544E4E" w14:textId="77777777" w:rsidR="00B5435B" w:rsidRDefault="00000000">
      <w:pPr>
        <w:spacing w:after="20"/>
      </w:pPr>
      <w:r>
        <w:rPr>
          <w:rFonts w:ascii="맑은 고딕" w:eastAsia="맑은 고딕" w:hAnsi="맑은 고딕"/>
          <w:b/>
          <w:color w:val="F17B63"/>
          <w:sz w:val="18"/>
        </w:rPr>
        <w:t>WRONG ANSWER NOTE</w:t>
      </w:r>
    </w:p>
    <w:p w14:paraId="2E4CC487" w14:textId="77777777" w:rsidR="00B5435B" w:rsidRDefault="00000000">
      <w:pPr>
        <w:spacing w:after="40"/>
      </w:pPr>
      <w:r>
        <w:rPr>
          <w:rFonts w:ascii="맑은 고딕" w:eastAsia="맑은 고딕" w:hAnsi="맑은 고딕"/>
          <w:b/>
          <w:color w:val="223454"/>
          <w:sz w:val="46"/>
        </w:rPr>
        <w:t>오답노트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794"/>
        <w:gridCol w:w="2324"/>
        <w:gridCol w:w="2892"/>
        <w:gridCol w:w="231"/>
      </w:tblGrid>
      <w:tr w:rsidR="00B5435B" w14:paraId="2192FF47" w14:textId="77777777" w:rsidTr="00CC3CBB">
        <w:trPr>
          <w:jc w:val="center"/>
        </w:trPr>
        <w:tc>
          <w:tcPr>
            <w:tcW w:w="4422" w:type="dxa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1C3FBD" w14:textId="77777777" w:rsidR="00B5435B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과목  __________________</w:t>
            </w:r>
          </w:p>
        </w:tc>
        <w:tc>
          <w:tcPr>
            <w:tcW w:w="3118" w:type="dxa"/>
            <w:gridSpan w:val="2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0C6278E" w14:textId="77777777" w:rsidR="00B5435B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이름  __________________</w:t>
            </w:r>
          </w:p>
        </w:tc>
        <w:tc>
          <w:tcPr>
            <w:tcW w:w="3118" w:type="dxa"/>
            <w:gridSpan w:val="2"/>
            <w:tcBorders>
              <w:bottom w:val="single" w:sz="5" w:space="0" w:color="D9D5CD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E829A8" w14:textId="77777777" w:rsidR="00B5435B" w:rsidRDefault="00000000">
            <w:r>
              <w:rPr>
                <w:rFonts w:ascii="맑은 고딕" w:eastAsia="맑은 고딕" w:hAnsi="맑은 고딕"/>
                <w:color w:val="6E7582"/>
                <w:sz w:val="15"/>
              </w:rPr>
              <w:t>날짜  ______ / ______ / ______</w:t>
            </w:r>
          </w:p>
        </w:tc>
      </w:tr>
      <w:tr w:rsidR="00B5435B" w14:paraId="0BD1F833" w14:textId="77777777" w:rsidTr="00CC3CBB">
        <w:trPr>
          <w:gridAfter w:val="1"/>
          <w:wAfter w:w="231" w:type="dxa"/>
          <w:trHeight w:val="5216"/>
          <w:jc w:val="center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6C4B9C" w14:textId="77777777" w:rsidR="00CC3CBB" w:rsidRPr="00DA29D5" w:rsidRDefault="00CC3CBB">
            <w:pPr>
              <w:rPr>
                <w:rFonts w:eastAsia="맑은 고딕" w:hint="eastAsia"/>
                <w:lang w:eastAsia="ko-KR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B5435B" w14:paraId="34E01DBC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5E10741" w14:textId="77777777" w:rsidR="00B5435B" w:rsidRDefault="00000000">
                  <w:pPr>
                    <w:spacing w:after="0"/>
                    <w:rPr>
                      <w:lang w:eastAsia="ko-KR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  <w:lang w:eastAsia="ko-KR"/>
                    </w:rPr>
                    <w:t>NO. 01</w:t>
                  </w:r>
                  <w:r>
                    <w:rPr>
                      <w:rFonts w:ascii="맑은 고딕" w:eastAsia="맑은 고딕" w:hAnsi="맑은 고딕"/>
                      <w:color w:val="6E7582"/>
                      <w:sz w:val="13"/>
                      <w:lang w:eastAsia="ko-KR"/>
                    </w:rPr>
                    <w:t xml:space="preserve">        </w:t>
                  </w:r>
                  <w:r w:rsidRPr="00DA29D5">
                    <w:rPr>
                      <w:rFonts w:ascii="맑은 고딕" w:eastAsia="맑은 고딕" w:hAnsi="맑은 고딕"/>
                      <w:color w:val="6E7582"/>
                      <w:sz w:val="16"/>
                      <w:szCs w:val="16"/>
                      <w:lang w:eastAsia="ko-KR"/>
                    </w:rPr>
                    <w:t>□ 개념  □ 계산  □ 실수  □ 기타</w:t>
                  </w:r>
                </w:p>
              </w:tc>
            </w:tr>
            <w:tr w:rsidR="00B5435B" w14:paraId="28772ED8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14E175F7" w14:textId="77777777" w:rsidR="00B5435B" w:rsidRPr="00DA29D5" w:rsidRDefault="00000000">
                  <w:pPr>
                    <w:spacing w:after="0"/>
                    <w:rPr>
                      <w:sz w:val="18"/>
                      <w:szCs w:val="18"/>
                    </w:rPr>
                  </w:pPr>
                  <w:proofErr w:type="spellStart"/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문제</w:t>
                  </w:r>
                  <w:proofErr w:type="spellEnd"/>
                </w:p>
              </w:tc>
            </w:tr>
            <w:tr w:rsidR="00B5435B" w14:paraId="538F81EE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7F4CCB17" w14:textId="77777777" w:rsidR="00B5435B" w:rsidRPr="00DA29D5" w:rsidRDefault="00000000">
                  <w:pPr>
                    <w:spacing w:after="80"/>
                    <w:rPr>
                      <w:sz w:val="18"/>
                      <w:szCs w:val="18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풀이 · 해설</w:t>
                  </w:r>
                </w:p>
                <w:p w14:paraId="30193EEB" w14:textId="5ADFDAF4" w:rsidR="00B5435B" w:rsidRDefault="00B5435B">
                  <w:pPr>
                    <w:spacing w:before="50" w:after="50" w:line="300" w:lineRule="auto"/>
                  </w:pPr>
                </w:p>
              </w:tc>
            </w:tr>
            <w:tr w:rsidR="00B5435B" w14:paraId="7D61AB52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43786905" w14:textId="77777777" w:rsidR="00B5435B" w:rsidRDefault="00000000">
                  <w:pPr>
                    <w:spacing w:before="70" w:after="0"/>
                  </w:pPr>
                  <w:r w:rsidRPr="00DA29D5">
                    <w:rPr>
                      <w:rFonts w:ascii="맑은 고딕" w:eastAsia="맑은 고딕" w:hAnsi="맑은 고딕"/>
                      <w:b/>
                      <w:color w:val="F17B63"/>
                      <w:sz w:val="18"/>
                      <w:szCs w:val="18"/>
                    </w:rPr>
                    <w:t>정답</w:t>
                  </w:r>
                  <w:r>
                    <w:rPr>
                      <w:rFonts w:ascii="맑은 고딕" w:eastAsia="맑은 고딕" w:hAnsi="맑은 고딕"/>
                      <w:b/>
                      <w:color w:val="F17B63"/>
                      <w:sz w:val="15"/>
                    </w:rPr>
                    <w:t xml:space="preserve">  __________________________</w:t>
                  </w:r>
                </w:p>
              </w:tc>
            </w:tr>
          </w:tbl>
          <w:p w14:paraId="26F66612" w14:textId="77777777" w:rsidR="00B5435B" w:rsidRDefault="00B5435B"/>
        </w:tc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B68EFD" w14:textId="77777777" w:rsidR="00B5435B" w:rsidRDefault="00B5435B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B5435B" w14:paraId="0BBD80A8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7986091" w14:textId="77777777" w:rsidR="00B5435B" w:rsidRDefault="00000000">
                  <w:pPr>
                    <w:spacing w:after="0"/>
                    <w:rPr>
                      <w:lang w:eastAsia="ko-KR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  <w:lang w:eastAsia="ko-KR"/>
                    </w:rPr>
                    <w:t>NO. 02</w:t>
                  </w:r>
                  <w:r>
                    <w:rPr>
                      <w:rFonts w:ascii="맑은 고딕" w:eastAsia="맑은 고딕" w:hAnsi="맑은 고딕"/>
                      <w:color w:val="6E7582"/>
                      <w:sz w:val="13"/>
                      <w:lang w:eastAsia="ko-KR"/>
                    </w:rPr>
                    <w:t xml:space="preserve">        </w:t>
                  </w:r>
                  <w:r w:rsidRPr="00DA29D5">
                    <w:rPr>
                      <w:rFonts w:ascii="맑은 고딕" w:eastAsia="맑은 고딕" w:hAnsi="맑은 고딕"/>
                      <w:color w:val="6E7582"/>
                      <w:sz w:val="16"/>
                      <w:szCs w:val="16"/>
                      <w:lang w:eastAsia="ko-KR"/>
                    </w:rPr>
                    <w:t>□ 개념  □ 계산  □ 실수  □ 기타</w:t>
                  </w:r>
                </w:p>
              </w:tc>
            </w:tr>
            <w:tr w:rsidR="00B5435B" w14:paraId="37A57ECD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7FFD68AC" w14:textId="77777777" w:rsidR="00B5435B" w:rsidRPr="00DA29D5" w:rsidRDefault="00000000">
                  <w:pPr>
                    <w:spacing w:after="0"/>
                    <w:rPr>
                      <w:sz w:val="18"/>
                      <w:szCs w:val="18"/>
                    </w:rPr>
                  </w:pPr>
                  <w:proofErr w:type="spellStart"/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문제</w:t>
                  </w:r>
                  <w:proofErr w:type="spellEnd"/>
                </w:p>
              </w:tc>
            </w:tr>
            <w:tr w:rsidR="00B5435B" w14:paraId="5B941998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2FE6319" w14:textId="77777777" w:rsidR="00B5435B" w:rsidRPr="00DA29D5" w:rsidRDefault="00000000">
                  <w:pPr>
                    <w:spacing w:after="80"/>
                    <w:rPr>
                      <w:sz w:val="18"/>
                      <w:szCs w:val="18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풀이 · 해설</w:t>
                  </w:r>
                </w:p>
                <w:p w14:paraId="33FBBD26" w14:textId="1E4BBEB5" w:rsidR="00B5435B" w:rsidRDefault="00B5435B">
                  <w:pPr>
                    <w:spacing w:before="50" w:after="50" w:line="300" w:lineRule="auto"/>
                  </w:pPr>
                </w:p>
              </w:tc>
            </w:tr>
            <w:tr w:rsidR="00B5435B" w14:paraId="26DF60E6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5BA6BE4C" w14:textId="77777777" w:rsidR="00B5435B" w:rsidRDefault="00000000">
                  <w:pPr>
                    <w:spacing w:before="70" w:after="0"/>
                  </w:pPr>
                  <w:r w:rsidRPr="00DA29D5">
                    <w:rPr>
                      <w:rFonts w:ascii="맑은 고딕" w:eastAsia="맑은 고딕" w:hAnsi="맑은 고딕"/>
                      <w:b/>
                      <w:color w:val="F17B63"/>
                      <w:sz w:val="18"/>
                      <w:szCs w:val="18"/>
                    </w:rPr>
                    <w:t>정답</w:t>
                  </w:r>
                  <w:r>
                    <w:rPr>
                      <w:rFonts w:ascii="맑은 고딕" w:eastAsia="맑은 고딕" w:hAnsi="맑은 고딕"/>
                      <w:b/>
                      <w:color w:val="F17B63"/>
                      <w:sz w:val="15"/>
                    </w:rPr>
                    <w:t xml:space="preserve">  __________________________</w:t>
                  </w:r>
                </w:p>
              </w:tc>
            </w:tr>
          </w:tbl>
          <w:p w14:paraId="6295119F" w14:textId="77777777" w:rsidR="00B5435B" w:rsidRDefault="00B5435B"/>
        </w:tc>
      </w:tr>
      <w:tr w:rsidR="00B5435B" w14:paraId="39118E30" w14:textId="77777777" w:rsidTr="00CC3CBB">
        <w:trPr>
          <w:gridAfter w:val="1"/>
          <w:wAfter w:w="231" w:type="dxa"/>
          <w:trHeight w:val="5216"/>
          <w:jc w:val="center"/>
        </w:trPr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2B8489" w14:textId="77777777" w:rsidR="00B5435B" w:rsidRDefault="00B5435B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B5435B" w14:paraId="7FBC90B2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4D884499" w14:textId="77777777" w:rsidR="00B5435B" w:rsidRDefault="00000000">
                  <w:pPr>
                    <w:spacing w:after="0"/>
                    <w:rPr>
                      <w:lang w:eastAsia="ko-KR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  <w:lang w:eastAsia="ko-KR"/>
                    </w:rPr>
                    <w:t>NO. 03</w:t>
                  </w:r>
                  <w:r>
                    <w:rPr>
                      <w:rFonts w:ascii="맑은 고딕" w:eastAsia="맑은 고딕" w:hAnsi="맑은 고딕"/>
                      <w:color w:val="6E7582"/>
                      <w:sz w:val="13"/>
                      <w:lang w:eastAsia="ko-KR"/>
                    </w:rPr>
                    <w:t xml:space="preserve">        </w:t>
                  </w:r>
                  <w:r w:rsidRPr="00DA29D5">
                    <w:rPr>
                      <w:rFonts w:ascii="맑은 고딕" w:eastAsia="맑은 고딕" w:hAnsi="맑은 고딕"/>
                      <w:color w:val="6E7582"/>
                      <w:sz w:val="16"/>
                      <w:szCs w:val="16"/>
                      <w:lang w:eastAsia="ko-KR"/>
                    </w:rPr>
                    <w:t>□ 개념  □ 계산  □ 실수  □ 기타</w:t>
                  </w:r>
                </w:p>
              </w:tc>
            </w:tr>
            <w:tr w:rsidR="00B5435B" w14:paraId="4FA1A9C5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00080B2F" w14:textId="77777777" w:rsidR="00B5435B" w:rsidRPr="00DA29D5" w:rsidRDefault="00000000">
                  <w:pPr>
                    <w:spacing w:after="0"/>
                    <w:rPr>
                      <w:sz w:val="18"/>
                      <w:szCs w:val="18"/>
                    </w:rPr>
                  </w:pPr>
                  <w:proofErr w:type="spellStart"/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문제</w:t>
                  </w:r>
                  <w:proofErr w:type="spellEnd"/>
                </w:p>
              </w:tc>
            </w:tr>
            <w:tr w:rsidR="00B5435B" w14:paraId="7BD50F64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07FABE0B" w14:textId="77777777" w:rsidR="00B5435B" w:rsidRPr="00DA29D5" w:rsidRDefault="00000000">
                  <w:pPr>
                    <w:spacing w:after="80"/>
                    <w:rPr>
                      <w:sz w:val="18"/>
                      <w:szCs w:val="18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풀이 · 해설</w:t>
                  </w:r>
                </w:p>
                <w:p w14:paraId="2EEE0225" w14:textId="154F2EB0" w:rsidR="00B5435B" w:rsidRDefault="00B5435B">
                  <w:pPr>
                    <w:spacing w:before="50" w:after="50" w:line="300" w:lineRule="auto"/>
                  </w:pPr>
                </w:p>
              </w:tc>
            </w:tr>
            <w:tr w:rsidR="00B5435B" w14:paraId="54AA93BC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37BC7A3F" w14:textId="77777777" w:rsidR="00B5435B" w:rsidRDefault="00000000">
                  <w:pPr>
                    <w:spacing w:before="70" w:after="0"/>
                  </w:pPr>
                  <w:r w:rsidRPr="00DA29D5">
                    <w:rPr>
                      <w:rFonts w:ascii="맑은 고딕" w:eastAsia="맑은 고딕" w:hAnsi="맑은 고딕"/>
                      <w:b/>
                      <w:color w:val="F17B63"/>
                      <w:sz w:val="18"/>
                      <w:szCs w:val="18"/>
                    </w:rPr>
                    <w:t xml:space="preserve">정답 </w:t>
                  </w:r>
                  <w:r>
                    <w:rPr>
                      <w:rFonts w:ascii="맑은 고딕" w:eastAsia="맑은 고딕" w:hAnsi="맑은 고딕"/>
                      <w:b/>
                      <w:color w:val="F17B63"/>
                      <w:sz w:val="15"/>
                    </w:rPr>
                    <w:t xml:space="preserve"> __________________________</w:t>
                  </w:r>
                </w:p>
              </w:tc>
            </w:tr>
          </w:tbl>
          <w:p w14:paraId="2EF26CC3" w14:textId="77777777" w:rsidR="00B5435B" w:rsidRDefault="00B5435B"/>
        </w:tc>
        <w:tc>
          <w:tcPr>
            <w:tcW w:w="52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434A09" w14:textId="77777777" w:rsidR="00B5435B" w:rsidRDefault="00B5435B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16"/>
            </w:tblGrid>
            <w:tr w:rsidR="00B5435B" w14:paraId="2D882445" w14:textId="77777777">
              <w:trPr>
                <w:trHeight w:val="454"/>
                <w:jc w:val="center"/>
              </w:trPr>
              <w:tc>
                <w:tcPr>
                  <w:tcW w:w="5216" w:type="dxa"/>
                  <w:tcBorders>
                    <w:top w:val="single" w:sz="6" w:space="0" w:color="F17B63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217C02E7" w14:textId="77777777" w:rsidR="00B5435B" w:rsidRDefault="00000000">
                  <w:pPr>
                    <w:spacing w:after="0"/>
                    <w:rPr>
                      <w:lang w:eastAsia="ko-KR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  <w:lang w:eastAsia="ko-KR"/>
                    </w:rPr>
                    <w:t>NO. 04</w:t>
                  </w:r>
                  <w:r>
                    <w:rPr>
                      <w:rFonts w:ascii="맑은 고딕" w:eastAsia="맑은 고딕" w:hAnsi="맑은 고딕"/>
                      <w:color w:val="6E7582"/>
                      <w:sz w:val="13"/>
                      <w:lang w:eastAsia="ko-KR"/>
                    </w:rPr>
                    <w:t xml:space="preserve">        </w:t>
                  </w:r>
                  <w:r w:rsidRPr="00DA29D5">
                    <w:rPr>
                      <w:rFonts w:ascii="맑은 고딕" w:eastAsia="맑은 고딕" w:hAnsi="맑은 고딕"/>
                      <w:color w:val="6E7582"/>
                      <w:sz w:val="16"/>
                      <w:szCs w:val="16"/>
                      <w:lang w:eastAsia="ko-KR"/>
                    </w:rPr>
                    <w:t>□ 개념  □ 계산  □ 실수  □ 기타</w:t>
                  </w:r>
                </w:p>
              </w:tc>
            </w:tr>
            <w:tr w:rsidR="00B5435B" w14:paraId="02BB63E1" w14:textId="77777777">
              <w:trPr>
                <w:trHeight w:hRule="exact" w:val="2154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7" w:space="0" w:color="D9D5CD"/>
                    <w:right w:val="single" w:sz="6" w:space="0" w:color="D9D5CD"/>
                  </w:tcBorders>
                  <w:shd w:val="clear" w:color="auto" w:fill="FFFDF8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5AE4486D" w14:textId="77777777" w:rsidR="00B5435B" w:rsidRPr="00DA29D5" w:rsidRDefault="00000000">
                  <w:pPr>
                    <w:spacing w:after="0"/>
                    <w:rPr>
                      <w:sz w:val="18"/>
                      <w:szCs w:val="18"/>
                    </w:rPr>
                  </w:pPr>
                  <w:proofErr w:type="spellStart"/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문제</w:t>
                  </w:r>
                  <w:proofErr w:type="spellEnd"/>
                </w:p>
              </w:tc>
            </w:tr>
            <w:tr w:rsidR="00B5435B" w14:paraId="18525A13" w14:textId="77777777">
              <w:trPr>
                <w:trHeight w:hRule="exact" w:val="2041"/>
                <w:jc w:val="center"/>
              </w:trPr>
              <w:tc>
                <w:tcPr>
                  <w:tcW w:w="5216" w:type="dxa"/>
                  <w:tcBorders>
                    <w:top w:val="single" w:sz="7" w:space="0" w:color="D9D5CD"/>
                    <w:left w:val="single" w:sz="6" w:space="0" w:color="D9D5CD"/>
                    <w:right w:val="single" w:sz="6" w:space="0" w:color="D9D5CD"/>
                  </w:tcBorders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</w:tcPr>
                <w:p w14:paraId="69F35FE4" w14:textId="77777777" w:rsidR="00B5435B" w:rsidRPr="00DA29D5" w:rsidRDefault="00000000">
                  <w:pPr>
                    <w:spacing w:after="80"/>
                    <w:rPr>
                      <w:sz w:val="18"/>
                      <w:szCs w:val="18"/>
                    </w:rPr>
                  </w:pPr>
                  <w:r w:rsidRPr="00DA29D5">
                    <w:rPr>
                      <w:rFonts w:ascii="맑은 고딕" w:eastAsia="맑은 고딕" w:hAnsi="맑은 고딕"/>
                      <w:b/>
                      <w:color w:val="223454"/>
                      <w:sz w:val="18"/>
                      <w:szCs w:val="18"/>
                    </w:rPr>
                    <w:t>풀이 · 해설</w:t>
                  </w:r>
                </w:p>
                <w:p w14:paraId="07E28699" w14:textId="58DF9B21" w:rsidR="00B5435B" w:rsidRDefault="00B5435B">
                  <w:pPr>
                    <w:spacing w:before="50" w:after="50" w:line="300" w:lineRule="auto"/>
                  </w:pPr>
                </w:p>
              </w:tc>
            </w:tr>
            <w:tr w:rsidR="00B5435B" w14:paraId="4C728094" w14:textId="77777777">
              <w:trPr>
                <w:trHeight w:val="397"/>
                <w:jc w:val="center"/>
              </w:trPr>
              <w:tc>
                <w:tcPr>
                  <w:tcW w:w="5216" w:type="dxa"/>
                  <w:tcBorders>
                    <w:left w:val="single" w:sz="6" w:space="0" w:color="D9D5CD"/>
                    <w:bottom w:val="single" w:sz="6" w:space="0" w:color="D9D5CD"/>
                    <w:right w:val="single" w:sz="6" w:space="0" w:color="D9D5CD"/>
                  </w:tcBorders>
                  <w:shd w:val="clear" w:color="auto" w:fill="FFF8F3"/>
                  <w:tcMar>
                    <w:top w:w="55" w:type="dxa"/>
                    <w:left w:w="75" w:type="dxa"/>
                    <w:bottom w:w="55" w:type="dxa"/>
                    <w:right w:w="75" w:type="dxa"/>
                  </w:tcMar>
                  <w:vAlign w:val="center"/>
                </w:tcPr>
                <w:p w14:paraId="2A56511D" w14:textId="77777777" w:rsidR="00B5435B" w:rsidRDefault="00000000">
                  <w:pPr>
                    <w:spacing w:before="70" w:after="0"/>
                  </w:pPr>
                  <w:r w:rsidRPr="00DA29D5">
                    <w:rPr>
                      <w:rFonts w:ascii="맑은 고딕" w:eastAsia="맑은 고딕" w:hAnsi="맑은 고딕"/>
                      <w:b/>
                      <w:color w:val="F17B63"/>
                      <w:sz w:val="18"/>
                      <w:szCs w:val="18"/>
                    </w:rPr>
                    <w:t>정답</w:t>
                  </w:r>
                  <w:r>
                    <w:rPr>
                      <w:rFonts w:ascii="맑은 고딕" w:eastAsia="맑은 고딕" w:hAnsi="맑은 고딕"/>
                      <w:b/>
                      <w:color w:val="F17B63"/>
                      <w:sz w:val="15"/>
                    </w:rPr>
                    <w:t xml:space="preserve">  __________________________</w:t>
                  </w:r>
                </w:p>
              </w:tc>
            </w:tr>
          </w:tbl>
          <w:p w14:paraId="5FBB8CB3" w14:textId="77777777" w:rsidR="00B5435B" w:rsidRDefault="00B5435B"/>
        </w:tc>
      </w:tr>
    </w:tbl>
    <w:p w14:paraId="71889523" w14:textId="77777777" w:rsidR="00B5435B" w:rsidRPr="00DA29D5" w:rsidRDefault="00000000">
      <w:pPr>
        <w:spacing w:before="20" w:after="0"/>
        <w:jc w:val="center"/>
        <w:rPr>
          <w:sz w:val="16"/>
          <w:szCs w:val="16"/>
        </w:rPr>
      </w:pPr>
      <w:r w:rsidRPr="00DA29D5">
        <w:rPr>
          <w:rFonts w:ascii="맑은 고딕" w:eastAsia="맑은 고딕" w:hAnsi="맑은 고딕"/>
          <w:b/>
          <w:color w:val="6E7582"/>
          <w:sz w:val="16"/>
          <w:szCs w:val="16"/>
        </w:rPr>
        <w:t>EDUCATION BOX  ·  edu.informationbox.kr</w:t>
      </w:r>
    </w:p>
    <w:sectPr w:rsidR="00B5435B" w:rsidRPr="00DA29D5" w:rsidSect="00034616">
      <w:pgSz w:w="11906" w:h="16838"/>
      <w:pgMar w:top="567" w:right="624" w:bottom="510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7498" w14:textId="77777777" w:rsidR="00DA5E32" w:rsidRDefault="00DA5E32" w:rsidP="00CC3CBB">
      <w:pPr>
        <w:spacing w:after="0" w:line="240" w:lineRule="auto"/>
      </w:pPr>
      <w:r>
        <w:separator/>
      </w:r>
    </w:p>
  </w:endnote>
  <w:endnote w:type="continuationSeparator" w:id="0">
    <w:p w14:paraId="404680E7" w14:textId="77777777" w:rsidR="00DA5E32" w:rsidRDefault="00DA5E32" w:rsidP="00CC3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DDED" w14:textId="77777777" w:rsidR="00DA5E32" w:rsidRDefault="00DA5E32" w:rsidP="00CC3CBB">
      <w:pPr>
        <w:spacing w:after="0" w:line="240" w:lineRule="auto"/>
      </w:pPr>
      <w:r>
        <w:separator/>
      </w:r>
    </w:p>
  </w:footnote>
  <w:footnote w:type="continuationSeparator" w:id="0">
    <w:p w14:paraId="504448A2" w14:textId="77777777" w:rsidR="00DA5E32" w:rsidRDefault="00DA5E32" w:rsidP="00CC3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221651">
    <w:abstractNumId w:val="8"/>
  </w:num>
  <w:num w:numId="2" w16cid:durableId="1640841693">
    <w:abstractNumId w:val="6"/>
  </w:num>
  <w:num w:numId="3" w16cid:durableId="1228416921">
    <w:abstractNumId w:val="5"/>
  </w:num>
  <w:num w:numId="4" w16cid:durableId="1164667175">
    <w:abstractNumId w:val="4"/>
  </w:num>
  <w:num w:numId="5" w16cid:durableId="1220284659">
    <w:abstractNumId w:val="7"/>
  </w:num>
  <w:num w:numId="6" w16cid:durableId="2096508278">
    <w:abstractNumId w:val="3"/>
  </w:num>
  <w:num w:numId="7" w16cid:durableId="1419058385">
    <w:abstractNumId w:val="2"/>
  </w:num>
  <w:num w:numId="8" w16cid:durableId="631012733">
    <w:abstractNumId w:val="1"/>
  </w:num>
  <w:num w:numId="9" w16cid:durableId="115279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4EAA"/>
    <w:rsid w:val="00AA1D8D"/>
    <w:rsid w:val="00B47730"/>
    <w:rsid w:val="00B5435B"/>
    <w:rsid w:val="00CB0664"/>
    <w:rsid w:val="00CC3CBB"/>
    <w:rsid w:val="00DA29D5"/>
    <w:rsid w:val="00DA5E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5B40E4"/>
  <w14:defaultImageDpi w14:val="300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329</Characters>
  <Application>Microsoft Office Word</Application>
  <DocSecurity>0</DocSecurity>
  <Lines>82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2026-09-30T08:57:00Z</dcterms:modified>
  <cp:category/>
</cp:coreProperties>
</file>