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1B31BE" w14:paraId="6BECA333" w14:textId="77777777">
        <w:trPr>
          <w:jc w:val="center"/>
        </w:trPr>
        <w:tc>
          <w:tcPr>
            <w:tcW w:w="521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17B63"/>
          </w:tcPr>
          <w:p w14:paraId="61B8AC08" w14:textId="77777777" w:rsidR="001B31BE" w:rsidRDefault="001B31BE"/>
        </w:tc>
        <w:tc>
          <w:tcPr>
            <w:tcW w:w="521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23454"/>
          </w:tcPr>
          <w:p w14:paraId="04AC9569" w14:textId="77777777" w:rsidR="001B31BE" w:rsidRDefault="001B31BE"/>
        </w:tc>
      </w:tr>
    </w:tbl>
    <w:p w14:paraId="703DD55C" w14:textId="77777777" w:rsidR="001B31BE" w:rsidRDefault="00000000">
      <w:pPr>
        <w:spacing w:before="160" w:after="0"/>
      </w:pPr>
      <w:r>
        <w:rPr>
          <w:b/>
          <w:color w:val="F17B63"/>
        </w:rPr>
        <w:t>WRONG ANSWER NOTE</w:t>
      </w:r>
    </w:p>
    <w:p w14:paraId="0F2F11C0" w14:textId="77777777" w:rsidR="001B31BE" w:rsidRDefault="00000000">
      <w:pPr>
        <w:spacing w:after="160"/>
      </w:pPr>
      <w:r>
        <w:rPr>
          <w:rFonts w:ascii="바탕" w:eastAsia="바탕" w:hAnsi="바탕"/>
          <w:b/>
          <w:color w:val="223454"/>
          <w:sz w:val="50"/>
        </w:rPr>
        <w:t>오답노트 양식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1B31BE" w14:paraId="3D02DA6B" w14:textId="77777777">
        <w:trPr>
          <w:jc w:val="center"/>
        </w:trPr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C8B8CF" w14:textId="77777777" w:rsidR="001B31BE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과목</w:t>
            </w:r>
          </w:p>
        </w:tc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6B0AA" w14:textId="77777777" w:rsidR="001B31BE" w:rsidRDefault="001B31BE">
            <w:pPr>
              <w:spacing w:after="0"/>
            </w:pPr>
          </w:p>
        </w:tc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4774C" w14:textId="77777777" w:rsidR="001B31BE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시험명</w:t>
            </w:r>
          </w:p>
        </w:tc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17D19" w14:textId="77777777" w:rsidR="001B31BE" w:rsidRDefault="001B31BE">
            <w:pPr>
              <w:spacing w:after="0"/>
            </w:pPr>
          </w:p>
        </w:tc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8DD6E" w14:textId="77777777" w:rsidR="001B31BE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이름</w:t>
            </w:r>
          </w:p>
        </w:tc>
        <w:tc>
          <w:tcPr>
            <w:tcW w:w="1739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F3AB64" w14:textId="77777777" w:rsidR="001B31BE" w:rsidRDefault="001B31BE">
            <w:pPr>
              <w:spacing w:after="0"/>
            </w:pPr>
          </w:p>
        </w:tc>
      </w:tr>
    </w:tbl>
    <w:p w14:paraId="31821277" w14:textId="77777777" w:rsidR="001B31BE" w:rsidRDefault="00000000">
      <w:pPr>
        <w:spacing w:before="140" w:after="100"/>
        <w:rPr>
          <w:lang w:eastAsia="ko-KR"/>
        </w:rPr>
      </w:pPr>
      <w:r>
        <w:rPr>
          <w:b/>
          <w:color w:val="223454"/>
          <w:sz w:val="28"/>
          <w:lang w:eastAsia="ko-KR"/>
        </w:rPr>
        <w:t>틀린 문제를 다시 보고, 왜 틀렸는지 정리해요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1B31BE" w14:paraId="07B6F24F" w14:textId="77777777">
        <w:trPr>
          <w:jc w:val="center"/>
        </w:trPr>
        <w:tc>
          <w:tcPr>
            <w:tcW w:w="5216" w:type="dxa"/>
            <w:vMerge w:val="restart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660B1FAB" w14:textId="77777777" w:rsidR="001B31BE" w:rsidRDefault="00000000">
            <w:pPr>
              <w:spacing w:after="100"/>
              <w:rPr>
                <w:lang w:eastAsia="ko-KR"/>
              </w:rPr>
            </w:pPr>
            <w:r>
              <w:rPr>
                <w:b/>
                <w:color w:val="223454"/>
                <w:sz w:val="22"/>
                <w:lang w:eastAsia="ko-KR"/>
              </w:rPr>
              <w:t>문제 1</w:t>
            </w:r>
          </w:p>
          <w:p w14:paraId="53CAC50D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color w:val="707987"/>
                <w:sz w:val="16"/>
                <w:lang w:eastAsia="ko-KR"/>
              </w:rPr>
              <w:t>틀린 문제를 붙이거나 직접 적어 보세요.</w:t>
            </w: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24F66D13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b/>
                <w:color w:val="223454"/>
                <w:sz w:val="20"/>
                <w:lang w:eastAsia="ko-KR"/>
              </w:rPr>
              <w:t>틀린 이유</w:t>
            </w:r>
          </w:p>
          <w:p w14:paraId="1CC33437" w14:textId="77777777" w:rsidR="001B31BE" w:rsidRDefault="00000000">
            <w:pPr>
              <w:rPr>
                <w:lang w:eastAsia="ko-KR"/>
              </w:rPr>
            </w:pPr>
            <w:r>
              <w:rPr>
                <w:color w:val="707987"/>
                <w:sz w:val="16"/>
                <w:lang w:eastAsia="ko-KR"/>
              </w:rPr>
              <w:t>왜 틀렸는지 문장으로 정리해 보세요.</w:t>
            </w:r>
            <w:r>
              <w:rPr>
                <w:color w:val="707987"/>
                <w:sz w:val="16"/>
                <w:lang w:eastAsia="ko-KR"/>
              </w:rPr>
              <w:br/>
            </w:r>
            <w:r>
              <w:rPr>
                <w:color w:val="707987"/>
                <w:sz w:val="16"/>
                <w:lang w:eastAsia="ko-KR"/>
              </w:rPr>
              <w:br/>
            </w:r>
          </w:p>
        </w:tc>
      </w:tr>
      <w:tr w:rsidR="001B31BE" w14:paraId="557E8B48" w14:textId="77777777">
        <w:trPr>
          <w:jc w:val="center"/>
        </w:trPr>
        <w:tc>
          <w:tcPr>
            <w:tcW w:w="5216" w:type="dxa"/>
            <w:vMerge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107A6963" w14:textId="77777777" w:rsidR="001B31BE" w:rsidRDefault="001B31BE">
            <w:pPr>
              <w:rPr>
                <w:lang w:eastAsia="ko-KR"/>
              </w:rPr>
            </w:pP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EAF2EE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4329C6A4" w14:textId="77777777" w:rsidR="001B31BE" w:rsidRDefault="00000000">
            <w:pPr>
              <w:spacing w:after="0"/>
            </w:pPr>
            <w:r>
              <w:rPr>
                <w:b/>
                <w:color w:val="223454"/>
                <w:sz w:val="20"/>
              </w:rPr>
              <w:t>기억할 개념 또는 단어</w:t>
            </w:r>
          </w:p>
          <w:p w14:paraId="34B66CF4" w14:textId="77777777" w:rsidR="001B31BE" w:rsidRDefault="00000000">
            <w:r>
              <w:br/>
            </w:r>
          </w:p>
        </w:tc>
      </w:tr>
      <w:tr w:rsidR="001B31BE" w14:paraId="41E1DA8C" w14:textId="77777777">
        <w:trPr>
          <w:jc w:val="center"/>
        </w:trPr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72B21D4C" w14:textId="739E46EE" w:rsidR="001B31BE" w:rsidRPr="00A43EF5" w:rsidRDefault="00000000">
            <w:pPr>
              <w:spacing w:after="0"/>
              <w:rPr>
                <w:b/>
                <w:color w:val="223454"/>
                <w:sz w:val="16"/>
                <w:szCs w:val="16"/>
                <w:lang w:eastAsia="ko-KR"/>
              </w:rPr>
            </w:pPr>
            <w:r>
              <w:rPr>
                <w:b/>
                <w:color w:val="223454"/>
                <w:sz w:val="16"/>
                <w:lang w:eastAsia="ko-KR"/>
              </w:rPr>
              <w:t xml:space="preserve">오답 유형 </w:t>
            </w:r>
            <w:r w:rsidRPr="00A43EF5">
              <w:rPr>
                <w:b/>
                <w:color w:val="223454"/>
                <w:sz w:val="16"/>
                <w:szCs w:val="16"/>
                <w:lang w:eastAsia="ko-KR"/>
              </w:rPr>
              <w:t xml:space="preserve"> ☐ 개념 부족  ☐ 계산 실수  ☐ 문제를 잘못 읽음  ☐ 기타</w:t>
            </w: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361AEC23" w14:textId="77777777" w:rsidR="001B31BE" w:rsidRDefault="00000000">
            <w:pPr>
              <w:spacing w:after="0"/>
            </w:pPr>
            <w:r>
              <w:rPr>
                <w:b/>
                <w:color w:val="223454"/>
              </w:rPr>
              <w:t>정답 / 다시 풀기</w:t>
            </w:r>
          </w:p>
        </w:tc>
      </w:tr>
    </w:tbl>
    <w:p w14:paraId="108A12EA" w14:textId="77777777" w:rsidR="001B31BE" w:rsidRDefault="001B31B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1B31BE" w14:paraId="23D91658" w14:textId="77777777">
        <w:trPr>
          <w:jc w:val="center"/>
        </w:trPr>
        <w:tc>
          <w:tcPr>
            <w:tcW w:w="5216" w:type="dxa"/>
            <w:vMerge w:val="restart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1C045D9F" w14:textId="77777777" w:rsidR="001B31BE" w:rsidRDefault="00000000">
            <w:pPr>
              <w:spacing w:after="100"/>
              <w:rPr>
                <w:lang w:eastAsia="ko-KR"/>
              </w:rPr>
            </w:pPr>
            <w:r>
              <w:rPr>
                <w:b/>
                <w:color w:val="223454"/>
                <w:sz w:val="22"/>
                <w:lang w:eastAsia="ko-KR"/>
              </w:rPr>
              <w:t>문제 2</w:t>
            </w:r>
          </w:p>
          <w:p w14:paraId="6E886298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color w:val="707987"/>
                <w:sz w:val="16"/>
                <w:lang w:eastAsia="ko-KR"/>
              </w:rPr>
              <w:t>틀린 문제를 붙이거나 직접 적어 보세요.</w:t>
            </w: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013B4627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b/>
                <w:color w:val="223454"/>
                <w:sz w:val="20"/>
                <w:lang w:eastAsia="ko-KR"/>
              </w:rPr>
              <w:t>틀린 이유</w:t>
            </w:r>
          </w:p>
          <w:p w14:paraId="59FEED0E" w14:textId="77777777" w:rsidR="001B31BE" w:rsidRDefault="00000000">
            <w:pPr>
              <w:rPr>
                <w:lang w:eastAsia="ko-KR"/>
              </w:rPr>
            </w:pPr>
            <w:r>
              <w:rPr>
                <w:color w:val="707987"/>
                <w:sz w:val="16"/>
                <w:lang w:eastAsia="ko-KR"/>
              </w:rPr>
              <w:t>왜 틀렸는지 문장으로 정리해 보세요.</w:t>
            </w:r>
            <w:r>
              <w:rPr>
                <w:color w:val="707987"/>
                <w:sz w:val="16"/>
                <w:lang w:eastAsia="ko-KR"/>
              </w:rPr>
              <w:br/>
            </w:r>
            <w:r>
              <w:rPr>
                <w:color w:val="707987"/>
                <w:sz w:val="16"/>
                <w:lang w:eastAsia="ko-KR"/>
              </w:rPr>
              <w:br/>
            </w:r>
          </w:p>
        </w:tc>
      </w:tr>
      <w:tr w:rsidR="001B31BE" w14:paraId="7664457F" w14:textId="77777777">
        <w:trPr>
          <w:jc w:val="center"/>
        </w:trPr>
        <w:tc>
          <w:tcPr>
            <w:tcW w:w="5216" w:type="dxa"/>
            <w:vMerge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5A3AEE42" w14:textId="77777777" w:rsidR="001B31BE" w:rsidRDefault="001B31BE">
            <w:pPr>
              <w:rPr>
                <w:lang w:eastAsia="ko-KR"/>
              </w:rPr>
            </w:pP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EAF2EE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21D32DF9" w14:textId="77777777" w:rsidR="001B31BE" w:rsidRDefault="00000000">
            <w:pPr>
              <w:spacing w:after="0"/>
            </w:pPr>
            <w:r>
              <w:rPr>
                <w:b/>
                <w:color w:val="223454"/>
                <w:sz w:val="20"/>
              </w:rPr>
              <w:t>기억할 개념 또는 단어</w:t>
            </w:r>
          </w:p>
          <w:p w14:paraId="3D9774AF" w14:textId="77777777" w:rsidR="001B31BE" w:rsidRDefault="00000000">
            <w:r>
              <w:br/>
            </w:r>
          </w:p>
        </w:tc>
      </w:tr>
      <w:tr w:rsidR="001B31BE" w14:paraId="01DBC69C" w14:textId="77777777">
        <w:trPr>
          <w:jc w:val="center"/>
        </w:trPr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7FCB16DD" w14:textId="277F1B80" w:rsidR="001B31BE" w:rsidRDefault="00A43EF5">
            <w:pPr>
              <w:spacing w:after="0"/>
              <w:rPr>
                <w:lang w:eastAsia="ko-KR"/>
              </w:rPr>
            </w:pPr>
            <w:r>
              <w:rPr>
                <w:b/>
                <w:color w:val="223454"/>
                <w:sz w:val="16"/>
                <w:lang w:eastAsia="ko-KR"/>
              </w:rPr>
              <w:t xml:space="preserve">오답 유형 </w:t>
            </w:r>
            <w:r w:rsidRPr="00A43EF5">
              <w:rPr>
                <w:b/>
                <w:color w:val="223454"/>
                <w:sz w:val="16"/>
                <w:szCs w:val="16"/>
                <w:lang w:eastAsia="ko-KR"/>
              </w:rPr>
              <w:t xml:space="preserve"> ☐ 개념 부족  ☐ 계산 실수  ☐ 문제를 잘못 읽음  ☐ 기타</w:t>
            </w: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FFFFF"/>
            <w:tcMar>
              <w:top w:w="110" w:type="dxa"/>
              <w:left w:w="120" w:type="dxa"/>
              <w:bottom w:w="100" w:type="dxa"/>
              <w:right w:w="120" w:type="dxa"/>
            </w:tcMar>
            <w:vAlign w:val="center"/>
          </w:tcPr>
          <w:p w14:paraId="2D3914B2" w14:textId="77777777" w:rsidR="001B31BE" w:rsidRDefault="00000000">
            <w:pPr>
              <w:spacing w:after="0"/>
            </w:pPr>
            <w:r>
              <w:rPr>
                <w:b/>
                <w:color w:val="223454"/>
              </w:rPr>
              <w:t>정답 / 다시 풀기</w:t>
            </w:r>
          </w:p>
        </w:tc>
      </w:tr>
    </w:tbl>
    <w:p w14:paraId="675F0F42" w14:textId="77777777" w:rsidR="001B31BE" w:rsidRDefault="00000000">
      <w:pPr>
        <w:spacing w:before="120" w:after="80"/>
      </w:pPr>
      <w:r>
        <w:rPr>
          <w:b/>
          <w:color w:val="223454"/>
          <w:sz w:val="26"/>
        </w:rPr>
        <w:t>오답 정리  CHECK &amp; REVIEW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1B31BE" w14:paraId="6424C50F" w14:textId="77777777">
        <w:trPr>
          <w:jc w:val="center"/>
        </w:trPr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F7F4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D946D9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b/>
                <w:color w:val="223454"/>
                <w:lang w:eastAsia="ko-KR"/>
              </w:rPr>
              <w:t>오늘의 오답 체크</w:t>
            </w:r>
          </w:p>
          <w:p w14:paraId="5E7FC494" w14:textId="77777777" w:rsidR="001B31BE" w:rsidRDefault="00000000">
            <w:pPr>
              <w:rPr>
                <w:lang w:eastAsia="ko-KR"/>
              </w:rPr>
            </w:pPr>
            <w:r>
              <w:rPr>
                <w:color w:val="707987"/>
                <w:sz w:val="15"/>
                <w:lang w:eastAsia="ko-KR"/>
              </w:rPr>
              <w:t>☐ 왜 틀렸는지 확인했어요   ☐ 다시 풀어 맞혔어요</w:t>
            </w:r>
            <w:r>
              <w:rPr>
                <w:color w:val="707987"/>
                <w:sz w:val="15"/>
                <w:lang w:eastAsia="ko-KR"/>
              </w:rPr>
              <w:br/>
              <w:t>☐ 비슷한 문제를 한 번 더 풀었어요</w:t>
            </w:r>
          </w:p>
        </w:tc>
        <w:tc>
          <w:tcPr>
            <w:tcW w:w="5216" w:type="dxa"/>
            <w:tcBorders>
              <w:top w:val="single" w:sz="8" w:space="0" w:color="D8D3C8"/>
              <w:left w:val="single" w:sz="8" w:space="0" w:color="D8D3C8"/>
              <w:bottom w:val="single" w:sz="8" w:space="0" w:color="D8D3C8"/>
              <w:right w:val="single" w:sz="8" w:space="0" w:color="D8D3C8"/>
            </w:tcBorders>
            <w:shd w:val="clear" w:color="auto" w:fill="EAF2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A5421F" w14:textId="77777777" w:rsidR="001B31BE" w:rsidRDefault="00000000">
            <w:pPr>
              <w:spacing w:after="0"/>
              <w:rPr>
                <w:lang w:eastAsia="ko-KR"/>
              </w:rPr>
            </w:pPr>
            <w:r>
              <w:rPr>
                <w:b/>
                <w:color w:val="223454"/>
                <w:lang w:eastAsia="ko-KR"/>
              </w:rPr>
              <w:t>다음에 꼭 기억할 것</w:t>
            </w:r>
          </w:p>
          <w:p w14:paraId="6CE68FBA" w14:textId="77777777" w:rsidR="001B31BE" w:rsidRDefault="00000000">
            <w:pPr>
              <w:rPr>
                <w:lang w:eastAsia="ko-KR"/>
              </w:rPr>
            </w:pPr>
            <w:r>
              <w:rPr>
                <w:color w:val="707987"/>
                <w:sz w:val="15"/>
                <w:lang w:eastAsia="ko-KR"/>
              </w:rPr>
              <w:t>같은 실수를 반복하지 않도록 핵심 내용을 적어 보세요.</w:t>
            </w:r>
          </w:p>
        </w:tc>
      </w:tr>
    </w:tbl>
    <w:p w14:paraId="71A8BF44" w14:textId="77777777" w:rsidR="001B31BE" w:rsidRDefault="00000000">
      <w:pPr>
        <w:spacing w:before="80" w:after="0"/>
        <w:jc w:val="center"/>
        <w:rPr>
          <w:lang w:eastAsia="ko-KR"/>
        </w:rPr>
      </w:pPr>
      <w:r>
        <w:rPr>
          <w:color w:val="707987"/>
          <w:sz w:val="15"/>
          <w:lang w:eastAsia="ko-KR"/>
        </w:rPr>
        <w:t>틀린 문제는 다시 보면 내 것이 됩니다.</w:t>
      </w:r>
    </w:p>
    <w:p w14:paraId="71BE8657" w14:textId="77777777" w:rsidR="001B31BE" w:rsidRDefault="00000000">
      <w:pPr>
        <w:spacing w:after="0"/>
        <w:jc w:val="center"/>
      </w:pPr>
      <w:r>
        <w:rPr>
          <w:b/>
          <w:color w:val="223454"/>
          <w:sz w:val="14"/>
        </w:rPr>
        <w:t>EDUCATION BOX · edu.informationbox.kr</w:t>
      </w:r>
    </w:p>
    <w:sectPr w:rsidR="001B31BE" w:rsidSect="00034616">
      <w:pgSz w:w="11906" w:h="16838"/>
      <w:pgMar w:top="680" w:right="737" w:bottom="62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D2169" w14:textId="77777777" w:rsidR="00412C7E" w:rsidRDefault="00412C7E" w:rsidP="00A43EF5">
      <w:pPr>
        <w:spacing w:after="0" w:line="240" w:lineRule="auto"/>
      </w:pPr>
      <w:r>
        <w:separator/>
      </w:r>
    </w:p>
  </w:endnote>
  <w:endnote w:type="continuationSeparator" w:id="0">
    <w:p w14:paraId="33779C01" w14:textId="77777777" w:rsidR="00412C7E" w:rsidRDefault="00412C7E" w:rsidP="00A4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9225" w14:textId="77777777" w:rsidR="00412C7E" w:rsidRDefault="00412C7E" w:rsidP="00A43EF5">
      <w:pPr>
        <w:spacing w:after="0" w:line="240" w:lineRule="auto"/>
      </w:pPr>
      <w:r>
        <w:separator/>
      </w:r>
    </w:p>
  </w:footnote>
  <w:footnote w:type="continuationSeparator" w:id="0">
    <w:p w14:paraId="5D777044" w14:textId="77777777" w:rsidR="00412C7E" w:rsidRDefault="00412C7E" w:rsidP="00A43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592685">
    <w:abstractNumId w:val="8"/>
  </w:num>
  <w:num w:numId="2" w16cid:durableId="426462094">
    <w:abstractNumId w:val="6"/>
  </w:num>
  <w:num w:numId="3" w16cid:durableId="1577855977">
    <w:abstractNumId w:val="5"/>
  </w:num>
  <w:num w:numId="4" w16cid:durableId="1345748039">
    <w:abstractNumId w:val="4"/>
  </w:num>
  <w:num w:numId="5" w16cid:durableId="1406492140">
    <w:abstractNumId w:val="7"/>
  </w:num>
  <w:num w:numId="6" w16cid:durableId="1400252590">
    <w:abstractNumId w:val="3"/>
  </w:num>
  <w:num w:numId="7" w16cid:durableId="1778215191">
    <w:abstractNumId w:val="2"/>
  </w:num>
  <w:num w:numId="8" w16cid:durableId="1915357100">
    <w:abstractNumId w:val="1"/>
  </w:num>
  <w:num w:numId="9" w16cid:durableId="105154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1BE"/>
    <w:rsid w:val="0029639D"/>
    <w:rsid w:val="00326F90"/>
    <w:rsid w:val="00412C7E"/>
    <w:rsid w:val="00464EAA"/>
    <w:rsid w:val="009A4680"/>
    <w:rsid w:val="00A43EF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942B9D"/>
  <w14:defaultImageDpi w14:val="300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349</Characters>
  <Application>Microsoft Office Word</Application>
  <DocSecurity>0</DocSecurity>
  <Lines>87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2026-09-30T08:45:00Z</dcterms:modified>
  <cp:category/>
</cp:coreProperties>
</file>