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9"/>
        <w:gridCol w:w="5329"/>
      </w:tblGrid>
      <w:tr w:rsidR="004E50B5" w14:paraId="260F64C4" w14:textId="77777777">
        <w:trPr>
          <w:trHeight w:hRule="exact" w:val="147"/>
          <w:jc w:val="center"/>
        </w:trPr>
        <w:tc>
          <w:tcPr>
            <w:tcW w:w="5329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220CE4F3" w14:textId="77777777" w:rsidR="004E50B5" w:rsidRDefault="004E50B5"/>
        </w:tc>
        <w:tc>
          <w:tcPr>
            <w:tcW w:w="5329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63B807C8" w14:textId="77777777" w:rsidR="004E50B5" w:rsidRDefault="004E50B5"/>
        </w:tc>
      </w:tr>
    </w:tbl>
    <w:p w14:paraId="37997644" w14:textId="77777777" w:rsidR="004E50B5" w:rsidRDefault="00000000">
      <w:pPr>
        <w:spacing w:before="60" w:after="0"/>
      </w:pPr>
      <w:r>
        <w:rPr>
          <w:b/>
          <w:color w:val="F17B63"/>
        </w:rPr>
        <w:t>OMR ANSWER SHEET</w:t>
      </w:r>
    </w:p>
    <w:p w14:paraId="155AD7FC" w14:textId="77777777" w:rsidR="004E50B5" w:rsidRDefault="00000000">
      <w:pPr>
        <w:spacing w:after="40"/>
      </w:pPr>
      <w:r>
        <w:rPr>
          <w:b/>
          <w:color w:val="223454"/>
          <w:sz w:val="40"/>
        </w:rPr>
        <w:t>OMR 답안지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42"/>
        <w:gridCol w:w="2310"/>
        <w:gridCol w:w="1234"/>
        <w:gridCol w:w="1985"/>
        <w:gridCol w:w="1134"/>
        <w:gridCol w:w="2751"/>
      </w:tblGrid>
      <w:tr w:rsidR="004E50B5" w:rsidRPr="00DF14BC" w14:paraId="641FDDCD" w14:textId="77777777" w:rsidTr="00DF14BC">
        <w:trPr>
          <w:trHeight w:hRule="exact" w:val="425"/>
        </w:trPr>
        <w:tc>
          <w:tcPr>
            <w:tcW w:w="1242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591CAABF" w14:textId="77777777" w:rsidR="004E50B5" w:rsidRPr="00DF14BC" w:rsidRDefault="00000000" w:rsidP="00DF14BC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DF14BC">
              <w:rPr>
                <w:b/>
                <w:color w:val="223454"/>
                <w:sz w:val="18"/>
                <w:szCs w:val="18"/>
              </w:rPr>
              <w:t>과목</w:t>
            </w:r>
            <w:proofErr w:type="spellEnd"/>
          </w:p>
        </w:tc>
        <w:tc>
          <w:tcPr>
            <w:tcW w:w="2310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FFFFF"/>
            <w:vAlign w:val="center"/>
          </w:tcPr>
          <w:p w14:paraId="3BCF572D" w14:textId="77777777" w:rsidR="004E50B5" w:rsidRPr="00DF14BC" w:rsidRDefault="004E50B5" w:rsidP="00DF14BC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1C502182" w14:textId="77777777" w:rsidR="004E50B5" w:rsidRPr="00DF14BC" w:rsidRDefault="00000000" w:rsidP="00DF14BC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시험명</w:t>
            </w:r>
          </w:p>
        </w:tc>
        <w:tc>
          <w:tcPr>
            <w:tcW w:w="1985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FFFFF"/>
            <w:vAlign w:val="center"/>
          </w:tcPr>
          <w:p w14:paraId="492228A1" w14:textId="77777777" w:rsidR="004E50B5" w:rsidRPr="00DF14BC" w:rsidRDefault="004E50B5" w:rsidP="00DF14BC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3E7D8F5E" w14:textId="77777777" w:rsidR="004E50B5" w:rsidRPr="00DF14BC" w:rsidRDefault="00000000" w:rsidP="00DF14BC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시험일</w:t>
            </w:r>
          </w:p>
        </w:tc>
        <w:tc>
          <w:tcPr>
            <w:tcW w:w="2751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FFFFF"/>
            <w:vAlign w:val="center"/>
          </w:tcPr>
          <w:p w14:paraId="71F1CBAF" w14:textId="77777777" w:rsidR="004E50B5" w:rsidRPr="00DF14BC" w:rsidRDefault="00000000">
            <w:pPr>
              <w:spacing w:after="0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20     년     월     일</w:t>
            </w:r>
          </w:p>
        </w:tc>
      </w:tr>
      <w:tr w:rsidR="004E50B5" w:rsidRPr="00DF14BC" w14:paraId="0F714CAA" w14:textId="77777777" w:rsidTr="00DF14BC">
        <w:trPr>
          <w:trHeight w:hRule="exact" w:val="425"/>
        </w:trPr>
        <w:tc>
          <w:tcPr>
            <w:tcW w:w="1242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358CEA99" w14:textId="77777777" w:rsidR="004E50B5" w:rsidRPr="00DF14BC" w:rsidRDefault="00000000" w:rsidP="00DF14BC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학년·반</w:t>
            </w:r>
          </w:p>
        </w:tc>
        <w:tc>
          <w:tcPr>
            <w:tcW w:w="2310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FFFFF"/>
            <w:vAlign w:val="center"/>
          </w:tcPr>
          <w:p w14:paraId="7A10C359" w14:textId="77777777" w:rsidR="004E50B5" w:rsidRPr="00DF14BC" w:rsidRDefault="004E50B5" w:rsidP="00DF14BC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70233061" w14:textId="77777777" w:rsidR="004E50B5" w:rsidRPr="00DF14BC" w:rsidRDefault="00000000" w:rsidP="00DF14BC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번호</w:t>
            </w:r>
          </w:p>
        </w:tc>
        <w:tc>
          <w:tcPr>
            <w:tcW w:w="1985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FFFFF"/>
            <w:vAlign w:val="center"/>
          </w:tcPr>
          <w:p w14:paraId="1103ED9B" w14:textId="77777777" w:rsidR="004E50B5" w:rsidRPr="00DF14BC" w:rsidRDefault="004E50B5" w:rsidP="00DF14BC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5EBF0A3B" w14:textId="77777777" w:rsidR="004E50B5" w:rsidRPr="00DF14BC" w:rsidRDefault="00000000" w:rsidP="00DF14BC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이름</w:t>
            </w:r>
          </w:p>
        </w:tc>
        <w:tc>
          <w:tcPr>
            <w:tcW w:w="2751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FFFFF"/>
            <w:vAlign w:val="center"/>
          </w:tcPr>
          <w:p w14:paraId="61F858BE" w14:textId="77777777" w:rsidR="004E50B5" w:rsidRPr="00DF14BC" w:rsidRDefault="004E50B5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0896CEDB" w14:textId="77777777" w:rsidR="004E50B5" w:rsidRPr="00DF14BC" w:rsidRDefault="00000000" w:rsidP="00DF14BC">
      <w:pPr>
        <w:spacing w:before="40" w:after="20" w:line="360" w:lineRule="auto"/>
        <w:rPr>
          <w:sz w:val="22"/>
        </w:rPr>
      </w:pPr>
      <w:r w:rsidRPr="00DF14BC">
        <w:rPr>
          <w:color w:val="F17B63"/>
          <w:sz w:val="22"/>
        </w:rPr>
        <w:t xml:space="preserve">■ </w:t>
      </w:r>
      <w:proofErr w:type="spellStart"/>
      <w:r w:rsidRPr="00DF14BC">
        <w:rPr>
          <w:b/>
          <w:color w:val="223454"/>
          <w:sz w:val="22"/>
        </w:rPr>
        <w:t>답안</w:t>
      </w:r>
      <w:proofErr w:type="spellEnd"/>
      <w:r w:rsidRPr="00DF14BC">
        <w:rPr>
          <w:b/>
          <w:color w:val="223454"/>
          <w:sz w:val="22"/>
        </w:rPr>
        <w:t xml:space="preserve"> </w:t>
      </w:r>
      <w:proofErr w:type="spellStart"/>
      <w:r w:rsidRPr="00DF14BC">
        <w:rPr>
          <w:b/>
          <w:color w:val="223454"/>
          <w:sz w:val="22"/>
        </w:rPr>
        <w:t>작성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88"/>
        <w:gridCol w:w="888"/>
        <w:gridCol w:w="888"/>
        <w:gridCol w:w="888"/>
        <w:gridCol w:w="888"/>
        <w:gridCol w:w="888"/>
        <w:gridCol w:w="888"/>
        <w:gridCol w:w="888"/>
        <w:gridCol w:w="888"/>
        <w:gridCol w:w="888"/>
        <w:gridCol w:w="888"/>
        <w:gridCol w:w="888"/>
      </w:tblGrid>
      <w:tr w:rsidR="004E50B5" w:rsidRPr="00DF14BC" w14:paraId="3D0ACFC8" w14:textId="77777777">
        <w:trPr>
          <w:trHeight w:hRule="exact" w:val="369"/>
          <w:jc w:val="center"/>
        </w:trPr>
        <w:tc>
          <w:tcPr>
            <w:tcW w:w="888" w:type="dxa"/>
            <w:tcBorders>
              <w:top w:val="single" w:sz="5" w:space="0" w:color="223454"/>
              <w:left w:val="single" w:sz="5" w:space="0" w:color="223454"/>
              <w:bottom w:val="single" w:sz="5" w:space="0" w:color="223454"/>
              <w:right w:val="single" w:sz="5" w:space="0" w:color="223454"/>
            </w:tcBorders>
            <w:shd w:val="clear" w:color="auto" w:fill="223454"/>
            <w:vAlign w:val="center"/>
          </w:tcPr>
          <w:p w14:paraId="1C8A6AC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FFFFFF"/>
                <w:sz w:val="18"/>
                <w:szCs w:val="18"/>
              </w:rPr>
              <w:t>번호</w:t>
            </w:r>
          </w:p>
        </w:tc>
        <w:tc>
          <w:tcPr>
            <w:tcW w:w="888" w:type="dxa"/>
            <w:tcBorders>
              <w:top w:val="single" w:sz="5" w:space="0" w:color="223454"/>
              <w:left w:val="single" w:sz="5" w:space="0" w:color="223454"/>
              <w:bottom w:val="single" w:sz="5" w:space="0" w:color="223454"/>
              <w:right w:val="single" w:sz="5" w:space="0" w:color="223454"/>
            </w:tcBorders>
            <w:shd w:val="clear" w:color="auto" w:fill="223454"/>
            <w:vAlign w:val="center"/>
          </w:tcPr>
          <w:p w14:paraId="052EDEC9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FFFFFF"/>
                <w:sz w:val="18"/>
                <w:szCs w:val="18"/>
              </w:rPr>
              <w:t>①</w:t>
            </w:r>
          </w:p>
        </w:tc>
        <w:tc>
          <w:tcPr>
            <w:tcW w:w="888" w:type="dxa"/>
            <w:tcBorders>
              <w:top w:val="single" w:sz="5" w:space="0" w:color="223454"/>
              <w:left w:val="single" w:sz="5" w:space="0" w:color="223454"/>
              <w:bottom w:val="single" w:sz="5" w:space="0" w:color="223454"/>
              <w:right w:val="single" w:sz="5" w:space="0" w:color="223454"/>
            </w:tcBorders>
            <w:shd w:val="clear" w:color="auto" w:fill="223454"/>
            <w:vAlign w:val="center"/>
          </w:tcPr>
          <w:p w14:paraId="722588FA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FFFFFF"/>
                <w:sz w:val="18"/>
                <w:szCs w:val="18"/>
              </w:rPr>
              <w:t>②</w:t>
            </w:r>
          </w:p>
        </w:tc>
        <w:tc>
          <w:tcPr>
            <w:tcW w:w="888" w:type="dxa"/>
            <w:tcBorders>
              <w:top w:val="single" w:sz="5" w:space="0" w:color="223454"/>
              <w:left w:val="single" w:sz="5" w:space="0" w:color="223454"/>
              <w:bottom w:val="single" w:sz="5" w:space="0" w:color="223454"/>
              <w:right w:val="single" w:sz="5" w:space="0" w:color="223454"/>
            </w:tcBorders>
            <w:shd w:val="clear" w:color="auto" w:fill="223454"/>
            <w:vAlign w:val="center"/>
          </w:tcPr>
          <w:p w14:paraId="2504D55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FFFFFF"/>
                <w:sz w:val="18"/>
                <w:szCs w:val="18"/>
              </w:rPr>
              <w:t>③</w:t>
            </w:r>
          </w:p>
        </w:tc>
        <w:tc>
          <w:tcPr>
            <w:tcW w:w="888" w:type="dxa"/>
            <w:tcBorders>
              <w:top w:val="single" w:sz="5" w:space="0" w:color="223454"/>
              <w:left w:val="single" w:sz="5" w:space="0" w:color="223454"/>
              <w:bottom w:val="single" w:sz="5" w:space="0" w:color="223454"/>
              <w:right w:val="single" w:sz="5" w:space="0" w:color="223454"/>
            </w:tcBorders>
            <w:shd w:val="clear" w:color="auto" w:fill="223454"/>
            <w:vAlign w:val="center"/>
          </w:tcPr>
          <w:p w14:paraId="4579EBAF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FFFFFF"/>
                <w:sz w:val="18"/>
                <w:szCs w:val="18"/>
              </w:rPr>
              <w:t>④</w:t>
            </w:r>
          </w:p>
        </w:tc>
        <w:tc>
          <w:tcPr>
            <w:tcW w:w="888" w:type="dxa"/>
            <w:tcBorders>
              <w:top w:val="single" w:sz="5" w:space="0" w:color="223454"/>
              <w:left w:val="single" w:sz="5" w:space="0" w:color="223454"/>
              <w:bottom w:val="single" w:sz="5" w:space="0" w:color="223454"/>
              <w:right w:val="single" w:sz="5" w:space="0" w:color="223454"/>
            </w:tcBorders>
            <w:shd w:val="clear" w:color="auto" w:fill="223454"/>
            <w:vAlign w:val="center"/>
          </w:tcPr>
          <w:p w14:paraId="71537A6E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FFFFFF"/>
                <w:sz w:val="18"/>
                <w:szCs w:val="18"/>
              </w:rPr>
              <w:t>⑤</w:t>
            </w:r>
          </w:p>
        </w:tc>
        <w:tc>
          <w:tcPr>
            <w:tcW w:w="888" w:type="dxa"/>
            <w:tcBorders>
              <w:top w:val="single" w:sz="5" w:space="0" w:color="223454"/>
              <w:left w:val="single" w:sz="5" w:space="0" w:color="223454"/>
              <w:bottom w:val="single" w:sz="5" w:space="0" w:color="223454"/>
              <w:right w:val="single" w:sz="5" w:space="0" w:color="223454"/>
            </w:tcBorders>
            <w:shd w:val="clear" w:color="auto" w:fill="223454"/>
            <w:vAlign w:val="center"/>
          </w:tcPr>
          <w:p w14:paraId="2A8CB058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FFFFFF"/>
                <w:sz w:val="18"/>
                <w:szCs w:val="18"/>
              </w:rPr>
              <w:t>번호</w:t>
            </w:r>
          </w:p>
        </w:tc>
        <w:tc>
          <w:tcPr>
            <w:tcW w:w="888" w:type="dxa"/>
            <w:tcBorders>
              <w:top w:val="single" w:sz="5" w:space="0" w:color="223454"/>
              <w:left w:val="single" w:sz="5" w:space="0" w:color="223454"/>
              <w:bottom w:val="single" w:sz="5" w:space="0" w:color="223454"/>
              <w:right w:val="single" w:sz="5" w:space="0" w:color="223454"/>
            </w:tcBorders>
            <w:shd w:val="clear" w:color="auto" w:fill="223454"/>
            <w:vAlign w:val="center"/>
          </w:tcPr>
          <w:p w14:paraId="7255E679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FFFFFF"/>
                <w:sz w:val="18"/>
                <w:szCs w:val="18"/>
              </w:rPr>
              <w:t>①</w:t>
            </w:r>
          </w:p>
        </w:tc>
        <w:tc>
          <w:tcPr>
            <w:tcW w:w="888" w:type="dxa"/>
            <w:tcBorders>
              <w:top w:val="single" w:sz="5" w:space="0" w:color="223454"/>
              <w:left w:val="single" w:sz="5" w:space="0" w:color="223454"/>
              <w:bottom w:val="single" w:sz="5" w:space="0" w:color="223454"/>
              <w:right w:val="single" w:sz="5" w:space="0" w:color="223454"/>
            </w:tcBorders>
            <w:shd w:val="clear" w:color="auto" w:fill="223454"/>
            <w:vAlign w:val="center"/>
          </w:tcPr>
          <w:p w14:paraId="6477AD3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FFFFFF"/>
                <w:sz w:val="18"/>
                <w:szCs w:val="18"/>
              </w:rPr>
              <w:t>②</w:t>
            </w:r>
          </w:p>
        </w:tc>
        <w:tc>
          <w:tcPr>
            <w:tcW w:w="888" w:type="dxa"/>
            <w:tcBorders>
              <w:top w:val="single" w:sz="5" w:space="0" w:color="223454"/>
              <w:left w:val="single" w:sz="5" w:space="0" w:color="223454"/>
              <w:bottom w:val="single" w:sz="5" w:space="0" w:color="223454"/>
              <w:right w:val="single" w:sz="5" w:space="0" w:color="223454"/>
            </w:tcBorders>
            <w:shd w:val="clear" w:color="auto" w:fill="223454"/>
            <w:vAlign w:val="center"/>
          </w:tcPr>
          <w:p w14:paraId="5E3DCB9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FFFFFF"/>
                <w:sz w:val="18"/>
                <w:szCs w:val="18"/>
              </w:rPr>
              <w:t>③</w:t>
            </w:r>
          </w:p>
        </w:tc>
        <w:tc>
          <w:tcPr>
            <w:tcW w:w="888" w:type="dxa"/>
            <w:tcBorders>
              <w:top w:val="single" w:sz="5" w:space="0" w:color="223454"/>
              <w:left w:val="single" w:sz="5" w:space="0" w:color="223454"/>
              <w:bottom w:val="single" w:sz="5" w:space="0" w:color="223454"/>
              <w:right w:val="single" w:sz="5" w:space="0" w:color="223454"/>
            </w:tcBorders>
            <w:shd w:val="clear" w:color="auto" w:fill="223454"/>
            <w:vAlign w:val="center"/>
          </w:tcPr>
          <w:p w14:paraId="03B90055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FFFFFF"/>
                <w:sz w:val="18"/>
                <w:szCs w:val="18"/>
              </w:rPr>
              <w:t>④</w:t>
            </w:r>
          </w:p>
        </w:tc>
        <w:tc>
          <w:tcPr>
            <w:tcW w:w="888" w:type="dxa"/>
            <w:tcBorders>
              <w:top w:val="single" w:sz="5" w:space="0" w:color="223454"/>
              <w:left w:val="single" w:sz="5" w:space="0" w:color="223454"/>
              <w:bottom w:val="single" w:sz="5" w:space="0" w:color="223454"/>
              <w:right w:val="single" w:sz="5" w:space="0" w:color="223454"/>
            </w:tcBorders>
            <w:shd w:val="clear" w:color="auto" w:fill="223454"/>
            <w:vAlign w:val="center"/>
          </w:tcPr>
          <w:p w14:paraId="6B4E7C7E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FFFFFF"/>
                <w:sz w:val="18"/>
                <w:szCs w:val="18"/>
              </w:rPr>
              <w:t>⑤</w:t>
            </w:r>
          </w:p>
        </w:tc>
      </w:tr>
      <w:tr w:rsidR="004E50B5" w:rsidRPr="00DF14BC" w14:paraId="1EF822A8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62D1F59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1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BC8463A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D3AEFC5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90D2419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82E8A28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C76E76A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1898A0E8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26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2619E21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5FC1427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29E16E7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5E163A0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2B7C472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2E0FAD07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30564752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2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78FAE8C8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CC1323F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AB182D0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76F43CE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2D2485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282EB96E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27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38C79CB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F292980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929FBA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AA7FB93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96B224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260B1285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2A6DC334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3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FE67DA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870433E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5D082DA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B38E387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07D6EF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0716A0B2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28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A1F9187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781E98BE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8D6B3C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FBB8B6B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8E07592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24234FA4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11D23FC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4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9E659E3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5133F12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E6754B3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D295BF4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6B95C1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100F680E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29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A17984F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63AE385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C373079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C4B4C8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FC498B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40CC13CF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79B31207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5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5C7935F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46D9507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AFB0E7F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C681FF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19FFE83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71F393A5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30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87419A7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908F2AA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75212D0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2A89219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77F9AF6E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3EC4BA77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7020C7F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6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4A4FBF1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8622DE2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9870F12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D59E275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C516FD5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1B3C033E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31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855123A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2A9177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BF5BBEB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D370D19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3FE530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5BC355D1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1C324F88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7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121E840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CD7C2E8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C5D0817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80C0A9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0FFDB9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3298E0D1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32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DF5700B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BD81FBA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D45F237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F6A2B68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70FFF5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1CD442BA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6FC00904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8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526D358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D86983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F8AF14B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0578644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8C6A523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67B9FFA9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33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591EF54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A9749C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8F7009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6DF30E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B6495D1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4071826F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16109E35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9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692196B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7DE5E041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76D91B44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1F7F113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FE812A3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251FBB8E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34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D6AF3E0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B1AC88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D8C531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B5D587A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7180B2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6854305B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5DA5A1EE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10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6421DD9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17FE760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2DC03A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D85C75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03DE12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40F348A5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35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036B39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D95676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7AD8ED3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84D0067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D1561C2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4CE0CBF7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00D00E05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11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8B68C10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E282F23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6A5112F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590E5C9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2CBFBDB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0689BE01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36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D4ADDB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C299065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19572E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D658CF1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BDCB38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25C2414D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66FD8EDB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12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85E5661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6249384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43C0559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DA5EB5F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1434C4B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7DD2963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37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2DA7675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1FF2751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4942CD7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388E27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5659999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3A83C4C8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284FDBB9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13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AAD1D41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7E48004E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B40AB4B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AF838EE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FACF6C0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3982F9FE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38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70BD61BB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C5B48AF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5001DE4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0879623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C977C2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053FBF7E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6C20FEDA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14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8DDD500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14138BF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E2A9F6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431E5C0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9479F97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1BC2171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39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7FFD49EF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30A61F1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05C27CE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A6FC7BA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D4E05C3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12504FA5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79A1FA58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15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60DFD4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71BB4C3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9679A45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6961D3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7EB79C8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7FABCD5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40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7CF15AB8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232360F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B50C8F8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53AC509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AA5B653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4E724819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2E0C16FA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16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0DA4AD7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7175E1A9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25EFC24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0FBD2B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77CF5D97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69466303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41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C515F5A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8C3E3C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E06FCB9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D1A297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FB56F0E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4FD97E36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1144C30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17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5FA6BCA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305D71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21A25E3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02C51B3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F4730DE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792AA39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42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73D3BE9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D445B30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26B054B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EB70BA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F47C83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6190C2F8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65CBC458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18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5383EEE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9D31DEE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3301BC2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7A5DBAF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0E9AC3B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5F811D3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43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774B83C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70B423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75F8C2A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35045C0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990C2E0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0CEAAB5E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09949BC2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19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5281807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E2E8103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91819F9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CA91CAF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EBE1408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7D13420E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44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6DA1A68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833E36B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9A85F54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B5E0317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0A96092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3659109C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21BCDEF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20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5C2447A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8C9F69A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7065C92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A1A12B9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54D1A34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49F2EBF2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45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7527F74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2F04522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698E179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20EBAA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A1C2F8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635E65B4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11DF0917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21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46C77B8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039A8CF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7F0DD44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0969CA3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D03ED0F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5AAA3C1A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46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FD0A19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1D4DAA8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DD5119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2115873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E7B1841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3EF80959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3770A067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22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76C66C7A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53C7517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B64B511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183327B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7134625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01AD6C4A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47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75200DD9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9C03C29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ED0EB41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7FDDE7D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7F140B07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3F37B3CA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4C8B7445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23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CF86C3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15C11B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4212307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6499331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FA0A754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214003E7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48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FE28C3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129BE8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97FCCE9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6E4EE7F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79E4E88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5BAC2C30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56F913F0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24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C7EC9F0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715B74F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726113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A702C33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C5C6E9A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110BEE21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49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1BB15D9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141DF9A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72BF281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C033DB8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363832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  <w:tr w:rsidR="004E50B5" w:rsidRPr="00DF14BC" w14:paraId="7F79A888" w14:textId="77777777">
        <w:trPr>
          <w:trHeight w:hRule="exact" w:val="391"/>
          <w:jc w:val="center"/>
        </w:trPr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77281B48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25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58AB7DEF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60B1F80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33C45DFF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F56DA14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11F8EDF6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15CDAECB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50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EB74C9C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2902AC41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6696FA33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49096665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  <w:tc>
          <w:tcPr>
            <w:tcW w:w="888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vAlign w:val="center"/>
          </w:tcPr>
          <w:p w14:paraId="08AA11C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color w:val="223454"/>
                <w:sz w:val="18"/>
                <w:szCs w:val="18"/>
              </w:rPr>
              <w:t>○</w:t>
            </w:r>
          </w:p>
        </w:tc>
      </w:tr>
    </w:tbl>
    <w:p w14:paraId="7943590C" w14:textId="77777777" w:rsidR="004E50B5" w:rsidRPr="00DF14BC" w:rsidRDefault="00000000" w:rsidP="00DF14BC">
      <w:pPr>
        <w:spacing w:before="40" w:after="20" w:line="360" w:lineRule="auto"/>
        <w:rPr>
          <w:sz w:val="22"/>
        </w:rPr>
      </w:pPr>
      <w:r w:rsidRPr="00DF14BC">
        <w:rPr>
          <w:color w:val="F17B63"/>
          <w:sz w:val="22"/>
        </w:rPr>
        <w:t xml:space="preserve">■ </w:t>
      </w:r>
      <w:r w:rsidRPr="00DF14BC">
        <w:rPr>
          <w:b/>
          <w:color w:val="223454"/>
          <w:sz w:val="22"/>
        </w:rPr>
        <w:t>채점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76"/>
        <w:gridCol w:w="1776"/>
        <w:gridCol w:w="1776"/>
        <w:gridCol w:w="1776"/>
        <w:gridCol w:w="1776"/>
        <w:gridCol w:w="1776"/>
      </w:tblGrid>
      <w:tr w:rsidR="004E50B5" w14:paraId="5CAF16D1" w14:textId="77777777">
        <w:trPr>
          <w:trHeight w:hRule="exact" w:val="454"/>
        </w:trPr>
        <w:tc>
          <w:tcPr>
            <w:tcW w:w="1776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27BC1414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맞은 개수</w:t>
            </w:r>
          </w:p>
        </w:tc>
        <w:tc>
          <w:tcPr>
            <w:tcW w:w="1776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FFFFF"/>
            <w:vAlign w:val="center"/>
          </w:tcPr>
          <w:p w14:paraId="755AFA56" w14:textId="77777777" w:rsidR="004E50B5" w:rsidRPr="00DF14BC" w:rsidRDefault="004E50B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3E42A27D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틀린 개수</w:t>
            </w:r>
          </w:p>
        </w:tc>
        <w:tc>
          <w:tcPr>
            <w:tcW w:w="1776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FFFFF"/>
            <w:vAlign w:val="center"/>
          </w:tcPr>
          <w:p w14:paraId="1D6068F5" w14:textId="77777777" w:rsidR="004E50B5" w:rsidRPr="00DF14BC" w:rsidRDefault="004E50B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7F4EC"/>
            <w:vAlign w:val="center"/>
          </w:tcPr>
          <w:p w14:paraId="16A746CA" w14:textId="77777777" w:rsidR="004E50B5" w:rsidRPr="00DF14BC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F14BC">
              <w:rPr>
                <w:b/>
                <w:color w:val="223454"/>
                <w:sz w:val="18"/>
                <w:szCs w:val="18"/>
              </w:rPr>
              <w:t>점수</w:t>
            </w:r>
          </w:p>
        </w:tc>
        <w:tc>
          <w:tcPr>
            <w:tcW w:w="1776" w:type="dxa"/>
            <w:tcBorders>
              <w:top w:val="single" w:sz="5" w:space="0" w:color="D9DEE5"/>
              <w:left w:val="single" w:sz="5" w:space="0" w:color="D9DEE5"/>
              <w:bottom w:val="single" w:sz="5" w:space="0" w:color="D9DEE5"/>
              <w:right w:val="single" w:sz="5" w:space="0" w:color="D9DEE5"/>
            </w:tcBorders>
            <w:shd w:val="clear" w:color="auto" w:fill="FFFFFF"/>
            <w:vAlign w:val="center"/>
          </w:tcPr>
          <w:p w14:paraId="2A53674F" w14:textId="77777777" w:rsidR="004E50B5" w:rsidRPr="00DF14BC" w:rsidRDefault="004E50B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14:paraId="440B36F4" w14:textId="77777777" w:rsidR="004E50B5" w:rsidRDefault="00000000">
      <w:pPr>
        <w:spacing w:before="40" w:after="0"/>
        <w:rPr>
          <w:lang w:eastAsia="ko-KR"/>
        </w:rPr>
      </w:pPr>
      <w:r>
        <w:rPr>
          <w:color w:val="6B7280"/>
          <w:sz w:val="13"/>
          <w:lang w:eastAsia="ko-KR"/>
        </w:rPr>
        <w:t>※ 정답 번호의 ○에 표시하세요. 답을 바꿀 때는 기존 표시를 깨끗하게 지운 뒤 다시 표시하세요.</w:t>
      </w:r>
    </w:p>
    <w:p w14:paraId="7D47FF1C" w14:textId="77777777" w:rsidR="004E50B5" w:rsidRPr="00DF14BC" w:rsidRDefault="00000000">
      <w:pPr>
        <w:spacing w:before="20" w:after="0"/>
        <w:jc w:val="center"/>
        <w:rPr>
          <w:sz w:val="16"/>
          <w:szCs w:val="16"/>
        </w:rPr>
      </w:pPr>
      <w:r w:rsidRPr="00DF14BC">
        <w:rPr>
          <w:color w:val="6B7280"/>
          <w:sz w:val="16"/>
          <w:szCs w:val="16"/>
        </w:rPr>
        <w:t>EDUCATION BOX · edu.informationbox.kr</w:t>
      </w:r>
    </w:p>
    <w:sectPr w:rsidR="004E50B5" w:rsidRPr="00DF14BC" w:rsidSect="00DF14BC">
      <w:pgSz w:w="11906" w:h="16838"/>
      <w:pgMar w:top="993" w:right="624" w:bottom="340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8275676">
    <w:abstractNumId w:val="8"/>
  </w:num>
  <w:num w:numId="2" w16cid:durableId="1407066755">
    <w:abstractNumId w:val="6"/>
  </w:num>
  <w:num w:numId="3" w16cid:durableId="429666817">
    <w:abstractNumId w:val="5"/>
  </w:num>
  <w:num w:numId="4" w16cid:durableId="460657782">
    <w:abstractNumId w:val="4"/>
  </w:num>
  <w:num w:numId="5" w16cid:durableId="968124326">
    <w:abstractNumId w:val="7"/>
  </w:num>
  <w:num w:numId="6" w16cid:durableId="1412316941">
    <w:abstractNumId w:val="3"/>
  </w:num>
  <w:num w:numId="7" w16cid:durableId="543830494">
    <w:abstractNumId w:val="2"/>
  </w:num>
  <w:num w:numId="8" w16cid:durableId="1033263585">
    <w:abstractNumId w:val="1"/>
  </w:num>
  <w:num w:numId="9" w16cid:durableId="929004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E50B5"/>
    <w:rsid w:val="00AA1D8D"/>
    <w:rsid w:val="00B47730"/>
    <w:rsid w:val="00BA4020"/>
    <w:rsid w:val="00CB0664"/>
    <w:rsid w:val="00DF14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29F8E1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5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2026-10-01T16:27:00Z</dcterms:modified>
  <cp:category/>
</cp:coreProperties>
</file>