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715E2E" w14:paraId="0DE7ED06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60A82BE2" w14:textId="77777777" w:rsidR="00715E2E" w:rsidRDefault="00715E2E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2EA86999" w14:textId="77777777" w:rsidR="00715E2E" w:rsidRDefault="00715E2E"/>
        </w:tc>
      </w:tr>
    </w:tbl>
    <w:p w14:paraId="157CBBE0" w14:textId="77777777" w:rsidR="00715E2E" w:rsidRDefault="00000000">
      <w:pPr>
        <w:spacing w:before="100" w:after="0"/>
      </w:pPr>
      <w:r>
        <w:rPr>
          <w:b/>
          <w:color w:val="F17B63"/>
        </w:rPr>
        <w:t>MULTIPLE CHOICE TEST</w:t>
      </w:r>
    </w:p>
    <w:p w14:paraId="6D4038CB" w14:textId="77777777" w:rsidR="00715E2E" w:rsidRDefault="00000000">
      <w:pPr>
        <w:spacing w:after="60"/>
      </w:pPr>
      <w:r>
        <w:rPr>
          <w:b/>
          <w:color w:val="223454"/>
          <w:sz w:val="46"/>
        </w:rPr>
        <w:t>객관식 시험지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101"/>
        <w:gridCol w:w="2377"/>
        <w:gridCol w:w="1025"/>
        <w:gridCol w:w="2268"/>
        <w:gridCol w:w="1134"/>
        <w:gridCol w:w="2529"/>
      </w:tblGrid>
      <w:tr w:rsidR="00715E2E" w14:paraId="3F85B31B" w14:textId="77777777" w:rsidTr="00EA0CCA">
        <w:trPr>
          <w:trHeight w:hRule="exact" w:val="510"/>
        </w:trPr>
        <w:tc>
          <w:tcPr>
            <w:tcW w:w="11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53CFBB55" w14:textId="77777777" w:rsidR="00715E2E" w:rsidRPr="00EA0CCA" w:rsidRDefault="00000000" w:rsidP="00EA0CCA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EA0CCA">
              <w:rPr>
                <w:b/>
                <w:color w:val="223454"/>
                <w:sz w:val="18"/>
                <w:szCs w:val="18"/>
              </w:rPr>
              <w:t>과목</w:t>
            </w:r>
            <w:proofErr w:type="spellEnd"/>
          </w:p>
        </w:tc>
        <w:tc>
          <w:tcPr>
            <w:tcW w:w="23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35281D2" w14:textId="77777777" w:rsidR="00715E2E" w:rsidRPr="00EA0CCA" w:rsidRDefault="00715E2E" w:rsidP="00EA0CC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F4B3C3D" w14:textId="77777777" w:rsidR="00715E2E" w:rsidRPr="00EA0CCA" w:rsidRDefault="00000000" w:rsidP="00EA0CCA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223454"/>
                <w:sz w:val="18"/>
                <w:szCs w:val="18"/>
              </w:rPr>
              <w:t>시험명</w:t>
            </w: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452E007" w14:textId="77777777" w:rsidR="00715E2E" w:rsidRPr="00EA0CCA" w:rsidRDefault="00715E2E" w:rsidP="00EA0CC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6A694DB9" w14:textId="77777777" w:rsidR="00715E2E" w:rsidRPr="00EA0CCA" w:rsidRDefault="00000000" w:rsidP="00EA0CCA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223454"/>
                <w:sz w:val="18"/>
                <w:szCs w:val="18"/>
              </w:rPr>
              <w:t>시험일</w:t>
            </w:r>
          </w:p>
        </w:tc>
        <w:tc>
          <w:tcPr>
            <w:tcW w:w="252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4D7A299" w14:textId="088C455E" w:rsidR="00715E2E" w:rsidRPr="00EA0CCA" w:rsidRDefault="00000000">
            <w:pPr>
              <w:spacing w:after="0"/>
              <w:rPr>
                <w:sz w:val="18"/>
                <w:szCs w:val="18"/>
              </w:rPr>
            </w:pPr>
            <w:r w:rsidRPr="00EA0CCA">
              <w:rPr>
                <w:color w:val="223454"/>
                <w:sz w:val="18"/>
                <w:szCs w:val="18"/>
              </w:rPr>
              <w:t xml:space="preserve">20     </w:t>
            </w:r>
            <w:r w:rsidR="00EA0CCA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EA0CCA">
              <w:rPr>
                <w:color w:val="223454"/>
                <w:sz w:val="18"/>
                <w:szCs w:val="18"/>
              </w:rPr>
              <w:t xml:space="preserve">년  </w:t>
            </w:r>
            <w:r w:rsidR="00EA0CCA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EA0CCA">
              <w:rPr>
                <w:color w:val="223454"/>
                <w:sz w:val="18"/>
                <w:szCs w:val="18"/>
              </w:rPr>
              <w:t xml:space="preserve">   월  </w:t>
            </w:r>
            <w:r w:rsidR="00EA0CCA">
              <w:rPr>
                <w:rFonts w:hint="eastAsia"/>
                <w:color w:val="223454"/>
                <w:sz w:val="18"/>
                <w:szCs w:val="18"/>
                <w:lang w:eastAsia="ko-KR"/>
              </w:rPr>
              <w:t xml:space="preserve"> </w:t>
            </w:r>
            <w:r w:rsidRPr="00EA0CCA">
              <w:rPr>
                <w:color w:val="223454"/>
                <w:sz w:val="18"/>
                <w:szCs w:val="18"/>
              </w:rPr>
              <w:t xml:space="preserve">   일</w:t>
            </w:r>
          </w:p>
        </w:tc>
      </w:tr>
      <w:tr w:rsidR="00715E2E" w14:paraId="012A291F" w14:textId="77777777" w:rsidTr="00EA0CCA">
        <w:trPr>
          <w:trHeight w:hRule="exact" w:val="510"/>
        </w:trPr>
        <w:tc>
          <w:tcPr>
            <w:tcW w:w="1101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734DF64" w14:textId="77777777" w:rsidR="00715E2E" w:rsidRPr="00EA0CCA" w:rsidRDefault="00000000" w:rsidP="00EA0CCA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223454"/>
                <w:sz w:val="18"/>
                <w:szCs w:val="18"/>
              </w:rPr>
              <w:t>학년·반</w:t>
            </w:r>
          </w:p>
        </w:tc>
        <w:tc>
          <w:tcPr>
            <w:tcW w:w="2377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26AA4DF" w14:textId="77777777" w:rsidR="00715E2E" w:rsidRPr="00EA0CCA" w:rsidRDefault="00715E2E" w:rsidP="00EA0CC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025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2043B291" w14:textId="77777777" w:rsidR="00715E2E" w:rsidRPr="00EA0CCA" w:rsidRDefault="00000000" w:rsidP="00EA0CCA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223454"/>
                <w:sz w:val="18"/>
                <w:szCs w:val="18"/>
              </w:rPr>
              <w:t>번호</w:t>
            </w:r>
          </w:p>
        </w:tc>
        <w:tc>
          <w:tcPr>
            <w:tcW w:w="226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602616F3" w14:textId="77777777" w:rsidR="00715E2E" w:rsidRPr="00EA0CCA" w:rsidRDefault="00715E2E" w:rsidP="00EA0CC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04B63E9" w14:textId="77777777" w:rsidR="00715E2E" w:rsidRPr="00EA0CCA" w:rsidRDefault="00000000" w:rsidP="00EA0CCA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223454"/>
                <w:sz w:val="18"/>
                <w:szCs w:val="18"/>
              </w:rPr>
              <w:t>이름</w:t>
            </w:r>
          </w:p>
        </w:tc>
        <w:tc>
          <w:tcPr>
            <w:tcW w:w="2529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5744B03E" w14:textId="77777777" w:rsidR="00715E2E" w:rsidRPr="00EA0CCA" w:rsidRDefault="00715E2E">
            <w:pPr>
              <w:spacing w:after="0"/>
              <w:rPr>
                <w:sz w:val="18"/>
                <w:szCs w:val="18"/>
              </w:rPr>
            </w:pPr>
          </w:p>
        </w:tc>
      </w:tr>
    </w:tbl>
    <w:p w14:paraId="497841A2" w14:textId="77777777" w:rsidR="00715E2E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1"/>
        </w:rPr>
        <w:t>객관식</w:t>
      </w:r>
      <w:proofErr w:type="spellEnd"/>
      <w:r>
        <w:rPr>
          <w:b/>
          <w:color w:val="223454"/>
          <w:sz w:val="21"/>
        </w:rPr>
        <w:t xml:space="preserve"> </w:t>
      </w:r>
      <w:proofErr w:type="spellStart"/>
      <w:r>
        <w:rPr>
          <w:b/>
          <w:color w:val="223454"/>
          <w:sz w:val="21"/>
        </w:rPr>
        <w:t>문제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15E2E" w14:paraId="21C12F0D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257AC69C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1.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72221D0B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1E89C915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0B36C989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2.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4FDE4F01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69C5D6D2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26F3FDCD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3.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795C6CC6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768EF56C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65CF2FE5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4.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586D5CD3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6EB2EFE2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656A2A37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5.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34E27518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1F383B55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61A9ACF5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6.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455D1695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56241103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4B48E041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7.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45CFF62E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  <w:tr w:rsidR="00715E2E" w14:paraId="637EB320" w14:textId="77777777">
        <w:trPr>
          <w:trHeight w:hRule="exact" w:val="1191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40AD72D0" w14:textId="77777777" w:rsidR="00715E2E" w:rsidRPr="00EA0CCA" w:rsidRDefault="00000000">
            <w:pPr>
              <w:spacing w:after="40"/>
              <w:rPr>
                <w:sz w:val="18"/>
                <w:szCs w:val="18"/>
                <w:lang w:eastAsia="ko-KR"/>
              </w:rPr>
            </w:pPr>
            <w:r w:rsidRPr="00EA0CCA">
              <w:rPr>
                <w:b/>
                <w:color w:val="223454"/>
                <w:sz w:val="18"/>
                <w:szCs w:val="18"/>
                <w:lang w:eastAsia="ko-KR"/>
              </w:rPr>
              <w:t xml:space="preserve">8.  </w:t>
            </w:r>
            <w:r w:rsidRPr="00EA0CCA">
              <w:rPr>
                <w:color w:val="6B7280"/>
                <w:sz w:val="18"/>
                <w:szCs w:val="18"/>
                <w:lang w:eastAsia="ko-KR"/>
              </w:rPr>
              <w:t>문제를 입력하세요.</w:t>
            </w:r>
          </w:p>
          <w:p w14:paraId="591A5D6B" w14:textId="77777777" w:rsidR="00715E2E" w:rsidRPr="00EA0CCA" w:rsidRDefault="00000000">
            <w:pPr>
              <w:spacing w:before="20" w:after="0"/>
              <w:rPr>
                <w:sz w:val="18"/>
                <w:szCs w:val="18"/>
                <w:lang w:eastAsia="ko-KR"/>
              </w:rPr>
            </w:pPr>
            <w:r w:rsidRPr="00EA0CCA">
              <w:rPr>
                <w:color w:val="223454"/>
                <w:sz w:val="18"/>
                <w:szCs w:val="18"/>
                <w:lang w:eastAsia="ko-KR"/>
              </w:rPr>
              <w:t>①                         ②                         ③                         ④                         ⑤</w:t>
            </w:r>
          </w:p>
        </w:tc>
      </w:tr>
    </w:tbl>
    <w:p w14:paraId="0EAAC9FD" w14:textId="77777777" w:rsidR="00715E2E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1"/>
        </w:rPr>
        <w:t>답안표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 w:rsidR="00715E2E" w:rsidRPr="00EA0CCA" w14:paraId="1F80E618" w14:textId="77777777">
        <w:trPr>
          <w:trHeight w:hRule="exact" w:val="454"/>
        </w:trPr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4913AFF3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1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1351CA3B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2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43C801D0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3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6AFA743B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4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2549FC50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5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22614CBA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6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09C92FE0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7</w:t>
            </w:r>
          </w:p>
        </w:tc>
        <w:tc>
          <w:tcPr>
            <w:tcW w:w="1304" w:type="dxa"/>
            <w:tcBorders>
              <w:top w:val="single" w:sz="7" w:space="0" w:color="223454"/>
              <w:left w:val="single" w:sz="7" w:space="0" w:color="223454"/>
              <w:bottom w:val="single" w:sz="7" w:space="0" w:color="223454"/>
              <w:right w:val="single" w:sz="7" w:space="0" w:color="223454"/>
            </w:tcBorders>
            <w:shd w:val="clear" w:color="auto" w:fill="223454"/>
            <w:vAlign w:val="center"/>
          </w:tcPr>
          <w:p w14:paraId="063E4F9D" w14:textId="77777777" w:rsidR="00715E2E" w:rsidRPr="00EA0CCA" w:rsidRDefault="00000000">
            <w:pPr>
              <w:spacing w:after="0"/>
              <w:jc w:val="center"/>
              <w:rPr>
                <w:sz w:val="18"/>
                <w:szCs w:val="18"/>
              </w:rPr>
            </w:pPr>
            <w:r w:rsidRPr="00EA0CCA">
              <w:rPr>
                <w:b/>
                <w:color w:val="FFFFFF"/>
                <w:sz w:val="18"/>
                <w:szCs w:val="18"/>
              </w:rPr>
              <w:t>8</w:t>
            </w:r>
          </w:p>
        </w:tc>
      </w:tr>
      <w:tr w:rsidR="00715E2E" w14:paraId="40F90293" w14:textId="77777777">
        <w:trPr>
          <w:trHeight w:hRule="exact" w:val="680"/>
        </w:trPr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2F07F911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5FEACC8D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4DB63316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1D2A21D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8A22B8B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06D5AC0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6E3F36C3" w14:textId="77777777" w:rsidR="00715E2E" w:rsidRDefault="00715E2E">
            <w:pPr>
              <w:spacing w:after="0"/>
              <w:jc w:val="center"/>
            </w:pPr>
          </w:p>
        </w:tc>
        <w:tc>
          <w:tcPr>
            <w:tcW w:w="1304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0A24CDD4" w14:textId="77777777" w:rsidR="00715E2E" w:rsidRDefault="00715E2E">
            <w:pPr>
              <w:spacing w:after="0"/>
              <w:jc w:val="center"/>
            </w:pPr>
          </w:p>
        </w:tc>
      </w:tr>
    </w:tbl>
    <w:p w14:paraId="2BE4A2F6" w14:textId="77777777" w:rsidR="00715E2E" w:rsidRDefault="00000000">
      <w:pPr>
        <w:spacing w:before="60" w:after="0"/>
        <w:rPr>
          <w:lang w:eastAsia="ko-KR"/>
        </w:rPr>
      </w:pPr>
      <w:r>
        <w:rPr>
          <w:color w:val="6B7280"/>
          <w:sz w:val="14"/>
          <w:lang w:eastAsia="ko-KR"/>
        </w:rPr>
        <w:t>※ 보기 수는 문제에 맞게 ①~⑤ 중 필요한 만큼 사용하세요.</w:t>
      </w:r>
    </w:p>
    <w:p w14:paraId="7D4C7DDF" w14:textId="77777777" w:rsidR="00715E2E" w:rsidRPr="00EA0CCA" w:rsidRDefault="00000000">
      <w:pPr>
        <w:spacing w:before="60" w:after="0"/>
        <w:jc w:val="center"/>
        <w:rPr>
          <w:sz w:val="16"/>
          <w:szCs w:val="16"/>
        </w:rPr>
      </w:pPr>
      <w:r w:rsidRPr="00EA0CCA">
        <w:rPr>
          <w:color w:val="6B7280"/>
          <w:sz w:val="16"/>
          <w:szCs w:val="16"/>
        </w:rPr>
        <w:t>EDUCATION BOX · edu.informationbox.kr</w:t>
      </w:r>
    </w:p>
    <w:sectPr w:rsidR="00715E2E" w:rsidRPr="00EA0CCA" w:rsidSect="00EA0CCA">
      <w:pgSz w:w="11906" w:h="16838"/>
      <w:pgMar w:top="851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5659336">
    <w:abstractNumId w:val="8"/>
  </w:num>
  <w:num w:numId="2" w16cid:durableId="1078556508">
    <w:abstractNumId w:val="6"/>
  </w:num>
  <w:num w:numId="3" w16cid:durableId="1073116315">
    <w:abstractNumId w:val="5"/>
  </w:num>
  <w:num w:numId="4" w16cid:durableId="90901053">
    <w:abstractNumId w:val="4"/>
  </w:num>
  <w:num w:numId="5" w16cid:durableId="1832866758">
    <w:abstractNumId w:val="7"/>
  </w:num>
  <w:num w:numId="6" w16cid:durableId="1547253141">
    <w:abstractNumId w:val="3"/>
  </w:num>
  <w:num w:numId="7" w16cid:durableId="1826702127">
    <w:abstractNumId w:val="2"/>
  </w:num>
  <w:num w:numId="8" w16cid:durableId="1725330779">
    <w:abstractNumId w:val="1"/>
  </w:num>
  <w:num w:numId="9" w16cid:durableId="454835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15E2E"/>
    <w:rsid w:val="00AA1D8D"/>
    <w:rsid w:val="00B47730"/>
    <w:rsid w:val="00BA4020"/>
    <w:rsid w:val="00CB0664"/>
    <w:rsid w:val="00EA0CC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54D00B6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7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2026-10-01T16:12:00Z</dcterms:modified>
  <cp:category/>
</cp:coreProperties>
</file>