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2948"/>
      </w:tblGrid>
      <w:tr w:rsidR="004D2BBD" w14:paraId="291D8011" w14:textId="77777777">
        <w:trPr>
          <w:trHeight w:val="170"/>
          <w:jc w:val="center"/>
        </w:trPr>
        <w:tc>
          <w:tcPr>
            <w:tcW w:w="7370" w:type="dxa"/>
            <w:shd w:val="clear" w:color="auto" w:fill="22345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22C2" w14:textId="77777777" w:rsidR="004D2BBD" w:rsidRDefault="004D2BBD"/>
        </w:tc>
        <w:tc>
          <w:tcPr>
            <w:tcW w:w="2948" w:type="dxa"/>
            <w:shd w:val="clear" w:color="auto" w:fill="F17B6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73588" w14:textId="77777777" w:rsidR="004D2BBD" w:rsidRDefault="004D2BBD"/>
        </w:tc>
      </w:tr>
    </w:tbl>
    <w:p w14:paraId="6BC6E7F6" w14:textId="77777777" w:rsidR="004D2BBD" w:rsidRDefault="00000000">
      <w:pPr>
        <w:spacing w:before="140" w:after="20"/>
      </w:pPr>
      <w:r>
        <w:rPr>
          <w:b/>
          <w:color w:val="F17B63"/>
          <w:sz w:val="18"/>
        </w:rPr>
        <w:t>STUDY CHECK LIST</w:t>
      </w:r>
    </w:p>
    <w:p w14:paraId="48BDB5C3" w14:textId="77777777" w:rsidR="004D2BBD" w:rsidRDefault="00000000">
      <w:pPr>
        <w:spacing w:after="40"/>
      </w:pPr>
      <w:r>
        <w:rPr>
          <w:b/>
          <w:color w:val="223454"/>
          <w:sz w:val="50"/>
        </w:rPr>
        <w:t>공부 체크표</w:t>
      </w:r>
    </w:p>
    <w:tbl>
      <w:tblPr>
        <w:tblW w:w="10543" w:type="dxa"/>
        <w:tblLook w:val="04A0" w:firstRow="1" w:lastRow="0" w:firstColumn="1" w:lastColumn="0" w:noHBand="0" w:noVBand="1"/>
      </w:tblPr>
      <w:tblGrid>
        <w:gridCol w:w="944"/>
        <w:gridCol w:w="1984"/>
        <w:gridCol w:w="943"/>
        <w:gridCol w:w="1983"/>
        <w:gridCol w:w="1408"/>
        <w:gridCol w:w="3281"/>
      </w:tblGrid>
      <w:tr w:rsidR="004D2BBD" w14:paraId="669ADDC6" w14:textId="77777777" w:rsidTr="00254A17">
        <w:trPr>
          <w:trHeight w:hRule="exact" w:val="544"/>
        </w:trPr>
        <w:tc>
          <w:tcPr>
            <w:tcW w:w="944" w:type="dxa"/>
            <w:tcBorders>
              <w:top w:val="single" w:sz="5" w:space="0" w:color="D8D0C3"/>
              <w:left w:val="single" w:sz="5" w:space="0" w:color="D8D0C3"/>
              <w:bottom w:val="single" w:sz="5" w:space="0" w:color="D8D0C3"/>
              <w:right w:val="single" w:sz="5" w:space="0" w:color="D8D0C3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F2DB2C" w14:textId="77777777" w:rsidR="004D2BBD" w:rsidRDefault="00000000">
            <w:pPr>
              <w:spacing w:after="0"/>
              <w:jc w:val="center"/>
            </w:pPr>
            <w:proofErr w:type="spellStart"/>
            <w:r>
              <w:rPr>
                <w:b/>
              </w:rPr>
              <w:t>이름</w:t>
            </w:r>
            <w:proofErr w:type="spellEnd"/>
          </w:p>
        </w:tc>
        <w:tc>
          <w:tcPr>
            <w:tcW w:w="1984" w:type="dxa"/>
            <w:tcBorders>
              <w:top w:val="single" w:sz="5" w:space="0" w:color="D8D0C3"/>
              <w:bottom w:val="single" w:sz="5" w:space="0" w:color="D8D0C3"/>
              <w:right w:val="single" w:sz="5" w:space="0" w:color="D8D0C3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CEFEF3" w14:textId="77777777" w:rsidR="004D2BBD" w:rsidRDefault="004D2BBD">
            <w:pPr>
              <w:spacing w:after="0"/>
            </w:pPr>
          </w:p>
        </w:tc>
        <w:tc>
          <w:tcPr>
            <w:tcW w:w="943" w:type="dxa"/>
            <w:tcBorders>
              <w:top w:val="single" w:sz="5" w:space="0" w:color="D8D0C3"/>
              <w:bottom w:val="single" w:sz="5" w:space="0" w:color="D8D0C3"/>
              <w:right w:val="single" w:sz="5" w:space="0" w:color="D8D0C3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17938E" w14:textId="77777777" w:rsidR="004D2BBD" w:rsidRDefault="00000000">
            <w:pPr>
              <w:spacing w:after="0"/>
              <w:jc w:val="center"/>
            </w:pPr>
            <w:r>
              <w:rPr>
                <w:b/>
              </w:rPr>
              <w:t>기간</w:t>
            </w:r>
          </w:p>
        </w:tc>
        <w:tc>
          <w:tcPr>
            <w:tcW w:w="1983" w:type="dxa"/>
            <w:tcBorders>
              <w:top w:val="single" w:sz="5" w:space="0" w:color="D8D0C3"/>
              <w:bottom w:val="single" w:sz="5" w:space="0" w:color="D8D0C3"/>
              <w:right w:val="single" w:sz="5" w:space="0" w:color="D8D0C3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84A259" w14:textId="77777777" w:rsidR="004D2BBD" w:rsidRDefault="004D2BBD">
            <w:pPr>
              <w:spacing w:after="0"/>
            </w:pPr>
          </w:p>
        </w:tc>
        <w:tc>
          <w:tcPr>
            <w:tcW w:w="1408" w:type="dxa"/>
            <w:tcBorders>
              <w:top w:val="single" w:sz="5" w:space="0" w:color="D8D0C3"/>
              <w:bottom w:val="single" w:sz="5" w:space="0" w:color="D8D0C3"/>
              <w:right w:val="single" w:sz="5" w:space="0" w:color="D8D0C3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552298" w14:textId="77777777" w:rsidR="004D2BBD" w:rsidRDefault="00000000">
            <w:pPr>
              <w:spacing w:after="0"/>
              <w:jc w:val="center"/>
            </w:pPr>
            <w:r>
              <w:rPr>
                <w:b/>
              </w:rPr>
              <w:t>이번 주 목표</w:t>
            </w:r>
          </w:p>
        </w:tc>
        <w:tc>
          <w:tcPr>
            <w:tcW w:w="3281" w:type="dxa"/>
            <w:tcBorders>
              <w:top w:val="single" w:sz="5" w:space="0" w:color="D8D0C3"/>
              <w:bottom w:val="single" w:sz="5" w:space="0" w:color="D8D0C3"/>
              <w:right w:val="single" w:sz="5" w:space="0" w:color="D8D0C3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1D217F" w14:textId="77777777" w:rsidR="004D2BBD" w:rsidRDefault="004D2BBD">
            <w:pPr>
              <w:spacing w:after="0"/>
            </w:pPr>
          </w:p>
        </w:tc>
      </w:tr>
    </w:tbl>
    <w:p w14:paraId="5E3AF08F" w14:textId="77777777" w:rsidR="004D2BBD" w:rsidRDefault="00000000">
      <w:pPr>
        <w:spacing w:before="180" w:after="80"/>
      </w:pPr>
      <w:r>
        <w:rPr>
          <w:b/>
          <w:color w:val="F17B63"/>
        </w:rPr>
        <w:t xml:space="preserve">■ </w:t>
      </w:r>
      <w:proofErr w:type="spellStart"/>
      <w:r>
        <w:rPr>
          <w:b/>
          <w:color w:val="223454"/>
          <w:sz w:val="26"/>
        </w:rPr>
        <w:t>오늘의</w:t>
      </w:r>
      <w:proofErr w:type="spellEnd"/>
      <w:r>
        <w:rPr>
          <w:b/>
          <w:color w:val="223454"/>
          <w:sz w:val="26"/>
        </w:rPr>
        <w:t xml:space="preserve"> </w:t>
      </w:r>
      <w:proofErr w:type="spellStart"/>
      <w:r>
        <w:rPr>
          <w:b/>
          <w:color w:val="223454"/>
          <w:sz w:val="26"/>
        </w:rPr>
        <w:t>공부</w:t>
      </w:r>
      <w:proofErr w:type="spellEnd"/>
      <w:r>
        <w:rPr>
          <w:b/>
          <w:color w:val="223454"/>
          <w:sz w:val="26"/>
        </w:rPr>
        <w:t xml:space="preserve"> </w:t>
      </w:r>
      <w:proofErr w:type="spellStart"/>
      <w:r>
        <w:rPr>
          <w:b/>
          <w:color w:val="223454"/>
          <w:sz w:val="26"/>
        </w:rPr>
        <w:t>체크</w:t>
      </w:r>
      <w:proofErr w:type="spellEnd"/>
    </w:p>
    <w:tbl>
      <w:tblPr>
        <w:tblW w:w="0" w:type="auto"/>
        <w:jc w:val="center"/>
        <w:tblBorders>
          <w:top w:val="single" w:sz="6" w:space="0" w:color="DED8CD"/>
          <w:left w:val="single" w:sz="6" w:space="0" w:color="DED8CD"/>
          <w:bottom w:val="single" w:sz="6" w:space="0" w:color="DED8CD"/>
          <w:right w:val="single" w:sz="6" w:space="0" w:color="DED8CD"/>
          <w:insideH w:val="single" w:sz="6" w:space="0" w:color="DED8CD"/>
          <w:insideV w:val="single" w:sz="6" w:space="0" w:color="DED8CD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1399"/>
        <w:gridCol w:w="3813"/>
        <w:gridCol w:w="1399"/>
        <w:gridCol w:w="1568"/>
        <w:gridCol w:w="1232"/>
      </w:tblGrid>
      <w:tr w:rsidR="00254A17" w14:paraId="66AF92E2" w14:textId="77777777" w:rsidTr="00254A17">
        <w:trPr>
          <w:trHeight w:hRule="exact" w:val="498"/>
          <w:jc w:val="center"/>
        </w:trPr>
        <w:tc>
          <w:tcPr>
            <w:tcW w:w="783" w:type="dxa"/>
            <w:tcBorders>
              <w:bottom w:val="nil"/>
            </w:tcBorders>
            <w:shd w:val="clear" w:color="auto" w:fill="223454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14:paraId="162B92EA" w14:textId="77777777" w:rsidR="004D2BB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완료</w:t>
            </w:r>
          </w:p>
        </w:tc>
        <w:tc>
          <w:tcPr>
            <w:tcW w:w="1399" w:type="dxa"/>
            <w:tcBorders>
              <w:bottom w:val="nil"/>
            </w:tcBorders>
            <w:shd w:val="clear" w:color="auto" w:fill="223454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14:paraId="20AFE33E" w14:textId="77777777" w:rsidR="004D2BB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과목</w:t>
            </w:r>
          </w:p>
        </w:tc>
        <w:tc>
          <w:tcPr>
            <w:tcW w:w="3813" w:type="dxa"/>
            <w:tcBorders>
              <w:bottom w:val="nil"/>
            </w:tcBorders>
            <w:shd w:val="clear" w:color="auto" w:fill="223454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14:paraId="16AD78E6" w14:textId="77777777" w:rsidR="004D2BB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공부할 내용</w:t>
            </w:r>
          </w:p>
        </w:tc>
        <w:tc>
          <w:tcPr>
            <w:tcW w:w="1399" w:type="dxa"/>
            <w:tcBorders>
              <w:bottom w:val="nil"/>
            </w:tcBorders>
            <w:shd w:val="clear" w:color="auto" w:fill="223454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14:paraId="1803CBF3" w14:textId="77777777" w:rsidR="004D2BB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목표량</w:t>
            </w:r>
          </w:p>
        </w:tc>
        <w:tc>
          <w:tcPr>
            <w:tcW w:w="1568" w:type="dxa"/>
            <w:tcBorders>
              <w:bottom w:val="nil"/>
            </w:tcBorders>
            <w:shd w:val="clear" w:color="auto" w:fill="223454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14:paraId="64B3EC30" w14:textId="77777777" w:rsidR="004D2BB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공부 시간</w:t>
            </w:r>
          </w:p>
        </w:tc>
        <w:tc>
          <w:tcPr>
            <w:tcW w:w="1232" w:type="dxa"/>
            <w:tcBorders>
              <w:bottom w:val="nil"/>
            </w:tcBorders>
            <w:shd w:val="clear" w:color="auto" w:fill="223454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14:paraId="6578CF24" w14:textId="77777777" w:rsidR="004D2BB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확인</w:t>
            </w:r>
          </w:p>
        </w:tc>
      </w:tr>
      <w:tr w:rsidR="00254A17" w14:paraId="0C8E1839" w14:textId="77777777" w:rsidTr="00254A17">
        <w:trPr>
          <w:trHeight w:val="424"/>
          <w:jc w:val="center"/>
        </w:trPr>
        <w:tc>
          <w:tcPr>
            <w:tcW w:w="783" w:type="dxa"/>
            <w:tcBorders>
              <w:top w:val="single" w:sz="5" w:space="0" w:color="D8D0C3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8A2DD23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Borders>
              <w:top w:val="single" w:sz="5" w:space="0" w:color="D8D0C3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1B0A7D48" w14:textId="77777777" w:rsidR="004D2BBD" w:rsidRDefault="004D2BBD">
            <w:pPr>
              <w:jc w:val="center"/>
            </w:pPr>
          </w:p>
        </w:tc>
        <w:tc>
          <w:tcPr>
            <w:tcW w:w="3813" w:type="dxa"/>
            <w:tcBorders>
              <w:top w:val="single" w:sz="5" w:space="0" w:color="D8D0C3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C74E67B" w14:textId="77777777" w:rsidR="004D2BBD" w:rsidRDefault="004D2BBD"/>
        </w:tc>
        <w:tc>
          <w:tcPr>
            <w:tcW w:w="1399" w:type="dxa"/>
            <w:tcBorders>
              <w:top w:val="single" w:sz="5" w:space="0" w:color="D8D0C3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2BBAE6C9" w14:textId="77777777" w:rsidR="004D2BBD" w:rsidRDefault="004D2BBD">
            <w:pPr>
              <w:jc w:val="center"/>
            </w:pPr>
          </w:p>
        </w:tc>
        <w:tc>
          <w:tcPr>
            <w:tcW w:w="1568" w:type="dxa"/>
            <w:tcBorders>
              <w:top w:val="single" w:sz="5" w:space="0" w:color="D8D0C3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C34684A" w14:textId="77777777" w:rsidR="004D2BBD" w:rsidRDefault="004D2BBD">
            <w:pPr>
              <w:jc w:val="center"/>
            </w:pPr>
          </w:p>
        </w:tc>
        <w:tc>
          <w:tcPr>
            <w:tcW w:w="1232" w:type="dxa"/>
            <w:tcBorders>
              <w:top w:val="single" w:sz="5" w:space="0" w:color="D8D0C3"/>
            </w:tcBorders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191AC5C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09FCEC22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243EB2B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2A1ADC2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F93BCD9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1C0B4B5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8E188D5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F4AF745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1237FA24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6FB9491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C7F4BB4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A8807BD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F9DC536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2A383A7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5FE921C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131E898A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883F2E0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9092CE7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00C763C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92086E1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FE35096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E9772DD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310307AF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158F3359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1B1AA5C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7E15AC6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B641F1D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B0A9CC8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12DB198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7C155956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5C4A9AE4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5250042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787BF3D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5DC06A24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9B4BEE5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60C2C88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7B7CC17D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5A1122B7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5E6DA4AA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2F52F3F6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1C65F4EB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E7198F7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705FB0C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53F1AEDE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C17D935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9F4CFBF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FD2B836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51F1EA0D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8ACC712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275DC8EB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2965F905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9CE7022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FB0C15B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AF6CDC0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294004CF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18054CAC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1E5B234D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  <w:tr w:rsidR="00254A17" w14:paraId="3CF8EC26" w14:textId="77777777" w:rsidTr="00254A17">
        <w:trPr>
          <w:trHeight w:val="424"/>
          <w:jc w:val="center"/>
        </w:trPr>
        <w:tc>
          <w:tcPr>
            <w:tcW w:w="78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80F098F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3EE9D80" w14:textId="77777777" w:rsidR="004D2BBD" w:rsidRDefault="004D2BBD">
            <w:pPr>
              <w:jc w:val="center"/>
            </w:pPr>
          </w:p>
        </w:tc>
        <w:tc>
          <w:tcPr>
            <w:tcW w:w="3813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741CF636" w14:textId="77777777" w:rsidR="004D2BBD" w:rsidRDefault="004D2BBD"/>
        </w:tc>
        <w:tc>
          <w:tcPr>
            <w:tcW w:w="1399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161E7719" w14:textId="77777777" w:rsidR="004D2BBD" w:rsidRDefault="004D2BBD">
            <w:pPr>
              <w:jc w:val="center"/>
            </w:pPr>
          </w:p>
        </w:tc>
        <w:tc>
          <w:tcPr>
            <w:tcW w:w="1568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29CBA8C4" w14:textId="77777777" w:rsidR="004D2BBD" w:rsidRDefault="004D2BBD">
            <w:pPr>
              <w:jc w:val="center"/>
            </w:pPr>
          </w:p>
        </w:tc>
        <w:tc>
          <w:tcPr>
            <w:tcW w:w="1232" w:type="dxa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51620E7" w14:textId="77777777" w:rsidR="004D2BBD" w:rsidRDefault="00000000">
            <w:pPr>
              <w:jc w:val="center"/>
            </w:pPr>
            <w:r>
              <w:rPr>
                <w:color w:val="223454"/>
                <w:sz w:val="22"/>
              </w:rPr>
              <w:t>□</w:t>
            </w:r>
          </w:p>
        </w:tc>
      </w:tr>
    </w:tbl>
    <w:p w14:paraId="34884A6B" w14:textId="77777777" w:rsidR="004D2BBD" w:rsidRDefault="00000000">
      <w:pPr>
        <w:spacing w:before="160" w:after="80"/>
      </w:pPr>
      <w:r>
        <w:rPr>
          <w:b/>
          <w:color w:val="F17B63"/>
        </w:rPr>
        <w:t xml:space="preserve">■ </w:t>
      </w:r>
      <w:proofErr w:type="spellStart"/>
      <w:r>
        <w:rPr>
          <w:b/>
          <w:color w:val="223454"/>
          <w:sz w:val="26"/>
        </w:rPr>
        <w:t>공부</w:t>
      </w:r>
      <w:proofErr w:type="spellEnd"/>
      <w:r>
        <w:rPr>
          <w:b/>
          <w:color w:val="223454"/>
          <w:sz w:val="26"/>
        </w:rPr>
        <w:t xml:space="preserve"> </w:t>
      </w:r>
      <w:proofErr w:type="spellStart"/>
      <w:r>
        <w:rPr>
          <w:b/>
          <w:color w:val="223454"/>
          <w:sz w:val="26"/>
        </w:rPr>
        <w:t>마무리</w:t>
      </w:r>
      <w:proofErr w:type="spellEnd"/>
      <w:r>
        <w:rPr>
          <w:b/>
          <w:color w:val="223454"/>
          <w:sz w:val="26"/>
        </w:rPr>
        <w:t xml:space="preserve"> </w:t>
      </w:r>
      <w:proofErr w:type="spellStart"/>
      <w:r>
        <w:rPr>
          <w:b/>
          <w:color w:val="223454"/>
          <w:sz w:val="26"/>
        </w:rPr>
        <w:t>체크</w:t>
      </w:r>
      <w:proofErr w:type="spellEnd"/>
    </w:p>
    <w:tbl>
      <w:tblPr>
        <w:tblW w:w="0" w:type="auto"/>
        <w:jc w:val="center"/>
        <w:tblBorders>
          <w:top w:val="single" w:sz="6" w:space="0" w:color="DED8CD"/>
          <w:left w:val="single" w:sz="6" w:space="0" w:color="DED8CD"/>
          <w:bottom w:val="single" w:sz="6" w:space="0" w:color="DED8CD"/>
          <w:right w:val="single" w:sz="6" w:space="0" w:color="DED8CD"/>
          <w:insideH w:val="single" w:sz="6" w:space="0" w:color="DED8CD"/>
          <w:insideV w:val="single" w:sz="6" w:space="0" w:color="DED8CD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4D2BBD" w14:paraId="70F85623" w14:textId="77777777" w:rsidTr="00254A17">
        <w:trPr>
          <w:trHeight w:val="1674"/>
          <w:jc w:val="center"/>
        </w:trPr>
        <w:tc>
          <w:tcPr>
            <w:tcW w:w="5102" w:type="dxa"/>
            <w:shd w:val="clear" w:color="auto" w:fill="FFF8F4"/>
            <w:tcMar>
              <w:top w:w="130" w:type="dxa"/>
              <w:left w:w="150" w:type="dxa"/>
              <w:bottom w:w="120" w:type="dxa"/>
              <w:right w:w="150" w:type="dxa"/>
            </w:tcMar>
          </w:tcPr>
          <w:p w14:paraId="6B9BB1D3" w14:textId="77777777" w:rsidR="004D2BBD" w:rsidRDefault="00000000">
            <w:pPr>
              <w:spacing w:after="100"/>
              <w:rPr>
                <w:lang w:eastAsia="ko-KR"/>
              </w:rPr>
            </w:pPr>
            <w:r>
              <w:rPr>
                <w:b/>
                <w:color w:val="223454"/>
                <w:sz w:val="22"/>
                <w:lang w:eastAsia="ko-KR"/>
              </w:rPr>
              <w:t>오늘의 체크</w:t>
            </w:r>
          </w:p>
          <w:p w14:paraId="4F01EC61" w14:textId="77777777" w:rsidR="004D2BBD" w:rsidRDefault="00000000">
            <w:pPr>
              <w:spacing w:after="60"/>
              <w:rPr>
                <w:lang w:eastAsia="ko-KR"/>
              </w:rPr>
            </w:pPr>
            <w:r>
              <w:rPr>
                <w:color w:val="687184"/>
                <w:sz w:val="19"/>
                <w:lang w:eastAsia="ko-KR"/>
              </w:rPr>
              <w:t>□ 계획한 공부를 끝냈어요</w:t>
            </w:r>
          </w:p>
          <w:p w14:paraId="17D6217A" w14:textId="77777777" w:rsidR="004D2BBD" w:rsidRDefault="00000000">
            <w:pPr>
              <w:spacing w:after="60"/>
              <w:rPr>
                <w:lang w:eastAsia="ko-KR"/>
              </w:rPr>
            </w:pPr>
            <w:r>
              <w:rPr>
                <w:color w:val="687184"/>
                <w:sz w:val="19"/>
                <w:lang w:eastAsia="ko-KR"/>
              </w:rPr>
              <w:t>□ 모르는 부분을 표시했어요</w:t>
            </w:r>
          </w:p>
          <w:p w14:paraId="0CCF0FCD" w14:textId="77777777" w:rsidR="004D2BBD" w:rsidRDefault="00000000">
            <w:pPr>
              <w:spacing w:after="60"/>
              <w:rPr>
                <w:lang w:eastAsia="ko-KR"/>
              </w:rPr>
            </w:pPr>
            <w:r>
              <w:rPr>
                <w:color w:val="687184"/>
                <w:sz w:val="19"/>
                <w:lang w:eastAsia="ko-KR"/>
              </w:rPr>
              <w:t>□ 내일 할 공부를 확인했어요</w:t>
            </w:r>
          </w:p>
        </w:tc>
        <w:tc>
          <w:tcPr>
            <w:tcW w:w="5102" w:type="dxa"/>
            <w:shd w:val="clear" w:color="auto" w:fill="F7F4EC"/>
            <w:tcMar>
              <w:top w:w="130" w:type="dxa"/>
              <w:left w:w="150" w:type="dxa"/>
              <w:bottom w:w="120" w:type="dxa"/>
              <w:right w:w="150" w:type="dxa"/>
            </w:tcMar>
          </w:tcPr>
          <w:p w14:paraId="7E9DF413" w14:textId="77777777" w:rsidR="004D2BBD" w:rsidRDefault="00000000">
            <w:pPr>
              <w:spacing w:after="100"/>
              <w:rPr>
                <w:lang w:eastAsia="ko-KR"/>
              </w:rPr>
            </w:pPr>
            <w:r>
              <w:rPr>
                <w:b/>
                <w:color w:val="223454"/>
                <w:sz w:val="22"/>
                <w:lang w:eastAsia="ko-KR"/>
              </w:rPr>
              <w:t>한 줄 기록</w:t>
            </w:r>
          </w:p>
          <w:p w14:paraId="0CA97D7C" w14:textId="77777777" w:rsidR="004D2BBD" w:rsidRDefault="00000000">
            <w:pPr>
              <w:spacing w:after="60"/>
              <w:rPr>
                <w:lang w:eastAsia="ko-KR"/>
              </w:rPr>
            </w:pPr>
            <w:r>
              <w:rPr>
                <w:color w:val="687184"/>
                <w:sz w:val="19"/>
                <w:lang w:eastAsia="ko-KR"/>
              </w:rPr>
              <w:t xml:space="preserve">오늘 잘한 </w:t>
            </w:r>
            <w:proofErr w:type="gramStart"/>
            <w:r>
              <w:rPr>
                <w:color w:val="687184"/>
                <w:sz w:val="19"/>
                <w:lang w:eastAsia="ko-KR"/>
              </w:rPr>
              <w:t>점  _</w:t>
            </w:r>
            <w:proofErr w:type="gramEnd"/>
            <w:r>
              <w:rPr>
                <w:color w:val="687184"/>
                <w:sz w:val="19"/>
                <w:lang w:eastAsia="ko-KR"/>
              </w:rPr>
              <w:t>___________________</w:t>
            </w:r>
          </w:p>
          <w:p w14:paraId="5D3FA5D5" w14:textId="77777777" w:rsidR="004D2BBD" w:rsidRDefault="00000000">
            <w:pPr>
              <w:spacing w:after="60"/>
              <w:rPr>
                <w:lang w:eastAsia="ko-KR"/>
              </w:rPr>
            </w:pPr>
            <w:r>
              <w:rPr>
                <w:color w:val="687184"/>
                <w:sz w:val="19"/>
                <w:lang w:eastAsia="ko-KR"/>
              </w:rPr>
              <w:t xml:space="preserve">더 공부할 </w:t>
            </w:r>
            <w:proofErr w:type="gramStart"/>
            <w:r>
              <w:rPr>
                <w:color w:val="687184"/>
                <w:sz w:val="19"/>
                <w:lang w:eastAsia="ko-KR"/>
              </w:rPr>
              <w:t>것  _</w:t>
            </w:r>
            <w:proofErr w:type="gramEnd"/>
            <w:r>
              <w:rPr>
                <w:color w:val="687184"/>
                <w:sz w:val="19"/>
                <w:lang w:eastAsia="ko-KR"/>
              </w:rPr>
              <w:t>___________________</w:t>
            </w:r>
          </w:p>
          <w:p w14:paraId="6DC9C786" w14:textId="77777777" w:rsidR="004D2BBD" w:rsidRDefault="00000000">
            <w:pPr>
              <w:spacing w:after="60"/>
            </w:pPr>
            <w:proofErr w:type="spellStart"/>
            <w:r>
              <w:rPr>
                <w:color w:val="687184"/>
                <w:sz w:val="19"/>
              </w:rPr>
              <w:t>내일의</w:t>
            </w:r>
            <w:proofErr w:type="spellEnd"/>
            <w:r>
              <w:rPr>
                <w:color w:val="687184"/>
                <w:sz w:val="19"/>
              </w:rPr>
              <w:t xml:space="preserve"> </w:t>
            </w:r>
            <w:proofErr w:type="spellStart"/>
            <w:proofErr w:type="gramStart"/>
            <w:r>
              <w:rPr>
                <w:color w:val="687184"/>
                <w:sz w:val="19"/>
              </w:rPr>
              <w:t>목표</w:t>
            </w:r>
            <w:proofErr w:type="spellEnd"/>
            <w:r>
              <w:rPr>
                <w:color w:val="687184"/>
                <w:sz w:val="19"/>
              </w:rPr>
              <w:t xml:space="preserve">  _</w:t>
            </w:r>
            <w:proofErr w:type="gramEnd"/>
            <w:r>
              <w:rPr>
                <w:color w:val="687184"/>
                <w:sz w:val="19"/>
              </w:rPr>
              <w:t>___________________</w:t>
            </w:r>
          </w:p>
        </w:tc>
      </w:tr>
    </w:tbl>
    <w:p w14:paraId="020D83AA" w14:textId="77777777" w:rsidR="004D2BBD" w:rsidRDefault="00000000">
      <w:pPr>
        <w:spacing w:before="140"/>
        <w:jc w:val="center"/>
      </w:pPr>
      <w:r>
        <w:rPr>
          <w:b/>
          <w:color w:val="9298A2"/>
          <w:sz w:val="16"/>
        </w:rPr>
        <w:t>EDUCATION BOX  ·  edu.informationbox.kr</w:t>
      </w:r>
    </w:p>
    <w:sectPr w:rsidR="004D2BBD" w:rsidSect="00034616">
      <w:pgSz w:w="11906" w:h="16838"/>
      <w:pgMar w:top="737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3412702">
    <w:abstractNumId w:val="8"/>
  </w:num>
  <w:num w:numId="2" w16cid:durableId="2052344672">
    <w:abstractNumId w:val="6"/>
  </w:num>
  <w:num w:numId="3" w16cid:durableId="881745929">
    <w:abstractNumId w:val="5"/>
  </w:num>
  <w:num w:numId="4" w16cid:durableId="1121073373">
    <w:abstractNumId w:val="4"/>
  </w:num>
  <w:num w:numId="5" w16cid:durableId="811823487">
    <w:abstractNumId w:val="7"/>
  </w:num>
  <w:num w:numId="6" w16cid:durableId="1232736340">
    <w:abstractNumId w:val="3"/>
  </w:num>
  <w:num w:numId="7" w16cid:durableId="1895462881">
    <w:abstractNumId w:val="2"/>
  </w:num>
  <w:num w:numId="8" w16cid:durableId="1655521222">
    <w:abstractNumId w:val="1"/>
  </w:num>
  <w:num w:numId="9" w16cid:durableId="130577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4A17"/>
    <w:rsid w:val="0029639D"/>
    <w:rsid w:val="00326F90"/>
    <w:rsid w:val="004D2BBD"/>
    <w:rsid w:val="00AA1D8D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C4576A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2026-10-01T05:33:00Z</dcterms:modified>
  <cp:category/>
</cp:coreProperties>
</file>