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170" w:hRule="exact"/>
        </w:trPr>
        <w:tc>
          <w:tcPr>
            <w:tcW w:type="dxa" w:w="4819"/>
            <w:shd w:fill="223454"/>
            <w:tcBorders>
              <w:top w:val="single" w:sz="0" w:color="223454"/>
              <w:left w:val="single" w:sz="0" w:color="223454"/>
              <w:bottom w:val="single" w:sz="0" w:color="223454"/>
              <w:right w:val="single" w:sz="0" w:color="223454"/>
            </w:tcBorders>
          </w:tcPr>
          <w:p/>
        </w:tc>
        <w:tc>
          <w:tcPr>
            <w:tcW w:type="dxa" w:w="4819"/>
            <w:shd w:fill="F17B63"/>
            <w:tcBorders>
              <w:top w:val="single" w:sz="0" w:color="F17B63"/>
              <w:left w:val="single" w:sz="0" w:color="F17B63"/>
              <w:bottom w:val="single" w:sz="0" w:color="F17B63"/>
              <w:right w:val="single" w:sz="0" w:color="F17B63"/>
            </w:tcBorders>
          </w:tcPr>
          <w:p/>
        </w:tc>
      </w:tr>
    </w:tbl>
    <w:p>
      <w:pPr>
        <w:spacing w:before="560" w:after="40"/>
        <w:jc w:val="center"/>
      </w:pPr>
      <w:r>
        <w:rPr>
          <w:b/>
          <w:color w:val="F17B63"/>
          <w:sz w:val="20"/>
        </w:rPr>
        <w:t>ASSIGNMENT</w:t>
      </w:r>
    </w:p>
    <w:p>
      <w:pPr>
        <w:spacing w:before="0" w:after="120"/>
        <w:jc w:val="center"/>
      </w:pPr>
      <w:r>
        <w:rPr>
          <w:b/>
          <w:color w:val="223454"/>
          <w:sz w:val="60"/>
        </w:rPr>
        <w:t>과제 표지</w:t>
      </w:r>
    </w:p>
    <w:p>
      <w:pPr>
        <w:spacing w:before="0" w:after="400"/>
        <w:jc w:val="center"/>
      </w:pPr>
      <w:r>
        <w:rPr>
          <w:color w:val="6B7280"/>
          <w:sz w:val="20"/>
        </w:rPr>
        <w:t>과제의 주제와 제출 정보를 깔끔하게 정리해 보세요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721" w:hRule="exact"/>
        </w:trPr>
        <w:tc>
          <w:tcPr>
            <w:tcW w:type="dxa" w:w="9638"/>
            <w:shd w:fill="F7F4EC"/>
            <w:tcBorders>
              <w:top w:val="single" w:sz="0" w:color="F7F4EC"/>
              <w:left w:val="single" w:sz="0" w:color="F7F4EC"/>
              <w:bottom w:val="single" w:sz="0" w:color="F7F4EC"/>
              <w:right w:val="single" w:sz="0" w:color="F7F4EC"/>
            </w:tcBorders>
            <w:vAlign w:val="center"/>
          </w:tcPr>
          <w:p>
            <w:pPr>
              <w:spacing w:before="0" w:after="0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24"/>
              </w:rPr>
              <w:t>ASSIGNMENT TITLE</w:t>
              <w:br/>
              <w:br/>
              <w:t>과제 제목</w:t>
            </w:r>
          </w:p>
        </w:tc>
      </w:tr>
    </w:tbl>
    <w:p>
      <w:pPr>
        <w:spacing w:before="360" w:after="100"/>
      </w:pPr>
      <w:r>
        <w:rPr>
          <w:color w:val="F17B63"/>
          <w:sz w:val="16"/>
        </w:rPr>
        <w:t xml:space="preserve">■ </w:t>
      </w:r>
      <w:r>
        <w:rPr>
          <w:b/>
          <w:color w:val="223454"/>
          <w:sz w:val="22"/>
        </w:rPr>
        <w:t>제출 정보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과목명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과제명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담당 교사·교수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학과·학년·반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학번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이름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  <w:tr>
        <w:trPr>
          <w:trHeight w:val="595" w:hRule="exact"/>
        </w:trPr>
        <w:tc>
          <w:tcPr>
            <w:tcW w:type="dxa" w:w="4819"/>
            <w:shd w:fill="F7F4EC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/>
                <w:color w:val="223454"/>
                <w:sz w:val="18"/>
              </w:rPr>
              <w:t>제출일</w:t>
            </w:r>
          </w:p>
        </w:tc>
        <w:tc>
          <w:tcPr>
            <w:tcW w:type="dxa" w:w="4819"/>
            <w:tcBorders>
              <w:top w:val="single" w:sz="7" w:color="D9DEE5"/>
              <w:left w:val="single" w:sz="7" w:color="D9DEE5"/>
              <w:bottom w:val="single" w:sz="7" w:color="D9DEE5"/>
              <w:right w:val="single" w:sz="7" w:color="D9DEE5"/>
            </w:tcBorders>
            <w:vAlign w:val="center"/>
          </w:tcPr>
          <w:p>
            <w:pPr>
              <w:spacing w:before="0" w:after="0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3454"/>
                <w:sz w:val="18"/>
              </w:rPr>
            </w:r>
          </w:p>
        </w:tc>
      </w:tr>
    </w:tbl>
    <w:p>
      <w:pPr>
        <w:spacing w:before="320" w:after="0"/>
        <w:jc w:val="center"/>
      </w:pPr>
      <w:r>
        <w:rPr>
          <w:color w:val="6B7280"/>
          <w:sz w:val="15"/>
        </w:rPr>
        <w:t>EDUCATION BOX · edu.informationbox.kr</w:t>
      </w:r>
    </w:p>
    <w:sectPr w:rsidR="00FC693F" w:rsidRPr="0006063C" w:rsidSect="00034616">
      <w:pgSz w:w="11906" w:h="16838"/>
      <w:pgMar w:top="907" w:right="1134" w:bottom="73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