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7682"/>
        <w:gridCol w:w="7682"/>
      </w:tblGrid>
      <w:tr w:rsidR="0080450F" w14:paraId="030330CF" w14:textId="77777777">
        <w:trPr>
          <w:trHeight w:hRule="exact" w:val="170"/>
        </w:trPr>
        <w:tc>
          <w:tcPr>
            <w:tcW w:w="7682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099B084D" w14:textId="77777777" w:rsidR="0080450F" w:rsidRDefault="0080450F"/>
        </w:tc>
        <w:tc>
          <w:tcPr>
            <w:tcW w:w="7682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1B9A217B" w14:textId="77777777" w:rsidR="0080450F" w:rsidRDefault="0080450F"/>
        </w:tc>
      </w:tr>
    </w:tbl>
    <w:p w14:paraId="2C742B1D" w14:textId="77777777" w:rsidR="0080450F" w:rsidRDefault="00000000">
      <w:pPr>
        <w:spacing w:before="100" w:after="0"/>
      </w:pPr>
      <w:r>
        <w:rPr>
          <w:b/>
          <w:color w:val="F17B63"/>
        </w:rPr>
        <w:t>CLASSROOM SEATING CHART</w:t>
      </w:r>
    </w:p>
    <w:p w14:paraId="7FA6B251" w14:textId="77777777" w:rsidR="0080450F" w:rsidRDefault="00000000">
      <w:pPr>
        <w:spacing w:after="40"/>
      </w:pPr>
      <w:r>
        <w:rPr>
          <w:b/>
          <w:color w:val="223454"/>
          <w:sz w:val="44"/>
        </w:rPr>
        <w:t>교실 좌석표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80450F" w14:paraId="0EA014D1" w14:textId="77777777" w:rsidTr="00D05E11">
        <w:trPr>
          <w:trHeight w:hRule="exact" w:val="510"/>
          <w:jc w:val="center"/>
        </w:trPr>
        <w:tc>
          <w:tcPr>
            <w:tcW w:w="19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913BE28" w14:textId="77777777" w:rsidR="0080450F" w:rsidRPr="00D05E11" w:rsidRDefault="00000000" w:rsidP="00D05E11">
            <w:pPr>
              <w:spacing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223454"/>
                <w:sz w:val="18"/>
                <w:szCs w:val="18"/>
              </w:rPr>
              <w:t>학년·반</w:t>
            </w:r>
          </w:p>
        </w:tc>
        <w:tc>
          <w:tcPr>
            <w:tcW w:w="19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572D5FA" w14:textId="77777777" w:rsidR="0080450F" w:rsidRPr="00D05E11" w:rsidRDefault="0080450F" w:rsidP="00D05E11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187C2AB" w14:textId="77777777" w:rsidR="0080450F" w:rsidRPr="00D05E11" w:rsidRDefault="00000000" w:rsidP="00D05E11">
            <w:pPr>
              <w:spacing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223454"/>
                <w:sz w:val="18"/>
                <w:szCs w:val="18"/>
              </w:rPr>
              <w:t>담임</w:t>
            </w:r>
          </w:p>
        </w:tc>
        <w:tc>
          <w:tcPr>
            <w:tcW w:w="19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043F4B6" w14:textId="77777777" w:rsidR="0080450F" w:rsidRPr="00D05E11" w:rsidRDefault="0080450F" w:rsidP="00D05E11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A0FB4BF" w14:textId="77777777" w:rsidR="0080450F" w:rsidRPr="00D05E11" w:rsidRDefault="00000000" w:rsidP="00D05E11">
            <w:pPr>
              <w:spacing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223454"/>
                <w:sz w:val="18"/>
                <w:szCs w:val="18"/>
              </w:rPr>
              <w:t>작성일</w:t>
            </w:r>
          </w:p>
        </w:tc>
        <w:tc>
          <w:tcPr>
            <w:tcW w:w="19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795D9EF" w14:textId="77777777" w:rsidR="0080450F" w:rsidRPr="00D05E11" w:rsidRDefault="0080450F" w:rsidP="00D05E11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AD6516F" w14:textId="77777777" w:rsidR="0080450F" w:rsidRPr="00D05E11" w:rsidRDefault="00000000" w:rsidP="00D05E11">
            <w:pPr>
              <w:spacing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223454"/>
                <w:sz w:val="18"/>
                <w:szCs w:val="18"/>
              </w:rPr>
              <w:t>좌석 변경일</w:t>
            </w:r>
          </w:p>
        </w:tc>
        <w:tc>
          <w:tcPr>
            <w:tcW w:w="190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AFEDE3A" w14:textId="77777777" w:rsidR="0080450F" w:rsidRPr="00D05E11" w:rsidRDefault="0080450F" w:rsidP="00D05E11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2E4B3CD1" w14:textId="77777777" w:rsidR="0080450F" w:rsidRDefault="00000000">
      <w:pPr>
        <w:spacing w:before="100" w:after="40"/>
        <w:jc w:val="center"/>
      </w:pPr>
      <w:r>
        <w:rPr>
          <w:b/>
          <w:color w:val="6B7280"/>
          <w:sz w:val="18"/>
        </w:rPr>
        <w:t>칠   판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3969"/>
        <w:gridCol w:w="3969"/>
      </w:tblGrid>
      <w:tr w:rsidR="0080450F" w14:paraId="652656CB" w14:textId="77777777">
        <w:trPr>
          <w:trHeight w:hRule="exact" w:val="510"/>
          <w:jc w:val="center"/>
        </w:trPr>
        <w:tc>
          <w:tcPr>
            <w:tcW w:w="396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768DBD2" w14:textId="77777777" w:rsidR="0080450F" w:rsidRDefault="0080450F"/>
        </w:tc>
        <w:tc>
          <w:tcPr>
            <w:tcW w:w="3969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2CC5BC1D" w14:textId="77777777" w:rsidR="0080450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교  탁</w:t>
            </w:r>
          </w:p>
        </w:tc>
        <w:tc>
          <w:tcPr>
            <w:tcW w:w="396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8CE808C" w14:textId="77777777" w:rsidR="0080450F" w:rsidRDefault="0080450F"/>
        </w:tc>
      </w:tr>
    </w:tbl>
    <w:p w14:paraId="0ADCA515" w14:textId="77777777" w:rsidR="0080450F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1"/>
        </w:rPr>
        <w:t>좌석 배치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83"/>
        <w:gridCol w:w="2783"/>
        <w:gridCol w:w="2783"/>
        <w:gridCol w:w="2783"/>
        <w:gridCol w:w="2783"/>
      </w:tblGrid>
      <w:tr w:rsidR="0080450F" w14:paraId="346F46F0" w14:textId="77777777" w:rsidTr="00D05E11">
        <w:trPr>
          <w:trHeight w:hRule="exact" w:val="806"/>
          <w:jc w:val="center"/>
        </w:trPr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DB5C95B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01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1FA80C6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02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22B082B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03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7E5241A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04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CA6C20D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05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</w:tr>
      <w:tr w:rsidR="0080450F" w14:paraId="043DAD29" w14:textId="77777777" w:rsidTr="00D05E11">
        <w:trPr>
          <w:trHeight w:hRule="exact" w:val="806"/>
          <w:jc w:val="center"/>
        </w:trPr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C013357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06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51B5564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07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4A7AD6D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08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FB50F1A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09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01156DA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10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</w:tr>
      <w:tr w:rsidR="0080450F" w14:paraId="60543705" w14:textId="77777777" w:rsidTr="00D05E11">
        <w:trPr>
          <w:trHeight w:hRule="exact" w:val="806"/>
          <w:jc w:val="center"/>
        </w:trPr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D28A7B4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11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BB68BDE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12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5209792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13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E63804D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14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A3DCFA7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15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</w:tr>
      <w:tr w:rsidR="0080450F" w14:paraId="02D85928" w14:textId="77777777" w:rsidTr="00D05E11">
        <w:trPr>
          <w:trHeight w:hRule="exact" w:val="806"/>
          <w:jc w:val="center"/>
        </w:trPr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9CFB69A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16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09CE81E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17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E81AD40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18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FE04EBC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19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B395E03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20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</w:tr>
      <w:tr w:rsidR="0080450F" w14:paraId="3EA55A58" w14:textId="77777777" w:rsidTr="00D05E11">
        <w:trPr>
          <w:trHeight w:hRule="exact" w:val="806"/>
          <w:jc w:val="center"/>
        </w:trPr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0E1129F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21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594355C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22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1CFBB7F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23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958F65D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24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4F0381B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25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</w:tr>
      <w:tr w:rsidR="0080450F" w14:paraId="1022EE6E" w14:textId="77777777" w:rsidTr="00D05E11">
        <w:trPr>
          <w:trHeight w:hRule="exact" w:val="806"/>
          <w:jc w:val="center"/>
        </w:trPr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887C998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26</w:t>
            </w:r>
            <w:r w:rsidRPr="00D05E11">
              <w:rPr>
                <w:sz w:val="18"/>
                <w:szCs w:val="18"/>
              </w:rPr>
              <w:br/>
            </w:r>
            <w:proofErr w:type="spellStart"/>
            <w:r w:rsidRPr="00D05E11">
              <w:rPr>
                <w:color w:val="6B7280"/>
                <w:sz w:val="18"/>
                <w:szCs w:val="18"/>
              </w:rPr>
              <w:t>이름</w:t>
            </w:r>
            <w:proofErr w:type="spellEnd"/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C4DAE13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27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B1BF149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28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A0443F4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29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  <w:tc>
          <w:tcPr>
            <w:tcW w:w="2783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0AFB797" w14:textId="77777777" w:rsidR="0080450F" w:rsidRPr="00D05E11" w:rsidRDefault="00000000">
            <w:pPr>
              <w:spacing w:before="20"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F17B63"/>
                <w:sz w:val="18"/>
                <w:szCs w:val="18"/>
              </w:rPr>
              <w:t>30</w:t>
            </w:r>
            <w:r w:rsidRPr="00D05E11">
              <w:rPr>
                <w:sz w:val="18"/>
                <w:szCs w:val="18"/>
              </w:rPr>
              <w:br/>
            </w:r>
            <w:r w:rsidRPr="00D05E11">
              <w:rPr>
                <w:color w:val="6B7280"/>
                <w:sz w:val="18"/>
                <w:szCs w:val="18"/>
              </w:rPr>
              <w:t>이름</w:t>
            </w:r>
          </w:p>
        </w:tc>
      </w:tr>
    </w:tbl>
    <w:p w14:paraId="2721ABE2" w14:textId="77777777" w:rsidR="0080450F" w:rsidRDefault="00000000">
      <w:pPr>
        <w:spacing w:before="80" w:after="4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1"/>
        </w:rPr>
        <w:t>좌석 메모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5386"/>
        <w:gridCol w:w="1417"/>
        <w:gridCol w:w="5386"/>
      </w:tblGrid>
      <w:tr w:rsidR="0080450F" w14:paraId="017AD7A6" w14:textId="77777777">
        <w:trPr>
          <w:trHeight w:hRule="exact" w:val="454"/>
          <w:jc w:val="center"/>
        </w:trPr>
        <w:tc>
          <w:tcPr>
            <w:tcW w:w="141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1CBC03D" w14:textId="77777777" w:rsidR="0080450F" w:rsidRPr="00D05E11" w:rsidRDefault="0000000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D05E11">
              <w:rPr>
                <w:b/>
                <w:color w:val="223454"/>
                <w:sz w:val="18"/>
                <w:szCs w:val="18"/>
              </w:rPr>
              <w:t>번호</w:t>
            </w:r>
            <w:proofErr w:type="spellEnd"/>
          </w:p>
        </w:tc>
        <w:tc>
          <w:tcPr>
            <w:tcW w:w="53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09AB469" w14:textId="77777777" w:rsidR="0080450F" w:rsidRPr="00D05E1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223454"/>
                <w:sz w:val="18"/>
                <w:szCs w:val="18"/>
              </w:rPr>
              <w:t>특이사항·배려사항</w:t>
            </w:r>
          </w:p>
        </w:tc>
        <w:tc>
          <w:tcPr>
            <w:tcW w:w="141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A07E83A" w14:textId="77777777" w:rsidR="0080450F" w:rsidRPr="00D05E1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223454"/>
                <w:sz w:val="18"/>
                <w:szCs w:val="18"/>
              </w:rPr>
              <w:t>번호</w:t>
            </w:r>
          </w:p>
        </w:tc>
        <w:tc>
          <w:tcPr>
            <w:tcW w:w="53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C64C8DF" w14:textId="77777777" w:rsidR="0080450F" w:rsidRPr="00D05E11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D05E11">
              <w:rPr>
                <w:b/>
                <w:color w:val="223454"/>
                <w:sz w:val="18"/>
                <w:szCs w:val="18"/>
              </w:rPr>
              <w:t>특이사항·배려사항</w:t>
            </w:r>
          </w:p>
        </w:tc>
      </w:tr>
      <w:tr w:rsidR="0080450F" w14:paraId="374EA593" w14:textId="77777777">
        <w:trPr>
          <w:trHeight w:hRule="exact" w:val="567"/>
          <w:jc w:val="center"/>
        </w:trPr>
        <w:tc>
          <w:tcPr>
            <w:tcW w:w="141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0AFBD77" w14:textId="77777777" w:rsidR="0080450F" w:rsidRDefault="0080450F">
            <w:pPr>
              <w:spacing w:after="0"/>
            </w:pPr>
          </w:p>
        </w:tc>
        <w:tc>
          <w:tcPr>
            <w:tcW w:w="53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10466FB" w14:textId="77777777" w:rsidR="0080450F" w:rsidRDefault="0080450F">
            <w:pPr>
              <w:spacing w:after="0"/>
            </w:pPr>
          </w:p>
        </w:tc>
        <w:tc>
          <w:tcPr>
            <w:tcW w:w="141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0EF8DF1" w14:textId="77777777" w:rsidR="0080450F" w:rsidRDefault="0080450F">
            <w:pPr>
              <w:spacing w:after="0"/>
            </w:pPr>
          </w:p>
        </w:tc>
        <w:tc>
          <w:tcPr>
            <w:tcW w:w="538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1251976" w14:textId="77777777" w:rsidR="0080450F" w:rsidRDefault="0080450F">
            <w:pPr>
              <w:spacing w:after="0"/>
            </w:pPr>
          </w:p>
        </w:tc>
      </w:tr>
    </w:tbl>
    <w:p w14:paraId="5F32CCD8" w14:textId="77777777" w:rsidR="0080450F" w:rsidRPr="00D05E11" w:rsidRDefault="00000000">
      <w:pPr>
        <w:spacing w:before="40" w:after="0"/>
        <w:jc w:val="center"/>
        <w:rPr>
          <w:sz w:val="16"/>
          <w:szCs w:val="16"/>
        </w:rPr>
      </w:pPr>
      <w:r w:rsidRPr="00D05E11">
        <w:rPr>
          <w:color w:val="6B7280"/>
          <w:sz w:val="16"/>
          <w:szCs w:val="16"/>
        </w:rPr>
        <w:t>EDUCATION BOX · edu.informationbox.kr</w:t>
      </w:r>
    </w:p>
    <w:sectPr w:rsidR="0080450F" w:rsidRPr="00D05E11" w:rsidSect="00034616">
      <w:pgSz w:w="16838" w:h="11906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8207766">
    <w:abstractNumId w:val="8"/>
  </w:num>
  <w:num w:numId="2" w16cid:durableId="2026638814">
    <w:abstractNumId w:val="6"/>
  </w:num>
  <w:num w:numId="3" w16cid:durableId="1405493163">
    <w:abstractNumId w:val="5"/>
  </w:num>
  <w:num w:numId="4" w16cid:durableId="1452242127">
    <w:abstractNumId w:val="4"/>
  </w:num>
  <w:num w:numId="5" w16cid:durableId="1825660474">
    <w:abstractNumId w:val="7"/>
  </w:num>
  <w:num w:numId="6" w16cid:durableId="1026490834">
    <w:abstractNumId w:val="3"/>
  </w:num>
  <w:num w:numId="7" w16cid:durableId="1421831498">
    <w:abstractNumId w:val="2"/>
  </w:num>
  <w:num w:numId="8" w16cid:durableId="503709954">
    <w:abstractNumId w:val="1"/>
  </w:num>
  <w:num w:numId="9" w16cid:durableId="123077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450F"/>
    <w:rsid w:val="00AA1D8D"/>
    <w:rsid w:val="00B47730"/>
    <w:rsid w:val="00BA4020"/>
    <w:rsid w:val="00CB0664"/>
    <w:rsid w:val="00D05E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EC52C0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2026-10-01T14:17:00Z</dcterms:modified>
  <cp:category/>
</cp:coreProperties>
</file>