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Look w:val="04A0" w:firstRow="1" w:lastRow="0" w:firstColumn="1" w:lastColumn="0" w:noHBand="0" w:noVBand="1"/>
      </w:tblPr>
      <w:tblGrid>
        <w:gridCol w:w="5216"/>
        <w:gridCol w:w="5216"/>
      </w:tblGrid>
      <w:tr w:rsidR="00753CB3" w14:paraId="66855F8F" w14:textId="77777777">
        <w:trPr>
          <w:trHeight w:hRule="exact" w:val="170"/>
        </w:trPr>
        <w:tc>
          <w:tcPr>
            <w:tcW w:w="5216" w:type="dxa"/>
            <w:tcBorders>
              <w:top w:val="single" w:sz="0" w:space="0" w:color="223454"/>
              <w:left w:val="single" w:sz="0" w:space="0" w:color="223454"/>
              <w:bottom w:val="single" w:sz="0" w:space="0" w:color="223454"/>
              <w:right w:val="single" w:sz="0" w:space="0" w:color="223454"/>
            </w:tcBorders>
            <w:shd w:val="clear" w:color="auto" w:fill="223454"/>
          </w:tcPr>
          <w:p w14:paraId="0AAD5A03" w14:textId="77777777" w:rsidR="00753CB3" w:rsidRDefault="00753CB3"/>
        </w:tc>
        <w:tc>
          <w:tcPr>
            <w:tcW w:w="5216" w:type="dxa"/>
            <w:tcBorders>
              <w:top w:val="single" w:sz="0" w:space="0" w:color="F17B63"/>
              <w:left w:val="single" w:sz="0" w:space="0" w:color="F17B63"/>
              <w:bottom w:val="single" w:sz="0" w:space="0" w:color="F17B63"/>
              <w:right w:val="single" w:sz="0" w:space="0" w:color="F17B63"/>
            </w:tcBorders>
            <w:shd w:val="clear" w:color="auto" w:fill="F17B63"/>
          </w:tcPr>
          <w:p w14:paraId="3762DB57" w14:textId="77777777" w:rsidR="00753CB3" w:rsidRDefault="00753CB3"/>
        </w:tc>
      </w:tr>
    </w:tbl>
    <w:p w14:paraId="25AFF1AE" w14:textId="77777777" w:rsidR="00753CB3" w:rsidRDefault="00000000">
      <w:pPr>
        <w:spacing w:before="100" w:after="0"/>
      </w:pPr>
      <w:r>
        <w:rPr>
          <w:b/>
          <w:color w:val="F17B63"/>
          <w:sz w:val="17"/>
        </w:rPr>
        <w:t>PICTURE DIARY</w:t>
      </w:r>
    </w:p>
    <w:p w14:paraId="69D755EF" w14:textId="77777777" w:rsidR="00753CB3" w:rsidRDefault="00000000">
      <w:pPr>
        <w:spacing w:after="60"/>
      </w:pPr>
      <w:r>
        <w:rPr>
          <w:b/>
          <w:color w:val="223454"/>
          <w:sz w:val="46"/>
        </w:rPr>
        <w:t>그림일기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1242"/>
        <w:gridCol w:w="2236"/>
        <w:gridCol w:w="1166"/>
        <w:gridCol w:w="2312"/>
        <w:gridCol w:w="1090"/>
        <w:gridCol w:w="2388"/>
      </w:tblGrid>
      <w:tr w:rsidR="00753CB3" w14:paraId="4F439E89" w14:textId="77777777" w:rsidTr="0025038E">
        <w:trPr>
          <w:trHeight w:hRule="exact" w:val="510"/>
        </w:trPr>
        <w:tc>
          <w:tcPr>
            <w:tcW w:w="124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50894BC" w14:textId="77777777" w:rsidR="00753CB3" w:rsidRPr="0025038E" w:rsidRDefault="00000000" w:rsidP="0025038E">
            <w:pPr>
              <w:spacing w:after="0"/>
              <w:jc w:val="center"/>
              <w:rPr>
                <w:szCs w:val="18"/>
              </w:rPr>
            </w:pPr>
            <w:proofErr w:type="spellStart"/>
            <w:r w:rsidRPr="0025038E">
              <w:rPr>
                <w:b/>
                <w:color w:val="223454"/>
                <w:szCs w:val="18"/>
              </w:rPr>
              <w:t>날짜</w:t>
            </w:r>
            <w:proofErr w:type="spellEnd"/>
          </w:p>
        </w:tc>
        <w:tc>
          <w:tcPr>
            <w:tcW w:w="223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353E9AC8" w14:textId="77777777" w:rsidR="00753CB3" w:rsidRPr="0025038E" w:rsidRDefault="00000000" w:rsidP="0025038E">
            <w:pPr>
              <w:spacing w:after="0"/>
              <w:jc w:val="center"/>
              <w:rPr>
                <w:szCs w:val="18"/>
              </w:rPr>
            </w:pPr>
            <w:r w:rsidRPr="0025038E">
              <w:rPr>
                <w:color w:val="223454"/>
                <w:szCs w:val="18"/>
              </w:rPr>
              <w:t>20     년     월     일</w:t>
            </w:r>
          </w:p>
        </w:tc>
        <w:tc>
          <w:tcPr>
            <w:tcW w:w="116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3DC4C41F" w14:textId="77777777" w:rsidR="00753CB3" w:rsidRPr="0025038E" w:rsidRDefault="00000000" w:rsidP="0025038E">
            <w:pPr>
              <w:spacing w:after="0"/>
              <w:jc w:val="center"/>
              <w:rPr>
                <w:szCs w:val="18"/>
              </w:rPr>
            </w:pPr>
            <w:r w:rsidRPr="0025038E">
              <w:rPr>
                <w:b/>
                <w:color w:val="223454"/>
                <w:szCs w:val="18"/>
              </w:rPr>
              <w:t>요일</w:t>
            </w:r>
          </w:p>
        </w:tc>
        <w:tc>
          <w:tcPr>
            <w:tcW w:w="231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40A4AE75" w14:textId="5122AE09" w:rsidR="00753CB3" w:rsidRPr="0025038E" w:rsidRDefault="00000000" w:rsidP="0025038E">
            <w:pPr>
              <w:spacing w:after="0"/>
              <w:jc w:val="right"/>
              <w:rPr>
                <w:szCs w:val="18"/>
              </w:rPr>
            </w:pPr>
            <w:proofErr w:type="spellStart"/>
            <w:r w:rsidRPr="0025038E">
              <w:rPr>
                <w:color w:val="223454"/>
                <w:szCs w:val="18"/>
              </w:rPr>
              <w:t>요일</w:t>
            </w:r>
            <w:proofErr w:type="spellEnd"/>
          </w:p>
        </w:tc>
        <w:tc>
          <w:tcPr>
            <w:tcW w:w="10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08C58624" w14:textId="77777777" w:rsidR="00753CB3" w:rsidRPr="0025038E" w:rsidRDefault="00000000" w:rsidP="0025038E">
            <w:pPr>
              <w:spacing w:after="0"/>
              <w:jc w:val="center"/>
              <w:rPr>
                <w:szCs w:val="18"/>
              </w:rPr>
            </w:pPr>
            <w:r w:rsidRPr="0025038E">
              <w:rPr>
                <w:b/>
                <w:color w:val="223454"/>
                <w:szCs w:val="18"/>
              </w:rPr>
              <w:t>날씨</w:t>
            </w:r>
          </w:p>
        </w:tc>
        <w:tc>
          <w:tcPr>
            <w:tcW w:w="238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CB7B912" w14:textId="77777777" w:rsidR="00753CB3" w:rsidRPr="0025038E" w:rsidRDefault="00000000" w:rsidP="0025038E">
            <w:pPr>
              <w:spacing w:after="0"/>
              <w:jc w:val="center"/>
              <w:rPr>
                <w:sz w:val="28"/>
                <w:szCs w:val="28"/>
              </w:rPr>
            </w:pPr>
            <w:r w:rsidRPr="0025038E">
              <w:rPr>
                <w:color w:val="223454"/>
                <w:sz w:val="28"/>
                <w:szCs w:val="28"/>
              </w:rPr>
              <w:t>☀  ☁  ☂  ❄</w:t>
            </w:r>
          </w:p>
        </w:tc>
      </w:tr>
      <w:tr w:rsidR="00753CB3" w14:paraId="287F3053" w14:textId="77777777" w:rsidTr="0025038E">
        <w:trPr>
          <w:trHeight w:hRule="exact" w:val="510"/>
        </w:trPr>
        <w:tc>
          <w:tcPr>
            <w:tcW w:w="124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7025D40B" w14:textId="77777777" w:rsidR="00753CB3" w:rsidRPr="0025038E" w:rsidRDefault="00000000" w:rsidP="0025038E">
            <w:pPr>
              <w:spacing w:after="0"/>
              <w:jc w:val="center"/>
              <w:rPr>
                <w:szCs w:val="18"/>
              </w:rPr>
            </w:pPr>
            <w:r w:rsidRPr="0025038E">
              <w:rPr>
                <w:b/>
                <w:color w:val="223454"/>
                <w:szCs w:val="18"/>
              </w:rPr>
              <w:t>제목</w:t>
            </w:r>
          </w:p>
        </w:tc>
        <w:tc>
          <w:tcPr>
            <w:tcW w:w="223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7644A7DF" w14:textId="77777777" w:rsidR="00753CB3" w:rsidRPr="0025038E" w:rsidRDefault="00753CB3" w:rsidP="0025038E">
            <w:pPr>
              <w:spacing w:after="0"/>
              <w:jc w:val="center"/>
              <w:rPr>
                <w:szCs w:val="18"/>
              </w:rPr>
            </w:pPr>
          </w:p>
        </w:tc>
        <w:tc>
          <w:tcPr>
            <w:tcW w:w="1166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42E91C35" w14:textId="77777777" w:rsidR="00753CB3" w:rsidRPr="0025038E" w:rsidRDefault="00000000" w:rsidP="0025038E">
            <w:pPr>
              <w:spacing w:after="0"/>
              <w:jc w:val="center"/>
              <w:rPr>
                <w:szCs w:val="18"/>
              </w:rPr>
            </w:pPr>
            <w:r w:rsidRPr="0025038E">
              <w:rPr>
                <w:b/>
                <w:color w:val="223454"/>
                <w:szCs w:val="18"/>
              </w:rPr>
              <w:t>이름</w:t>
            </w:r>
          </w:p>
        </w:tc>
        <w:tc>
          <w:tcPr>
            <w:tcW w:w="231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03EC0363" w14:textId="77777777" w:rsidR="00753CB3" w:rsidRPr="0025038E" w:rsidRDefault="00753CB3" w:rsidP="0025038E">
            <w:pPr>
              <w:spacing w:after="0"/>
              <w:jc w:val="center"/>
              <w:rPr>
                <w:szCs w:val="18"/>
              </w:rPr>
            </w:pPr>
          </w:p>
        </w:tc>
        <w:tc>
          <w:tcPr>
            <w:tcW w:w="1090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7F4EC"/>
            <w:vAlign w:val="center"/>
          </w:tcPr>
          <w:p w14:paraId="104A902F" w14:textId="77777777" w:rsidR="00753CB3" w:rsidRPr="0025038E" w:rsidRDefault="00000000" w:rsidP="0025038E">
            <w:pPr>
              <w:spacing w:after="0"/>
              <w:jc w:val="center"/>
              <w:rPr>
                <w:szCs w:val="18"/>
              </w:rPr>
            </w:pPr>
            <w:r w:rsidRPr="0025038E">
              <w:rPr>
                <w:b/>
                <w:color w:val="223454"/>
                <w:szCs w:val="18"/>
              </w:rPr>
              <w:t>기분</w:t>
            </w:r>
          </w:p>
        </w:tc>
        <w:tc>
          <w:tcPr>
            <w:tcW w:w="2388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shd w:val="clear" w:color="auto" w:fill="FFFFFF"/>
            <w:vAlign w:val="center"/>
          </w:tcPr>
          <w:p w14:paraId="178A1CCA" w14:textId="77777777" w:rsidR="00753CB3" w:rsidRPr="0025038E" w:rsidRDefault="00000000" w:rsidP="0025038E">
            <w:pPr>
              <w:spacing w:after="0"/>
              <w:jc w:val="center"/>
              <w:rPr>
                <w:sz w:val="20"/>
                <w:szCs w:val="20"/>
              </w:rPr>
            </w:pPr>
            <w:r w:rsidRPr="0025038E">
              <w:rPr>
                <w:color w:val="223454"/>
                <w:sz w:val="20"/>
                <w:szCs w:val="20"/>
              </w:rPr>
              <w:t>☺  🙂  😐  ☹</w:t>
            </w:r>
          </w:p>
        </w:tc>
      </w:tr>
    </w:tbl>
    <w:p w14:paraId="326DA9CF" w14:textId="77777777" w:rsidR="00753CB3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오늘의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그림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753CB3" w14:paraId="1F64C2EC" w14:textId="77777777">
        <w:trPr>
          <w:trHeight w:hRule="exact" w:val="5669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  <w:vAlign w:val="center"/>
          </w:tcPr>
          <w:p w14:paraId="341832E1" w14:textId="77777777" w:rsidR="00753CB3" w:rsidRPr="0025038E" w:rsidRDefault="00000000">
            <w:pPr>
              <w:spacing w:after="0"/>
              <w:rPr>
                <w:sz w:val="16"/>
                <w:szCs w:val="16"/>
                <w:lang w:eastAsia="ko-KR"/>
              </w:rPr>
            </w:pPr>
            <w:r w:rsidRPr="0025038E">
              <w:rPr>
                <w:color w:val="6B7280"/>
                <w:sz w:val="16"/>
                <w:szCs w:val="16"/>
                <w:lang w:eastAsia="ko-KR"/>
              </w:rPr>
              <w:t>오늘 있었던 일 중 가장 기억에 남는 장면을 그려 보세요.</w:t>
            </w:r>
          </w:p>
        </w:tc>
      </w:tr>
    </w:tbl>
    <w:p w14:paraId="7796A1C3" w14:textId="77777777" w:rsidR="00753CB3" w:rsidRDefault="00000000">
      <w:pPr>
        <w:spacing w:before="60" w:after="40"/>
      </w:pPr>
      <w:r>
        <w:rPr>
          <w:color w:val="F17B63"/>
          <w:sz w:val="16"/>
        </w:rPr>
        <w:t xml:space="preserve">■ </w:t>
      </w:r>
      <w:proofErr w:type="spellStart"/>
      <w:r>
        <w:rPr>
          <w:b/>
          <w:color w:val="223454"/>
          <w:sz w:val="22"/>
        </w:rPr>
        <w:t>오늘의</w:t>
      </w:r>
      <w:proofErr w:type="spellEnd"/>
      <w:r>
        <w:rPr>
          <w:b/>
          <w:color w:val="223454"/>
          <w:sz w:val="22"/>
        </w:rPr>
        <w:t xml:space="preserve"> </w:t>
      </w:r>
      <w:proofErr w:type="spellStart"/>
      <w:r>
        <w:rPr>
          <w:b/>
          <w:color w:val="223454"/>
          <w:sz w:val="22"/>
        </w:rPr>
        <w:t>일기</w:t>
      </w:r>
      <w:proofErr w:type="spellEnd"/>
    </w:p>
    <w:tbl>
      <w:tblPr>
        <w:tblW w:w="0" w:type="auto"/>
        <w:tblLook w:val="04A0" w:firstRow="1" w:lastRow="0" w:firstColumn="1" w:lastColumn="0" w:noHBand="0" w:noVBand="1"/>
      </w:tblPr>
      <w:tblGrid>
        <w:gridCol w:w="10432"/>
      </w:tblGrid>
      <w:tr w:rsidR="00753CB3" w14:paraId="6B06D33F" w14:textId="77777777">
        <w:trPr>
          <w:trHeight w:hRule="exact" w:val="4422"/>
        </w:trPr>
        <w:tc>
          <w:tcPr>
            <w:tcW w:w="10432" w:type="dxa"/>
            <w:tcBorders>
              <w:top w:val="single" w:sz="7" w:space="0" w:color="D9DEE5"/>
              <w:left w:val="single" w:sz="7" w:space="0" w:color="D9DEE5"/>
              <w:bottom w:val="single" w:sz="7" w:space="0" w:color="D9DEE5"/>
              <w:right w:val="single" w:sz="7" w:space="0" w:color="D9DEE5"/>
            </w:tcBorders>
          </w:tcPr>
          <w:p w14:paraId="68C8A15C" w14:textId="77777777" w:rsidR="00753CB3" w:rsidRDefault="00000000">
            <w:pPr>
              <w:spacing w:after="0" w:line="396" w:lineRule="auto"/>
            </w:pPr>
            <w:r>
              <w:rPr>
                <w:color w:val="B9C0C8"/>
                <w:u w:val="single"/>
              </w:rPr>
              <w:t xml:space="preserve">                                                                                         </w:t>
            </w:r>
          </w:p>
          <w:p w14:paraId="73E3396F" w14:textId="77777777" w:rsidR="00753CB3" w:rsidRDefault="00000000">
            <w:pPr>
              <w:spacing w:after="0" w:line="396" w:lineRule="auto"/>
            </w:pPr>
            <w:r>
              <w:rPr>
                <w:color w:val="B9C0C8"/>
                <w:u w:val="single"/>
              </w:rPr>
              <w:t xml:space="preserve">                                                                                         </w:t>
            </w:r>
          </w:p>
          <w:p w14:paraId="6F1F508E" w14:textId="77777777" w:rsidR="00753CB3" w:rsidRDefault="00000000">
            <w:pPr>
              <w:spacing w:after="0" w:line="396" w:lineRule="auto"/>
            </w:pPr>
            <w:r>
              <w:rPr>
                <w:color w:val="B9C0C8"/>
                <w:u w:val="single"/>
              </w:rPr>
              <w:t xml:space="preserve">                                                                                         </w:t>
            </w:r>
          </w:p>
          <w:p w14:paraId="1F6253E5" w14:textId="77777777" w:rsidR="00753CB3" w:rsidRDefault="00000000">
            <w:pPr>
              <w:spacing w:after="0" w:line="396" w:lineRule="auto"/>
            </w:pPr>
            <w:r>
              <w:rPr>
                <w:color w:val="B9C0C8"/>
                <w:u w:val="single"/>
              </w:rPr>
              <w:t xml:space="preserve">                                                                                         </w:t>
            </w:r>
          </w:p>
          <w:p w14:paraId="1A3938DB" w14:textId="77777777" w:rsidR="00753CB3" w:rsidRDefault="00000000">
            <w:pPr>
              <w:spacing w:after="0" w:line="396" w:lineRule="auto"/>
            </w:pPr>
            <w:r>
              <w:rPr>
                <w:color w:val="B9C0C8"/>
                <w:u w:val="single"/>
              </w:rPr>
              <w:t xml:space="preserve">                                                                                         </w:t>
            </w:r>
          </w:p>
          <w:p w14:paraId="2046FA09" w14:textId="77777777" w:rsidR="00753CB3" w:rsidRDefault="00000000">
            <w:pPr>
              <w:spacing w:after="0" w:line="396" w:lineRule="auto"/>
            </w:pPr>
            <w:r>
              <w:rPr>
                <w:color w:val="B9C0C8"/>
                <w:u w:val="single"/>
              </w:rPr>
              <w:t xml:space="preserve">                                                                                         </w:t>
            </w:r>
          </w:p>
          <w:p w14:paraId="5DF2E1E4" w14:textId="77777777" w:rsidR="00753CB3" w:rsidRDefault="00000000">
            <w:pPr>
              <w:spacing w:after="0" w:line="396" w:lineRule="auto"/>
            </w:pPr>
            <w:r>
              <w:rPr>
                <w:color w:val="B9C0C8"/>
                <w:u w:val="single"/>
              </w:rPr>
              <w:t xml:space="preserve">                                                                                         </w:t>
            </w:r>
          </w:p>
          <w:p w14:paraId="49D0D1A0" w14:textId="77777777" w:rsidR="00753CB3" w:rsidRDefault="00000000">
            <w:pPr>
              <w:spacing w:after="0" w:line="396" w:lineRule="auto"/>
            </w:pPr>
            <w:r>
              <w:rPr>
                <w:color w:val="B9C0C8"/>
                <w:u w:val="single"/>
              </w:rPr>
              <w:t xml:space="preserve">                                                                                         </w:t>
            </w:r>
          </w:p>
        </w:tc>
      </w:tr>
    </w:tbl>
    <w:p w14:paraId="7FE2F5D8" w14:textId="77777777" w:rsidR="00753CB3" w:rsidRPr="0025038E" w:rsidRDefault="00000000">
      <w:pPr>
        <w:spacing w:before="60" w:after="0"/>
        <w:jc w:val="center"/>
        <w:rPr>
          <w:sz w:val="16"/>
          <w:szCs w:val="16"/>
        </w:rPr>
      </w:pPr>
      <w:r w:rsidRPr="0025038E">
        <w:rPr>
          <w:color w:val="6B7280"/>
          <w:sz w:val="16"/>
          <w:szCs w:val="16"/>
        </w:rPr>
        <w:t>EDUCATION BOX · edu.informationbox.kr</w:t>
      </w:r>
    </w:p>
    <w:sectPr w:rsidR="00753CB3" w:rsidRPr="0025038E" w:rsidSect="0025038E">
      <w:pgSz w:w="11906" w:h="16838"/>
      <w:pgMar w:top="993" w:right="737" w:bottom="510" w:left="73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501971052">
    <w:abstractNumId w:val="8"/>
  </w:num>
  <w:num w:numId="2" w16cid:durableId="410584996">
    <w:abstractNumId w:val="6"/>
  </w:num>
  <w:num w:numId="3" w16cid:durableId="332074199">
    <w:abstractNumId w:val="5"/>
  </w:num>
  <w:num w:numId="4" w16cid:durableId="586961412">
    <w:abstractNumId w:val="4"/>
  </w:num>
  <w:num w:numId="5" w16cid:durableId="1706250783">
    <w:abstractNumId w:val="7"/>
  </w:num>
  <w:num w:numId="6" w16cid:durableId="484590119">
    <w:abstractNumId w:val="3"/>
  </w:num>
  <w:num w:numId="7" w16cid:durableId="1842348812">
    <w:abstractNumId w:val="2"/>
  </w:num>
  <w:num w:numId="8" w16cid:durableId="1342513014">
    <w:abstractNumId w:val="1"/>
  </w:num>
  <w:num w:numId="9" w16cid:durableId="10483833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5038E"/>
    <w:rsid w:val="0029639D"/>
    <w:rsid w:val="00326F90"/>
    <w:rsid w:val="00753CB3"/>
    <w:rsid w:val="00AA1D8D"/>
    <w:rsid w:val="00B47730"/>
    <w:rsid w:val="00BA402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3D8ACD4A"/>
  <w14:defaultImageDpi w14:val="300"/>
  <w15:docId w15:val="{A28457E8-BA15-4DC5-92EC-A1A6A6B999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rPr>
      <w:rFonts w:ascii="맑은 고딕" w:eastAsia="맑은 고딕" w:hAnsi="맑은 고딕"/>
      <w:sz w:val="18"/>
    </w:rPr>
  </w:style>
  <w:style w:type="paragraph" w:styleId="1">
    <w:name w:val="heading 1"/>
    <w:basedOn w:val="a1"/>
    <w:next w:val="a1"/>
    <w:link w:val="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1">
    <w:name w:val="heading 2"/>
    <w:basedOn w:val="a1"/>
    <w:next w:val="a1"/>
    <w:link w:val="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">
    <w:name w:val="머리글 Char"/>
    <w:basedOn w:val="a2"/>
    <w:link w:val="a5"/>
    <w:uiPriority w:val="99"/>
    <w:rsid w:val="00E618BF"/>
  </w:style>
  <w:style w:type="paragraph" w:styleId="a6">
    <w:name w:val="footer"/>
    <w:basedOn w:val="a1"/>
    <w:link w:val="Char0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Char0">
    <w:name w:val="바닥글 Char"/>
    <w:basedOn w:val="a2"/>
    <w:link w:val="a6"/>
    <w:uiPriority w:val="99"/>
    <w:rsid w:val="00E618BF"/>
  </w:style>
  <w:style w:type="paragraph" w:styleId="a7">
    <w:name w:val="No Spacing"/>
    <w:uiPriority w:val="1"/>
    <w:qFormat/>
    <w:rsid w:val="00FC693F"/>
    <w:pPr>
      <w:spacing w:after="0" w:line="240" w:lineRule="auto"/>
    </w:pPr>
  </w:style>
  <w:style w:type="character" w:customStyle="1" w:styleId="1Char">
    <w:name w:val="제목 1 Char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Char">
    <w:name w:val="제목 2 Char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Char">
    <w:name w:val="제목 3 Char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8">
    <w:name w:val="Title"/>
    <w:basedOn w:val="a1"/>
    <w:next w:val="a1"/>
    <w:link w:val="Char1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Char1">
    <w:name w:val="제목 Char"/>
    <w:basedOn w:val="a2"/>
    <w:link w:val="a8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9">
    <w:name w:val="Subtitle"/>
    <w:basedOn w:val="a1"/>
    <w:next w:val="a1"/>
    <w:link w:val="Char2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Char2">
    <w:name w:val="부제 Char"/>
    <w:basedOn w:val="a2"/>
    <w:link w:val="a9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a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b">
    <w:name w:val="Body Text"/>
    <w:basedOn w:val="a1"/>
    <w:link w:val="Char3"/>
    <w:uiPriority w:val="99"/>
    <w:unhideWhenUsed/>
    <w:rsid w:val="00AA1D8D"/>
    <w:pPr>
      <w:spacing w:after="120"/>
    </w:pPr>
  </w:style>
  <w:style w:type="character" w:customStyle="1" w:styleId="Char3">
    <w:name w:val="본문 Char"/>
    <w:basedOn w:val="a2"/>
    <w:link w:val="ab"/>
    <w:uiPriority w:val="99"/>
    <w:rsid w:val="00AA1D8D"/>
  </w:style>
  <w:style w:type="paragraph" w:styleId="22">
    <w:name w:val="Body Text 2"/>
    <w:basedOn w:val="a1"/>
    <w:link w:val="2Char0"/>
    <w:uiPriority w:val="99"/>
    <w:unhideWhenUsed/>
    <w:rsid w:val="00AA1D8D"/>
    <w:pPr>
      <w:spacing w:after="120" w:line="480" w:lineRule="auto"/>
    </w:pPr>
  </w:style>
  <w:style w:type="character" w:customStyle="1" w:styleId="2Char0">
    <w:name w:val="본문 2 Char"/>
    <w:basedOn w:val="a2"/>
    <w:link w:val="22"/>
    <w:uiPriority w:val="99"/>
    <w:rsid w:val="00AA1D8D"/>
  </w:style>
  <w:style w:type="paragraph" w:styleId="32">
    <w:name w:val="Body Text 3"/>
    <w:basedOn w:val="a1"/>
    <w:link w:val="3Char0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Char0">
    <w:name w:val="본문 3 Char"/>
    <w:basedOn w:val="a2"/>
    <w:link w:val="32"/>
    <w:uiPriority w:val="99"/>
    <w:rsid w:val="00AA1D8D"/>
    <w:rPr>
      <w:sz w:val="16"/>
      <w:szCs w:val="16"/>
    </w:rPr>
  </w:style>
  <w:style w:type="paragraph" w:styleId="ac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3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3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d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4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4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e">
    <w:name w:val="macro"/>
    <w:link w:val="Char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Char4">
    <w:name w:val="매크로 텍스트 Char"/>
    <w:basedOn w:val="a2"/>
    <w:link w:val="ae"/>
    <w:uiPriority w:val="99"/>
    <w:rsid w:val="0029639D"/>
    <w:rPr>
      <w:rFonts w:ascii="Courier" w:hAnsi="Courier"/>
      <w:sz w:val="20"/>
      <w:szCs w:val="20"/>
    </w:rPr>
  </w:style>
  <w:style w:type="paragraph" w:styleId="af">
    <w:name w:val="Quote"/>
    <w:basedOn w:val="a1"/>
    <w:next w:val="a1"/>
    <w:link w:val="Char5"/>
    <w:uiPriority w:val="29"/>
    <w:qFormat/>
    <w:rsid w:val="00FC693F"/>
    <w:rPr>
      <w:i/>
      <w:iCs/>
      <w:color w:val="000000" w:themeColor="text1"/>
    </w:rPr>
  </w:style>
  <w:style w:type="character" w:customStyle="1" w:styleId="Char5">
    <w:name w:val="인용 Char"/>
    <w:basedOn w:val="a2"/>
    <w:link w:val="af"/>
    <w:uiPriority w:val="29"/>
    <w:rsid w:val="00FC693F"/>
    <w:rPr>
      <w:i/>
      <w:iCs/>
      <w:color w:val="000000" w:themeColor="text1"/>
    </w:rPr>
  </w:style>
  <w:style w:type="character" w:customStyle="1" w:styleId="4Char">
    <w:name w:val="제목 4 Char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Char">
    <w:name w:val="제목 5 Char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Char">
    <w:name w:val="제목 6 Char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Char">
    <w:name w:val="제목 7 Char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Char">
    <w:name w:val="제목 8 Char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Char">
    <w:name w:val="제목 9 Char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0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Cs w:val="18"/>
    </w:rPr>
  </w:style>
  <w:style w:type="character" w:styleId="af1">
    <w:name w:val="Strong"/>
    <w:basedOn w:val="a2"/>
    <w:uiPriority w:val="22"/>
    <w:qFormat/>
    <w:rsid w:val="00FC693F"/>
    <w:rPr>
      <w:b/>
      <w:bCs/>
    </w:rPr>
  </w:style>
  <w:style w:type="character" w:styleId="af2">
    <w:name w:val="Emphasis"/>
    <w:basedOn w:val="a2"/>
    <w:uiPriority w:val="20"/>
    <w:qFormat/>
    <w:rsid w:val="00FC693F"/>
    <w:rPr>
      <w:i/>
      <w:iCs/>
    </w:rPr>
  </w:style>
  <w:style w:type="paragraph" w:styleId="af3">
    <w:name w:val="Intense Quote"/>
    <w:basedOn w:val="a1"/>
    <w:next w:val="a1"/>
    <w:link w:val="Char6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har6">
    <w:name w:val="강한 인용 Char"/>
    <w:basedOn w:val="a2"/>
    <w:link w:val="af3"/>
    <w:uiPriority w:val="30"/>
    <w:rsid w:val="00FC693F"/>
    <w:rPr>
      <w:b/>
      <w:bCs/>
      <w:i/>
      <w:iCs/>
      <w:color w:val="4F81BD" w:themeColor="accent1"/>
    </w:rPr>
  </w:style>
  <w:style w:type="character" w:styleId="af4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5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6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7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8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TOC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9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a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b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c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0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5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1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6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2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7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5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d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e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0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134</Words>
  <Characters>769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902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jihye hong</cp:lastModifiedBy>
  <cp:revision>2</cp:revision>
  <dcterms:created xsi:type="dcterms:W3CDTF">2013-12-23T23:15:00Z</dcterms:created>
  <dcterms:modified xsi:type="dcterms:W3CDTF">2026-10-01T15:59:00Z</dcterms:modified>
  <cp:category/>
</cp:coreProperties>
</file>