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AF7012" w14:paraId="024EBED4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1CC2F85F" w14:textId="77777777" w:rsidR="00AF7012" w:rsidRDefault="00AF7012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7EBF0C7B" w14:textId="77777777" w:rsidR="00AF7012" w:rsidRDefault="00AF7012"/>
        </w:tc>
      </w:tr>
    </w:tbl>
    <w:p w14:paraId="21FB6D1C" w14:textId="77777777" w:rsidR="00AF7012" w:rsidRDefault="00000000">
      <w:pPr>
        <w:spacing w:before="100" w:after="0"/>
        <w:rPr>
          <w:lang w:eastAsia="ko-KR"/>
        </w:rPr>
      </w:pPr>
      <w:r>
        <w:rPr>
          <w:b/>
          <w:color w:val="F17B63"/>
          <w:sz w:val="17"/>
          <w:lang w:eastAsia="ko-KR"/>
        </w:rPr>
        <w:t>READING LIST</w:t>
      </w:r>
    </w:p>
    <w:p w14:paraId="45959774" w14:textId="77777777" w:rsidR="00AF7012" w:rsidRDefault="00000000">
      <w:pPr>
        <w:spacing w:after="20"/>
        <w:rPr>
          <w:lang w:eastAsia="ko-KR"/>
        </w:rPr>
      </w:pPr>
      <w:r>
        <w:rPr>
          <w:b/>
          <w:color w:val="223454"/>
          <w:sz w:val="46"/>
          <w:lang w:eastAsia="ko-KR"/>
        </w:rPr>
        <w:t xml:space="preserve">독서 </w:t>
      </w:r>
      <w:proofErr w:type="spellStart"/>
      <w:r>
        <w:rPr>
          <w:b/>
          <w:color w:val="223454"/>
          <w:sz w:val="46"/>
          <w:lang w:eastAsia="ko-KR"/>
        </w:rPr>
        <w:t>목록표</w:t>
      </w:r>
      <w:proofErr w:type="spellEnd"/>
    </w:p>
    <w:p w14:paraId="16E0042D" w14:textId="77777777" w:rsidR="00AF7012" w:rsidRDefault="00000000">
      <w:pPr>
        <w:spacing w:after="80"/>
        <w:rPr>
          <w:lang w:eastAsia="ko-KR"/>
        </w:rPr>
      </w:pPr>
      <w:r>
        <w:rPr>
          <w:color w:val="6B7280"/>
          <w:lang w:eastAsia="ko-KR"/>
        </w:rPr>
        <w:t>읽은 책을 한눈에 기록하고 나만의 독서 목록을 완성해 보세요.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68"/>
        <w:gridCol w:w="3118"/>
        <w:gridCol w:w="1559"/>
        <w:gridCol w:w="4087"/>
      </w:tblGrid>
      <w:tr w:rsidR="00AF7012" w14:paraId="7907F5DB" w14:textId="77777777" w:rsidTr="00A849F0">
        <w:trPr>
          <w:trHeight w:hRule="exact" w:val="510"/>
        </w:trPr>
        <w:tc>
          <w:tcPr>
            <w:tcW w:w="16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B0CED51" w14:textId="77777777" w:rsidR="00AF7012" w:rsidRPr="00A849F0" w:rsidRDefault="00000000" w:rsidP="00A849F0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A849F0">
              <w:rPr>
                <w:b/>
                <w:color w:val="223454"/>
                <w:sz w:val="18"/>
                <w:szCs w:val="18"/>
              </w:rPr>
              <w:t>이름</w:t>
            </w:r>
            <w:proofErr w:type="spellEnd"/>
          </w:p>
        </w:tc>
        <w:tc>
          <w:tcPr>
            <w:tcW w:w="311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29F91465" w14:textId="77777777" w:rsidR="00AF7012" w:rsidRPr="00A849F0" w:rsidRDefault="00AF7012" w:rsidP="00A849F0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390239B" w14:textId="77777777" w:rsidR="00AF7012" w:rsidRPr="00A849F0" w:rsidRDefault="00000000" w:rsidP="00A849F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223454"/>
                <w:sz w:val="18"/>
                <w:szCs w:val="18"/>
              </w:rPr>
              <w:t>기간</w:t>
            </w:r>
          </w:p>
        </w:tc>
        <w:tc>
          <w:tcPr>
            <w:tcW w:w="408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BB2E4FF" w14:textId="1993D14E" w:rsidR="00AF7012" w:rsidRPr="00A849F0" w:rsidRDefault="00000000">
            <w:pPr>
              <w:spacing w:after="0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 xml:space="preserve">20 </w:t>
            </w:r>
            <w:r w:rsidR="00A849F0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A849F0">
              <w:rPr>
                <w:color w:val="223454"/>
                <w:sz w:val="18"/>
                <w:szCs w:val="18"/>
              </w:rPr>
              <w:t xml:space="preserve">    년</w:t>
            </w:r>
            <w:r w:rsidR="00A849F0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A849F0">
              <w:rPr>
                <w:color w:val="223454"/>
                <w:sz w:val="18"/>
                <w:szCs w:val="18"/>
              </w:rPr>
              <w:t xml:space="preserve">     </w:t>
            </w:r>
            <w:proofErr w:type="gramStart"/>
            <w:r w:rsidRPr="00A849F0">
              <w:rPr>
                <w:color w:val="223454"/>
                <w:sz w:val="18"/>
                <w:szCs w:val="18"/>
              </w:rPr>
              <w:t>월  ~</w:t>
            </w:r>
            <w:proofErr w:type="gramEnd"/>
            <w:r w:rsidRPr="00A849F0">
              <w:rPr>
                <w:color w:val="223454"/>
                <w:sz w:val="18"/>
                <w:szCs w:val="18"/>
              </w:rPr>
              <w:t xml:space="preserve">  20     년     월</w:t>
            </w:r>
          </w:p>
        </w:tc>
      </w:tr>
    </w:tbl>
    <w:p w14:paraId="416FCFFD" w14:textId="77777777" w:rsidR="00AF7012" w:rsidRDefault="00000000">
      <w:pPr>
        <w:spacing w:before="100" w:after="40"/>
      </w:pPr>
      <w:r>
        <w:rPr>
          <w:color w:val="F17B63"/>
        </w:rPr>
        <w:t xml:space="preserve">■ </w:t>
      </w:r>
      <w:proofErr w:type="spellStart"/>
      <w:r>
        <w:rPr>
          <w:b/>
          <w:color w:val="223454"/>
          <w:sz w:val="22"/>
        </w:rPr>
        <w:t>나의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독서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기록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490"/>
        <w:gridCol w:w="1490"/>
        <w:gridCol w:w="1490"/>
        <w:gridCol w:w="1490"/>
        <w:gridCol w:w="1490"/>
        <w:gridCol w:w="1490"/>
        <w:gridCol w:w="1490"/>
      </w:tblGrid>
      <w:tr w:rsidR="00AF7012" w14:paraId="737C8233" w14:textId="77777777" w:rsidTr="00A849F0">
        <w:trPr>
          <w:trHeight w:hRule="exact" w:val="449"/>
        </w:trPr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798AF972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번호</w:t>
            </w:r>
          </w:p>
        </w:tc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39070C4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책 제목</w:t>
            </w:r>
          </w:p>
        </w:tc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3742EDD7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글쓴이</w:t>
            </w:r>
          </w:p>
        </w:tc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DAB1465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읽은 날짜</w:t>
            </w:r>
          </w:p>
        </w:tc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473A1E83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분야</w:t>
            </w:r>
          </w:p>
        </w:tc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BB16DCB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별점</w:t>
            </w:r>
          </w:p>
        </w:tc>
        <w:tc>
          <w:tcPr>
            <w:tcW w:w="1490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00CDD54C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b/>
                <w:color w:val="FFFFFF"/>
                <w:sz w:val="18"/>
                <w:szCs w:val="18"/>
              </w:rPr>
              <w:t>한 줄 기록</w:t>
            </w:r>
          </w:p>
        </w:tc>
      </w:tr>
      <w:tr w:rsidR="00AF7012" w14:paraId="5CD8610E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A9BC436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C2F701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68A9B5C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E76E286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1DD212C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B4E5D70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8638454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67E06D74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4104E6B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2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09D5423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EB1808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A9CB5A1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8F09B43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1810E8B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179CA0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00B75898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7D3F859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3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9EB35D1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7C515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F495C34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C6342C8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705D14A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53AED8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66656A83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4CE7F10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4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0ED32FF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6CA501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A6F76A6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1276E2E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0BADD8A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BD1B04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11DF50D4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BB41D32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5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7D0FFC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7F21FE3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EBDF4B9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8622BF6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93D2C2D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AD4697B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0A91E935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F2C90E2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6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BBF0CF6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B61118E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5EB6CC6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3B8A8E5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E341F2C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09CCDDA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3572944A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AAC54E6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7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041A956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20A216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9B07276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1241759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0A07C2F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7C90286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55DE2943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7AFAAE9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8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93C5FD1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C34D774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23A40CD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FD4D322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2B4B750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9E94A90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22FB9DC5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6E1DCF6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9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1E6993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691AB20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D5ECF07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93928AB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0D9FBF7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A41663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49F1AA1D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9E0652F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10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0969504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BDF853B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9070CE9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E8736BC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44BC050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91D73D7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3D855D0D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717FE6A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11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E880737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89B999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5A1FCA5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2662C85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4C6B757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6747A52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672C28FD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04F9D94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12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95D1925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39A8D3E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B292D1C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5B45DBE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37D224E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299F3D7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31ADFD01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42D605C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13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D669DB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BA7FEDA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6E8DA9F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E17CF1E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2718513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80ACED7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636AB31B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ACFD33F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14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1E80775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D72D8D1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9F47E14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39588EE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AB2C6C3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77FF870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478E1D6B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F660B85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15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8D4B8B1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3BE5429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7AF9E61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75BE83F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BE9A022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CB1441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08ACD7C4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20B5D66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16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90AEF7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3927BA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59EAF94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3C2888D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8FD3D26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61FAFE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279B2F4B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9DE2450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17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A23EE0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F702C29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D5AE6A7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134F72A2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9ED5BC9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1E70AEE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4E426A76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7721A21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18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F611B36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B5DBB71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EC82D8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D64530F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CD3684E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5552392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0E7CC6D6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4FB0336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19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CB7205D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86138EB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4D184DB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4E2BE92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9B5A801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8FAF459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04486BF5" w14:textId="77777777" w:rsidTr="00A849F0">
        <w:trPr>
          <w:trHeight w:hRule="exact" w:val="487"/>
        </w:trPr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3E4C4AD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20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A59FEE2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993FC5E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D457AF0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7D8A2C64" w14:textId="77777777" w:rsidR="00AF7012" w:rsidRPr="00A849F0" w:rsidRDefault="00AF7012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8D5E50D" w14:textId="77777777" w:rsidR="00AF7012" w:rsidRPr="00A849F0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A849F0">
              <w:rPr>
                <w:color w:val="223454"/>
                <w:sz w:val="18"/>
                <w:szCs w:val="18"/>
              </w:rPr>
              <w:t>☆ ☆ ☆ ☆ ☆</w:t>
            </w:r>
          </w:p>
        </w:tc>
        <w:tc>
          <w:tcPr>
            <w:tcW w:w="14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0C0ECC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69624B6D" w14:textId="77777777" w:rsidR="00AF7012" w:rsidRDefault="00000000">
      <w:pPr>
        <w:spacing w:before="100" w:after="40"/>
      </w:pPr>
      <w:r>
        <w:rPr>
          <w:color w:val="F17B63"/>
        </w:rPr>
        <w:t xml:space="preserve">■ </w:t>
      </w:r>
      <w:r>
        <w:rPr>
          <w:b/>
          <w:color w:val="223454"/>
          <w:sz w:val="22"/>
        </w:rPr>
        <w:t>독서 돌아보기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AF7012" w14:paraId="62A27413" w14:textId="77777777" w:rsidTr="00A849F0">
        <w:trPr>
          <w:trHeight w:hRule="exact" w:val="51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AF48D7D" w14:textId="77777777" w:rsidR="00AF7012" w:rsidRPr="00A849F0" w:rsidRDefault="00000000">
            <w:pPr>
              <w:spacing w:after="0"/>
              <w:rPr>
                <w:sz w:val="18"/>
                <w:szCs w:val="18"/>
              </w:rPr>
            </w:pPr>
            <w:r w:rsidRPr="00A849F0">
              <w:rPr>
                <w:b/>
                <w:color w:val="223454"/>
                <w:sz w:val="18"/>
                <w:szCs w:val="18"/>
              </w:rPr>
              <w:t>읽은 책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2E4DCCA" w14:textId="77777777" w:rsidR="00AF7012" w:rsidRPr="00A849F0" w:rsidRDefault="00000000">
            <w:pPr>
              <w:spacing w:after="0"/>
              <w:rPr>
                <w:szCs w:val="16"/>
              </w:rPr>
            </w:pPr>
            <w:r w:rsidRPr="00A849F0">
              <w:rPr>
                <w:color w:val="223454"/>
                <w:szCs w:val="16"/>
              </w:rPr>
              <w:t>총          권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0F6E5E8" w14:textId="77777777" w:rsidR="00AF7012" w:rsidRPr="00A849F0" w:rsidRDefault="00000000">
            <w:pPr>
              <w:spacing w:after="0"/>
              <w:rPr>
                <w:sz w:val="18"/>
                <w:szCs w:val="18"/>
              </w:rPr>
            </w:pPr>
            <w:r w:rsidRPr="00A849F0">
              <w:rPr>
                <w:b/>
                <w:color w:val="223454"/>
                <w:sz w:val="18"/>
                <w:szCs w:val="18"/>
              </w:rPr>
              <w:t>가장 기억에 남는 책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ADEDBC8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  <w:tr w:rsidR="00AF7012" w14:paraId="13AC4C61" w14:textId="77777777" w:rsidTr="00A849F0">
        <w:trPr>
          <w:trHeight w:hRule="exact" w:val="514"/>
        </w:trPr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D4BF6BD" w14:textId="77777777" w:rsidR="00AF7012" w:rsidRPr="00A849F0" w:rsidRDefault="00000000">
            <w:pPr>
              <w:spacing w:after="0"/>
              <w:rPr>
                <w:sz w:val="18"/>
                <w:szCs w:val="18"/>
              </w:rPr>
            </w:pPr>
            <w:r w:rsidRPr="00A849F0">
              <w:rPr>
                <w:b/>
                <w:color w:val="223454"/>
                <w:sz w:val="18"/>
                <w:szCs w:val="18"/>
              </w:rPr>
              <w:t>다음에 읽고 싶은 책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6457179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11F0D5E" w14:textId="77777777" w:rsidR="00AF7012" w:rsidRPr="00A849F0" w:rsidRDefault="00000000">
            <w:pPr>
              <w:spacing w:after="0"/>
              <w:rPr>
                <w:sz w:val="18"/>
                <w:szCs w:val="18"/>
              </w:rPr>
            </w:pPr>
            <w:r w:rsidRPr="00A849F0">
              <w:rPr>
                <w:b/>
                <w:color w:val="223454"/>
                <w:sz w:val="18"/>
                <w:szCs w:val="18"/>
              </w:rPr>
              <w:t>나의 독서 목표</w:t>
            </w:r>
          </w:p>
        </w:tc>
        <w:tc>
          <w:tcPr>
            <w:tcW w:w="260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F50A3E5" w14:textId="77777777" w:rsidR="00AF7012" w:rsidRPr="00A849F0" w:rsidRDefault="00AF7012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53FAE3F4" w14:textId="77777777" w:rsidR="00AF7012" w:rsidRPr="00A849F0" w:rsidRDefault="00000000">
      <w:pPr>
        <w:spacing w:before="80" w:after="0"/>
        <w:jc w:val="center"/>
        <w:rPr>
          <w:szCs w:val="16"/>
        </w:rPr>
      </w:pPr>
      <w:r w:rsidRPr="00A849F0">
        <w:rPr>
          <w:color w:val="6B7280"/>
          <w:szCs w:val="16"/>
        </w:rPr>
        <w:t>EDUCATION BOX · edu.informationbox.kr</w:t>
      </w:r>
    </w:p>
    <w:sectPr w:rsidR="00AF7012" w:rsidRPr="00A849F0" w:rsidSect="00A849F0">
      <w:pgSz w:w="11906" w:h="16838"/>
      <w:pgMar w:top="851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0269566">
    <w:abstractNumId w:val="8"/>
  </w:num>
  <w:num w:numId="2" w16cid:durableId="1199397645">
    <w:abstractNumId w:val="6"/>
  </w:num>
  <w:num w:numId="3" w16cid:durableId="1963728897">
    <w:abstractNumId w:val="5"/>
  </w:num>
  <w:num w:numId="4" w16cid:durableId="1504513509">
    <w:abstractNumId w:val="4"/>
  </w:num>
  <w:num w:numId="5" w16cid:durableId="1054081751">
    <w:abstractNumId w:val="7"/>
  </w:num>
  <w:num w:numId="6" w16cid:durableId="1430006971">
    <w:abstractNumId w:val="3"/>
  </w:num>
  <w:num w:numId="7" w16cid:durableId="1082720753">
    <w:abstractNumId w:val="2"/>
  </w:num>
  <w:num w:numId="8" w16cid:durableId="1169559602">
    <w:abstractNumId w:val="1"/>
  </w:num>
  <w:num w:numId="9" w16cid:durableId="58268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849F0"/>
    <w:rsid w:val="00AA1D8D"/>
    <w:rsid w:val="00AF7012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EF0E74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6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2026-10-01T15:47:00Z</dcterms:modified>
  <cp:category/>
</cp:coreProperties>
</file>