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216"/>
        <w:gridCol w:w="5216"/>
      </w:tblGrid>
      <w:tr w:rsidR="00724B79" w14:paraId="1903E86C" w14:textId="77777777">
        <w:trPr>
          <w:trHeight w:hRule="exact" w:val="170"/>
        </w:trPr>
        <w:tc>
          <w:tcPr>
            <w:tcW w:w="5216" w:type="dxa"/>
            <w:tcBorders>
              <w:top w:val="single" w:sz="0" w:space="0" w:color="223454"/>
              <w:left w:val="single" w:sz="0" w:space="0" w:color="223454"/>
              <w:bottom w:val="single" w:sz="0" w:space="0" w:color="223454"/>
              <w:right w:val="single" w:sz="0" w:space="0" w:color="223454"/>
            </w:tcBorders>
            <w:shd w:val="clear" w:color="auto" w:fill="223454"/>
          </w:tcPr>
          <w:p w14:paraId="72F1DD9E" w14:textId="77777777" w:rsidR="00724B79" w:rsidRDefault="00724B79"/>
        </w:tc>
        <w:tc>
          <w:tcPr>
            <w:tcW w:w="5216" w:type="dxa"/>
            <w:tcBorders>
              <w:top w:val="single" w:sz="0" w:space="0" w:color="F17B63"/>
              <w:left w:val="single" w:sz="0" w:space="0" w:color="F17B63"/>
              <w:bottom w:val="single" w:sz="0" w:space="0" w:color="F17B63"/>
              <w:right w:val="single" w:sz="0" w:space="0" w:color="F17B63"/>
            </w:tcBorders>
            <w:shd w:val="clear" w:color="auto" w:fill="F17B63"/>
          </w:tcPr>
          <w:p w14:paraId="43CFE152" w14:textId="77777777" w:rsidR="00724B79" w:rsidRDefault="00724B79"/>
        </w:tc>
      </w:tr>
    </w:tbl>
    <w:p w14:paraId="45F844B6" w14:textId="77777777" w:rsidR="00724B79" w:rsidRDefault="00000000">
      <w:pPr>
        <w:spacing w:before="100" w:after="0"/>
      </w:pPr>
      <w:r>
        <w:rPr>
          <w:b/>
          <w:color w:val="F17B63"/>
        </w:rPr>
        <w:t>READING LOG</w:t>
      </w:r>
    </w:p>
    <w:p w14:paraId="6070CCE9" w14:textId="77777777" w:rsidR="00724B79" w:rsidRDefault="00000000">
      <w:pPr>
        <w:spacing w:after="60"/>
      </w:pPr>
      <w:r>
        <w:rPr>
          <w:b/>
          <w:color w:val="223454"/>
          <w:sz w:val="46"/>
        </w:rPr>
        <w:t>독서기록장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08"/>
        <w:gridCol w:w="2608"/>
        <w:gridCol w:w="2608"/>
        <w:gridCol w:w="2608"/>
      </w:tblGrid>
      <w:tr w:rsidR="00724B79" w14:paraId="3171899E" w14:textId="77777777">
        <w:trPr>
          <w:trHeight w:hRule="exact" w:val="510"/>
        </w:trPr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6271FBD5" w14:textId="77777777" w:rsidR="00724B79" w:rsidRPr="0086738B" w:rsidRDefault="00000000">
            <w:pPr>
              <w:spacing w:after="0"/>
              <w:rPr>
                <w:sz w:val="18"/>
                <w:szCs w:val="18"/>
              </w:rPr>
            </w:pPr>
            <w:r w:rsidRPr="0086738B">
              <w:rPr>
                <w:b/>
                <w:color w:val="223454"/>
                <w:sz w:val="18"/>
                <w:szCs w:val="18"/>
              </w:rPr>
              <w:t>책 제목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49D6F784" w14:textId="77777777" w:rsidR="00724B79" w:rsidRPr="0086738B" w:rsidRDefault="00724B79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56E25453" w14:textId="77777777" w:rsidR="00724B79" w:rsidRPr="0086738B" w:rsidRDefault="00000000">
            <w:pPr>
              <w:spacing w:after="0"/>
              <w:rPr>
                <w:sz w:val="18"/>
                <w:szCs w:val="18"/>
              </w:rPr>
            </w:pPr>
            <w:r w:rsidRPr="0086738B">
              <w:rPr>
                <w:b/>
                <w:color w:val="223454"/>
                <w:sz w:val="18"/>
                <w:szCs w:val="18"/>
              </w:rPr>
              <w:t>읽은 날짜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43C9D808" w14:textId="77777777" w:rsidR="00724B79" w:rsidRPr="0086738B" w:rsidRDefault="00724B79">
            <w:pPr>
              <w:spacing w:after="0"/>
              <w:rPr>
                <w:sz w:val="18"/>
                <w:szCs w:val="18"/>
              </w:rPr>
            </w:pPr>
          </w:p>
        </w:tc>
      </w:tr>
      <w:tr w:rsidR="00724B79" w14:paraId="7845EE87" w14:textId="77777777">
        <w:trPr>
          <w:trHeight w:hRule="exact" w:val="510"/>
        </w:trPr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6BB93CA6" w14:textId="77777777" w:rsidR="00724B79" w:rsidRPr="0086738B" w:rsidRDefault="00000000">
            <w:pPr>
              <w:spacing w:after="0"/>
              <w:rPr>
                <w:sz w:val="18"/>
                <w:szCs w:val="18"/>
              </w:rPr>
            </w:pPr>
            <w:r w:rsidRPr="0086738B">
              <w:rPr>
                <w:b/>
                <w:color w:val="223454"/>
                <w:sz w:val="18"/>
                <w:szCs w:val="18"/>
              </w:rPr>
              <w:t>글쓴이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3C58ACBB" w14:textId="77777777" w:rsidR="00724B79" w:rsidRPr="0086738B" w:rsidRDefault="00724B79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30E768A9" w14:textId="77777777" w:rsidR="00724B79" w:rsidRPr="0086738B" w:rsidRDefault="00000000">
            <w:pPr>
              <w:spacing w:after="0"/>
              <w:rPr>
                <w:sz w:val="18"/>
                <w:szCs w:val="18"/>
              </w:rPr>
            </w:pPr>
            <w:r w:rsidRPr="0086738B">
              <w:rPr>
                <w:b/>
                <w:color w:val="223454"/>
                <w:sz w:val="18"/>
                <w:szCs w:val="18"/>
              </w:rPr>
              <w:t>출판사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38A6F65C" w14:textId="77777777" w:rsidR="00724B79" w:rsidRPr="0086738B" w:rsidRDefault="00724B79">
            <w:pPr>
              <w:spacing w:after="0"/>
              <w:rPr>
                <w:sz w:val="18"/>
                <w:szCs w:val="18"/>
              </w:rPr>
            </w:pPr>
          </w:p>
        </w:tc>
      </w:tr>
      <w:tr w:rsidR="00724B79" w14:paraId="49C5146D" w14:textId="77777777">
        <w:trPr>
          <w:trHeight w:hRule="exact" w:val="510"/>
        </w:trPr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2DDC9958" w14:textId="77777777" w:rsidR="00724B79" w:rsidRPr="0086738B" w:rsidRDefault="00000000">
            <w:pPr>
              <w:spacing w:after="0"/>
              <w:rPr>
                <w:sz w:val="18"/>
                <w:szCs w:val="18"/>
              </w:rPr>
            </w:pPr>
            <w:r w:rsidRPr="0086738B">
              <w:rPr>
                <w:b/>
                <w:color w:val="223454"/>
                <w:sz w:val="18"/>
                <w:szCs w:val="18"/>
              </w:rPr>
              <w:t>읽은 사람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02F398D1" w14:textId="77777777" w:rsidR="00724B79" w:rsidRPr="0086738B" w:rsidRDefault="00724B79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563A4737" w14:textId="77777777" w:rsidR="00724B79" w:rsidRPr="0086738B" w:rsidRDefault="00000000">
            <w:pPr>
              <w:spacing w:after="0"/>
              <w:rPr>
                <w:sz w:val="18"/>
                <w:szCs w:val="18"/>
              </w:rPr>
            </w:pPr>
            <w:r w:rsidRPr="0086738B">
              <w:rPr>
                <w:b/>
                <w:color w:val="223454"/>
                <w:sz w:val="18"/>
                <w:szCs w:val="18"/>
              </w:rPr>
              <w:t>별점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14CAF927" w14:textId="77777777" w:rsidR="00724B79" w:rsidRPr="0086738B" w:rsidRDefault="00000000">
            <w:pPr>
              <w:spacing w:after="0"/>
              <w:rPr>
                <w:sz w:val="18"/>
                <w:szCs w:val="18"/>
              </w:rPr>
            </w:pPr>
            <w:r w:rsidRPr="0086738B">
              <w:rPr>
                <w:color w:val="223454"/>
                <w:sz w:val="18"/>
                <w:szCs w:val="18"/>
              </w:rPr>
              <w:t>☆ ☆ ☆ ☆ ☆</w:t>
            </w:r>
          </w:p>
        </w:tc>
      </w:tr>
    </w:tbl>
    <w:p w14:paraId="28AD6979" w14:textId="77777777" w:rsidR="00724B79" w:rsidRDefault="00000000">
      <w:pPr>
        <w:spacing w:before="80" w:after="40"/>
        <w:rPr>
          <w:lang w:eastAsia="ko-KR"/>
        </w:rPr>
      </w:pPr>
      <w:r>
        <w:rPr>
          <w:color w:val="F17B63"/>
          <w:sz w:val="16"/>
          <w:lang w:eastAsia="ko-KR"/>
        </w:rPr>
        <w:t xml:space="preserve">■ </w:t>
      </w:r>
      <w:r>
        <w:rPr>
          <w:b/>
          <w:color w:val="223454"/>
          <w:sz w:val="22"/>
          <w:lang w:eastAsia="ko-KR"/>
        </w:rPr>
        <w:t>책의 내용을 간단히 정리해요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32"/>
      </w:tblGrid>
      <w:tr w:rsidR="00724B79" w14:paraId="5A38DC5A" w14:textId="77777777">
        <w:trPr>
          <w:trHeight w:hRule="exact" w:val="1587"/>
        </w:trPr>
        <w:tc>
          <w:tcPr>
            <w:tcW w:w="1043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FB41290" w14:textId="77777777" w:rsidR="00724B79" w:rsidRPr="0086738B" w:rsidRDefault="00000000">
            <w:pPr>
              <w:spacing w:after="0"/>
              <w:rPr>
                <w:sz w:val="16"/>
                <w:szCs w:val="16"/>
                <w:lang w:eastAsia="ko-KR"/>
              </w:rPr>
            </w:pPr>
            <w:r w:rsidRPr="0086738B">
              <w:rPr>
                <w:color w:val="6B7280"/>
                <w:sz w:val="16"/>
                <w:szCs w:val="16"/>
                <w:lang w:eastAsia="ko-KR"/>
              </w:rPr>
              <w:t>책에서 어떤 일이 있었는지 중요한 내용을 적어 보세요.</w:t>
            </w:r>
          </w:p>
        </w:tc>
      </w:tr>
    </w:tbl>
    <w:p w14:paraId="526A51D2" w14:textId="77777777" w:rsidR="00724B79" w:rsidRDefault="00000000">
      <w:pPr>
        <w:spacing w:before="80" w:after="40"/>
      </w:pPr>
      <w:r>
        <w:rPr>
          <w:color w:val="F17B63"/>
          <w:sz w:val="16"/>
        </w:rPr>
        <w:t xml:space="preserve">■ </w:t>
      </w:r>
      <w:proofErr w:type="spellStart"/>
      <w:r>
        <w:rPr>
          <w:b/>
          <w:color w:val="223454"/>
          <w:sz w:val="22"/>
        </w:rPr>
        <w:t>가장</w:t>
      </w:r>
      <w:proofErr w:type="spellEnd"/>
      <w:r>
        <w:rPr>
          <w:b/>
          <w:color w:val="223454"/>
          <w:sz w:val="22"/>
        </w:rPr>
        <w:t xml:space="preserve"> </w:t>
      </w:r>
      <w:proofErr w:type="spellStart"/>
      <w:r>
        <w:rPr>
          <w:b/>
          <w:color w:val="223454"/>
          <w:sz w:val="22"/>
        </w:rPr>
        <w:t>기억에</w:t>
      </w:r>
      <w:proofErr w:type="spellEnd"/>
      <w:r>
        <w:rPr>
          <w:b/>
          <w:color w:val="223454"/>
          <w:sz w:val="22"/>
        </w:rPr>
        <w:t xml:space="preserve"> </w:t>
      </w:r>
      <w:proofErr w:type="spellStart"/>
      <w:r>
        <w:rPr>
          <w:b/>
          <w:color w:val="223454"/>
          <w:sz w:val="22"/>
        </w:rPr>
        <w:t>남는</w:t>
      </w:r>
      <w:proofErr w:type="spellEnd"/>
      <w:r>
        <w:rPr>
          <w:b/>
          <w:color w:val="223454"/>
          <w:sz w:val="22"/>
        </w:rPr>
        <w:t xml:space="preserve"> 장면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6"/>
        <w:gridCol w:w="5216"/>
      </w:tblGrid>
      <w:tr w:rsidR="00724B79" w14:paraId="59F679A4" w14:textId="77777777">
        <w:trPr>
          <w:trHeight w:hRule="exact" w:val="1984"/>
        </w:trPr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3D1B90F" w14:textId="77777777" w:rsidR="00724B79" w:rsidRPr="0086738B" w:rsidRDefault="00000000">
            <w:pPr>
              <w:spacing w:after="0"/>
              <w:jc w:val="center"/>
              <w:rPr>
                <w:sz w:val="16"/>
                <w:szCs w:val="16"/>
                <w:lang w:eastAsia="ko-KR"/>
              </w:rPr>
            </w:pPr>
            <w:r w:rsidRPr="0086738B">
              <w:rPr>
                <w:color w:val="6B7280"/>
                <w:sz w:val="16"/>
                <w:szCs w:val="16"/>
                <w:lang w:eastAsia="ko-KR"/>
              </w:rPr>
              <w:t>그림을 그리거나 내용을 적어 보세요.</w:t>
            </w:r>
          </w:p>
        </w:tc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FB55123" w14:textId="77777777" w:rsidR="00724B79" w:rsidRPr="0086738B" w:rsidRDefault="00000000">
            <w:pPr>
              <w:spacing w:after="0"/>
              <w:jc w:val="center"/>
              <w:rPr>
                <w:sz w:val="16"/>
                <w:szCs w:val="16"/>
                <w:lang w:eastAsia="ko-KR"/>
              </w:rPr>
            </w:pPr>
            <w:r w:rsidRPr="0086738B">
              <w:rPr>
                <w:color w:val="6B7280"/>
                <w:sz w:val="16"/>
                <w:szCs w:val="16"/>
                <w:lang w:eastAsia="ko-KR"/>
              </w:rPr>
              <w:t>그림을 그리거나 내용을 적어 보세요.</w:t>
            </w:r>
          </w:p>
        </w:tc>
      </w:tr>
    </w:tbl>
    <w:p w14:paraId="5FA55ED2" w14:textId="77777777" w:rsidR="00724B79" w:rsidRDefault="00000000">
      <w:pPr>
        <w:spacing w:before="80" w:after="40"/>
      </w:pPr>
      <w:r>
        <w:rPr>
          <w:color w:val="F17B63"/>
          <w:sz w:val="16"/>
        </w:rPr>
        <w:t xml:space="preserve">■ </w:t>
      </w:r>
      <w:proofErr w:type="spellStart"/>
      <w:r>
        <w:rPr>
          <w:b/>
          <w:color w:val="223454"/>
          <w:sz w:val="22"/>
        </w:rPr>
        <w:t>기억에</w:t>
      </w:r>
      <w:proofErr w:type="spellEnd"/>
      <w:r>
        <w:rPr>
          <w:b/>
          <w:color w:val="223454"/>
          <w:sz w:val="22"/>
        </w:rPr>
        <w:t xml:space="preserve"> </w:t>
      </w:r>
      <w:proofErr w:type="spellStart"/>
      <w:r>
        <w:rPr>
          <w:b/>
          <w:color w:val="223454"/>
          <w:sz w:val="22"/>
        </w:rPr>
        <w:t>남는</w:t>
      </w:r>
      <w:proofErr w:type="spellEnd"/>
      <w:r>
        <w:rPr>
          <w:b/>
          <w:color w:val="223454"/>
          <w:sz w:val="22"/>
        </w:rPr>
        <w:t xml:space="preserve"> </w:t>
      </w:r>
      <w:proofErr w:type="spellStart"/>
      <w:r>
        <w:rPr>
          <w:b/>
          <w:color w:val="223454"/>
          <w:sz w:val="22"/>
        </w:rPr>
        <w:t>문장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10432"/>
      </w:tblGrid>
      <w:tr w:rsidR="00724B79" w14:paraId="5FF8F722" w14:textId="77777777">
        <w:trPr>
          <w:trHeight w:hRule="exact" w:val="1020"/>
        </w:trPr>
        <w:tc>
          <w:tcPr>
            <w:tcW w:w="1043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6337AC0" w14:textId="77777777" w:rsidR="00724B79" w:rsidRPr="0086738B" w:rsidRDefault="00000000">
            <w:pPr>
              <w:spacing w:after="0"/>
              <w:rPr>
                <w:sz w:val="16"/>
                <w:szCs w:val="16"/>
                <w:lang w:eastAsia="ko-KR"/>
              </w:rPr>
            </w:pPr>
            <w:r w:rsidRPr="0086738B">
              <w:rPr>
                <w:color w:val="6B7280"/>
                <w:sz w:val="16"/>
                <w:szCs w:val="16"/>
                <w:lang w:eastAsia="ko-KR"/>
              </w:rPr>
              <w:t>책에서 마음에 남은 문장이나 표현을 적어 보세요.</w:t>
            </w:r>
          </w:p>
        </w:tc>
      </w:tr>
    </w:tbl>
    <w:p w14:paraId="6D2DB5F4" w14:textId="77777777" w:rsidR="00724B79" w:rsidRDefault="00000000">
      <w:pPr>
        <w:spacing w:before="80" w:after="40"/>
      </w:pPr>
      <w:r>
        <w:rPr>
          <w:color w:val="F17B63"/>
          <w:sz w:val="16"/>
        </w:rPr>
        <w:t xml:space="preserve">■ </w:t>
      </w:r>
      <w:proofErr w:type="spellStart"/>
      <w:r>
        <w:rPr>
          <w:b/>
          <w:color w:val="223454"/>
          <w:sz w:val="22"/>
        </w:rPr>
        <w:t>책을</w:t>
      </w:r>
      <w:proofErr w:type="spellEnd"/>
      <w:r>
        <w:rPr>
          <w:b/>
          <w:color w:val="223454"/>
          <w:sz w:val="22"/>
        </w:rPr>
        <w:t xml:space="preserve"> </w:t>
      </w:r>
      <w:proofErr w:type="spellStart"/>
      <w:r>
        <w:rPr>
          <w:b/>
          <w:color w:val="223454"/>
          <w:sz w:val="22"/>
        </w:rPr>
        <w:t>읽고</w:t>
      </w:r>
      <w:proofErr w:type="spellEnd"/>
      <w:r>
        <w:rPr>
          <w:b/>
          <w:color w:val="223454"/>
          <w:sz w:val="22"/>
        </w:rPr>
        <w:t xml:space="preserve"> 든 </w:t>
      </w:r>
      <w:proofErr w:type="spellStart"/>
      <w:r>
        <w:rPr>
          <w:b/>
          <w:color w:val="223454"/>
          <w:sz w:val="22"/>
        </w:rPr>
        <w:t>생각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10432"/>
      </w:tblGrid>
      <w:tr w:rsidR="00724B79" w14:paraId="5A4C1AA1" w14:textId="77777777">
        <w:trPr>
          <w:trHeight w:hRule="exact" w:val="1644"/>
        </w:trPr>
        <w:tc>
          <w:tcPr>
            <w:tcW w:w="1043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DAA5358" w14:textId="77777777" w:rsidR="00724B79" w:rsidRPr="0086738B" w:rsidRDefault="00000000">
            <w:pPr>
              <w:spacing w:after="0"/>
              <w:rPr>
                <w:sz w:val="16"/>
                <w:szCs w:val="16"/>
                <w:lang w:eastAsia="ko-KR"/>
              </w:rPr>
            </w:pPr>
            <w:r w:rsidRPr="0086738B">
              <w:rPr>
                <w:color w:val="6B7280"/>
                <w:sz w:val="16"/>
                <w:szCs w:val="16"/>
                <w:lang w:eastAsia="ko-KR"/>
              </w:rPr>
              <w:t>재미있었던 점, 새롭게 알게 된 점, 느낀 점을 자유롭게 적어 보세요.</w:t>
            </w:r>
          </w:p>
        </w:tc>
      </w:tr>
    </w:tbl>
    <w:p w14:paraId="34A66D27" w14:textId="77777777" w:rsidR="00724B79" w:rsidRDefault="00000000">
      <w:pPr>
        <w:spacing w:before="80" w:after="40"/>
      </w:pPr>
      <w:r>
        <w:rPr>
          <w:color w:val="F17B63"/>
          <w:sz w:val="16"/>
        </w:rPr>
        <w:t xml:space="preserve">■ </w:t>
      </w:r>
      <w:r>
        <w:rPr>
          <w:b/>
          <w:color w:val="223454"/>
          <w:sz w:val="22"/>
        </w:rPr>
        <w:t xml:space="preserve">한 줄 </w:t>
      </w:r>
      <w:proofErr w:type="spellStart"/>
      <w:r>
        <w:rPr>
          <w:b/>
          <w:color w:val="223454"/>
          <w:sz w:val="22"/>
        </w:rPr>
        <w:t>독서평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5216"/>
        <w:gridCol w:w="5216"/>
      </w:tblGrid>
      <w:tr w:rsidR="00724B79" w14:paraId="3F926B79" w14:textId="77777777">
        <w:trPr>
          <w:trHeight w:hRule="exact" w:val="624"/>
        </w:trPr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6FB642C3" w14:textId="77777777" w:rsidR="00724B79" w:rsidRPr="0086738B" w:rsidRDefault="00000000">
            <w:pPr>
              <w:spacing w:after="0"/>
              <w:rPr>
                <w:sz w:val="18"/>
                <w:szCs w:val="18"/>
              </w:rPr>
            </w:pPr>
            <w:r w:rsidRPr="0086738B">
              <w:rPr>
                <w:b/>
                <w:color w:val="223454"/>
                <w:sz w:val="18"/>
                <w:szCs w:val="18"/>
              </w:rPr>
              <w:t>이 책을 한마디로!</w:t>
            </w:r>
          </w:p>
        </w:tc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3E2C2BA0" w14:textId="77777777" w:rsidR="00724B79" w:rsidRDefault="00724B79">
            <w:pPr>
              <w:spacing w:after="0"/>
            </w:pPr>
          </w:p>
        </w:tc>
      </w:tr>
    </w:tbl>
    <w:p w14:paraId="6F31CC55" w14:textId="77777777" w:rsidR="00724B79" w:rsidRPr="0086738B" w:rsidRDefault="00000000">
      <w:pPr>
        <w:spacing w:before="60" w:after="0"/>
        <w:jc w:val="center"/>
        <w:rPr>
          <w:sz w:val="16"/>
          <w:szCs w:val="16"/>
        </w:rPr>
      </w:pPr>
      <w:r w:rsidRPr="0086738B">
        <w:rPr>
          <w:color w:val="6B7280"/>
          <w:sz w:val="16"/>
          <w:szCs w:val="16"/>
        </w:rPr>
        <w:t>EDUCATION BOX · edu.informationbox.kr</w:t>
      </w:r>
    </w:p>
    <w:sectPr w:rsidR="00724B79" w:rsidRPr="0086738B" w:rsidSect="0086738B">
      <w:pgSz w:w="11906" w:h="16838"/>
      <w:pgMar w:top="851" w:right="737" w:bottom="510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1263756">
    <w:abstractNumId w:val="8"/>
  </w:num>
  <w:num w:numId="2" w16cid:durableId="600376491">
    <w:abstractNumId w:val="6"/>
  </w:num>
  <w:num w:numId="3" w16cid:durableId="902720685">
    <w:abstractNumId w:val="5"/>
  </w:num>
  <w:num w:numId="4" w16cid:durableId="1826773274">
    <w:abstractNumId w:val="4"/>
  </w:num>
  <w:num w:numId="5" w16cid:durableId="166949120">
    <w:abstractNumId w:val="7"/>
  </w:num>
  <w:num w:numId="6" w16cid:durableId="180096002">
    <w:abstractNumId w:val="3"/>
  </w:num>
  <w:num w:numId="7" w16cid:durableId="1976980702">
    <w:abstractNumId w:val="2"/>
  </w:num>
  <w:num w:numId="8" w16cid:durableId="1595937658">
    <w:abstractNumId w:val="1"/>
  </w:num>
  <w:num w:numId="9" w16cid:durableId="1434126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24B79"/>
    <w:rsid w:val="0086738B"/>
    <w:rsid w:val="00AA1D8D"/>
    <w:rsid w:val="00B47730"/>
    <w:rsid w:val="00BA402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940EEB"/>
  <w14:defaultImageDpi w14:val="300"/>
  <w15:docId w15:val="{A28457E8-BA15-4DC5-92EC-A1A6A6B9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17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2</cp:revision>
  <dcterms:created xsi:type="dcterms:W3CDTF">2013-12-23T23:15:00Z</dcterms:created>
  <dcterms:modified xsi:type="dcterms:W3CDTF">2026-10-01T15:21:00Z</dcterms:modified>
  <cp:category/>
</cp:coreProperties>
</file>