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C94B8E" w14:paraId="6FA2613E" w14:textId="77777777">
        <w:trPr>
          <w:trHeight w:hRule="exact" w:val="170"/>
        </w:trPr>
        <w:tc>
          <w:tcPr>
            <w:tcW w:w="5216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390BF38E" w14:textId="77777777" w:rsidR="00C94B8E" w:rsidRDefault="00C94B8E"/>
        </w:tc>
        <w:tc>
          <w:tcPr>
            <w:tcW w:w="5216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1A8B5E03" w14:textId="77777777" w:rsidR="00C94B8E" w:rsidRDefault="00C94B8E"/>
        </w:tc>
      </w:tr>
    </w:tbl>
    <w:p w14:paraId="437984A7" w14:textId="77777777" w:rsidR="00C94B8E" w:rsidRDefault="00000000">
      <w:pPr>
        <w:spacing w:before="100" w:after="0"/>
      </w:pPr>
      <w:r>
        <w:rPr>
          <w:b/>
          <w:color w:val="F17B63"/>
        </w:rPr>
        <w:t>BOOK REPORT</w:t>
      </w:r>
    </w:p>
    <w:p w14:paraId="27E2E1B2" w14:textId="77777777" w:rsidR="00C94B8E" w:rsidRDefault="00000000">
      <w:pPr>
        <w:spacing w:after="60"/>
      </w:pPr>
      <w:r>
        <w:rPr>
          <w:b/>
          <w:color w:val="223454"/>
          <w:sz w:val="46"/>
        </w:rPr>
        <w:t>독서록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C94B8E" w14:paraId="171428E5" w14:textId="77777777">
        <w:trPr>
          <w:trHeight w:hRule="exact" w:val="510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5F93A23" w14:textId="77777777" w:rsidR="00C94B8E" w:rsidRPr="000E1F1B" w:rsidRDefault="00000000">
            <w:pPr>
              <w:spacing w:after="0"/>
              <w:rPr>
                <w:sz w:val="18"/>
                <w:szCs w:val="18"/>
              </w:rPr>
            </w:pPr>
            <w:r w:rsidRPr="000E1F1B">
              <w:rPr>
                <w:b/>
                <w:color w:val="223454"/>
                <w:sz w:val="18"/>
                <w:szCs w:val="18"/>
              </w:rPr>
              <w:t>책 제목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5382DB4" w14:textId="77777777" w:rsidR="00C94B8E" w:rsidRPr="000E1F1B" w:rsidRDefault="00C94B8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73E15D3" w14:textId="77777777" w:rsidR="00C94B8E" w:rsidRPr="000E1F1B" w:rsidRDefault="00000000">
            <w:pPr>
              <w:spacing w:after="0"/>
              <w:rPr>
                <w:sz w:val="18"/>
                <w:szCs w:val="18"/>
              </w:rPr>
            </w:pPr>
            <w:r w:rsidRPr="000E1F1B">
              <w:rPr>
                <w:b/>
                <w:color w:val="223454"/>
                <w:sz w:val="18"/>
                <w:szCs w:val="18"/>
              </w:rPr>
              <w:t>읽은 날짜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3D82BC7" w14:textId="77777777" w:rsidR="00C94B8E" w:rsidRPr="000E1F1B" w:rsidRDefault="00C94B8E">
            <w:pPr>
              <w:spacing w:after="0"/>
              <w:rPr>
                <w:sz w:val="18"/>
                <w:szCs w:val="18"/>
              </w:rPr>
            </w:pPr>
          </w:p>
        </w:tc>
      </w:tr>
      <w:tr w:rsidR="00C94B8E" w14:paraId="16E10B3E" w14:textId="77777777">
        <w:trPr>
          <w:trHeight w:hRule="exact" w:val="510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B71841F" w14:textId="77777777" w:rsidR="00C94B8E" w:rsidRPr="000E1F1B" w:rsidRDefault="00000000">
            <w:pPr>
              <w:spacing w:after="0"/>
              <w:rPr>
                <w:sz w:val="18"/>
                <w:szCs w:val="18"/>
              </w:rPr>
            </w:pPr>
            <w:r w:rsidRPr="000E1F1B">
              <w:rPr>
                <w:b/>
                <w:color w:val="223454"/>
                <w:sz w:val="18"/>
                <w:szCs w:val="18"/>
              </w:rPr>
              <w:t>글쓴이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CE69C89" w14:textId="77777777" w:rsidR="00C94B8E" w:rsidRPr="000E1F1B" w:rsidRDefault="00C94B8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610169A" w14:textId="77777777" w:rsidR="00C94B8E" w:rsidRPr="000E1F1B" w:rsidRDefault="00000000">
            <w:pPr>
              <w:spacing w:after="0"/>
              <w:rPr>
                <w:sz w:val="18"/>
                <w:szCs w:val="18"/>
              </w:rPr>
            </w:pPr>
            <w:r w:rsidRPr="000E1F1B">
              <w:rPr>
                <w:b/>
                <w:color w:val="223454"/>
                <w:sz w:val="18"/>
                <w:szCs w:val="18"/>
              </w:rPr>
              <w:t>출판사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23FDBD2" w14:textId="77777777" w:rsidR="00C94B8E" w:rsidRPr="000E1F1B" w:rsidRDefault="00C94B8E">
            <w:pPr>
              <w:spacing w:after="0"/>
              <w:rPr>
                <w:sz w:val="18"/>
                <w:szCs w:val="18"/>
              </w:rPr>
            </w:pPr>
          </w:p>
        </w:tc>
      </w:tr>
      <w:tr w:rsidR="00C94B8E" w14:paraId="0D6E5559" w14:textId="77777777">
        <w:trPr>
          <w:trHeight w:hRule="exact" w:val="510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278F80E" w14:textId="77777777" w:rsidR="00C94B8E" w:rsidRPr="000E1F1B" w:rsidRDefault="00000000">
            <w:pPr>
              <w:spacing w:after="0"/>
              <w:rPr>
                <w:sz w:val="18"/>
                <w:szCs w:val="18"/>
              </w:rPr>
            </w:pPr>
            <w:r w:rsidRPr="000E1F1B">
              <w:rPr>
                <w:b/>
                <w:color w:val="223454"/>
                <w:sz w:val="18"/>
                <w:szCs w:val="18"/>
              </w:rPr>
              <w:t>이름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5D10336" w14:textId="77777777" w:rsidR="00C94B8E" w:rsidRPr="000E1F1B" w:rsidRDefault="00C94B8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E74E517" w14:textId="77777777" w:rsidR="00C94B8E" w:rsidRPr="000E1F1B" w:rsidRDefault="00000000">
            <w:pPr>
              <w:spacing w:after="0"/>
              <w:rPr>
                <w:sz w:val="18"/>
                <w:szCs w:val="18"/>
              </w:rPr>
            </w:pPr>
            <w:r w:rsidRPr="000E1F1B">
              <w:rPr>
                <w:b/>
                <w:color w:val="223454"/>
                <w:sz w:val="18"/>
                <w:szCs w:val="18"/>
              </w:rPr>
              <w:t>별점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5857F38" w14:textId="77777777" w:rsidR="00C94B8E" w:rsidRPr="000E1F1B" w:rsidRDefault="00000000">
            <w:pPr>
              <w:spacing w:after="0"/>
              <w:rPr>
                <w:sz w:val="18"/>
                <w:szCs w:val="18"/>
              </w:rPr>
            </w:pPr>
            <w:r w:rsidRPr="000E1F1B">
              <w:rPr>
                <w:color w:val="223454"/>
                <w:sz w:val="18"/>
                <w:szCs w:val="18"/>
              </w:rPr>
              <w:t>☆ ☆ ☆ ☆ ☆</w:t>
            </w:r>
          </w:p>
        </w:tc>
      </w:tr>
    </w:tbl>
    <w:p w14:paraId="5CCCEE2E" w14:textId="77777777" w:rsidR="00C94B8E" w:rsidRDefault="00000000">
      <w:pPr>
        <w:spacing w:before="80" w:after="40"/>
        <w:rPr>
          <w:lang w:eastAsia="ko-KR"/>
        </w:rPr>
      </w:pPr>
      <w:r>
        <w:rPr>
          <w:color w:val="F17B63"/>
          <w:sz w:val="16"/>
          <w:lang w:eastAsia="ko-KR"/>
        </w:rPr>
        <w:t xml:space="preserve">■ </w:t>
      </w:r>
      <w:r>
        <w:rPr>
          <w:b/>
          <w:color w:val="223454"/>
          <w:sz w:val="22"/>
          <w:lang w:eastAsia="ko-KR"/>
        </w:rPr>
        <w:t>이 책은 어떤 이야기인가요?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32"/>
      </w:tblGrid>
      <w:tr w:rsidR="00C94B8E" w14:paraId="19E5597C" w14:textId="77777777">
        <w:trPr>
          <w:trHeight w:hRule="exact" w:val="1701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CDA330D" w14:textId="77777777" w:rsidR="00C94B8E" w:rsidRPr="000E1F1B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0E1F1B">
              <w:rPr>
                <w:color w:val="6B7280"/>
                <w:sz w:val="16"/>
                <w:szCs w:val="16"/>
                <w:lang w:eastAsia="ko-KR"/>
              </w:rPr>
              <w:t>처음 · 가운데 · 끝의 중요한 내용을 생각하며 줄거리를 적어 보세요.</w:t>
            </w:r>
          </w:p>
        </w:tc>
      </w:tr>
    </w:tbl>
    <w:p w14:paraId="0EA6A2C5" w14:textId="77777777" w:rsidR="00C94B8E" w:rsidRDefault="00000000">
      <w:pPr>
        <w:spacing w:before="8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가장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기억에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남는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장면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C94B8E" w14:paraId="4ECEED69" w14:textId="77777777">
        <w:trPr>
          <w:trHeight w:hRule="exact" w:val="1928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9BF264D" w14:textId="77777777" w:rsidR="00C94B8E" w:rsidRPr="000E1F1B" w:rsidRDefault="00000000">
            <w:pPr>
              <w:spacing w:after="0"/>
              <w:jc w:val="center"/>
              <w:rPr>
                <w:sz w:val="16"/>
                <w:szCs w:val="16"/>
                <w:lang w:eastAsia="ko-KR"/>
              </w:rPr>
            </w:pPr>
            <w:r w:rsidRPr="000E1F1B">
              <w:rPr>
                <w:color w:val="6B7280"/>
                <w:sz w:val="16"/>
                <w:szCs w:val="16"/>
                <w:lang w:eastAsia="ko-KR"/>
              </w:rPr>
              <w:t>그림으로 표현해 보세요.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52D1D6F" w14:textId="77777777" w:rsidR="00C94B8E" w:rsidRPr="000E1F1B" w:rsidRDefault="00000000">
            <w:pPr>
              <w:spacing w:after="0"/>
              <w:jc w:val="center"/>
              <w:rPr>
                <w:sz w:val="16"/>
                <w:szCs w:val="16"/>
                <w:lang w:eastAsia="ko-KR"/>
              </w:rPr>
            </w:pPr>
            <w:r w:rsidRPr="000E1F1B">
              <w:rPr>
                <w:color w:val="6B7280"/>
                <w:sz w:val="16"/>
                <w:szCs w:val="16"/>
                <w:lang w:eastAsia="ko-KR"/>
              </w:rPr>
              <w:t>어떤 장면인지 설명해 보세요.</w:t>
            </w:r>
          </w:p>
        </w:tc>
      </w:tr>
    </w:tbl>
    <w:p w14:paraId="7376B6EC" w14:textId="77777777" w:rsidR="00C94B8E" w:rsidRDefault="00000000">
      <w:pPr>
        <w:spacing w:before="80" w:after="40"/>
        <w:rPr>
          <w:lang w:eastAsia="ko-KR"/>
        </w:rPr>
      </w:pPr>
      <w:r>
        <w:rPr>
          <w:color w:val="F17B63"/>
          <w:sz w:val="16"/>
          <w:lang w:eastAsia="ko-KR"/>
        </w:rPr>
        <w:t xml:space="preserve">■ </w:t>
      </w:r>
      <w:r>
        <w:rPr>
          <w:b/>
          <w:color w:val="223454"/>
          <w:sz w:val="22"/>
          <w:lang w:eastAsia="ko-KR"/>
        </w:rPr>
        <w:t>등장인물에게 하고 싶은 말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32"/>
      </w:tblGrid>
      <w:tr w:rsidR="00C94B8E" w14:paraId="405FD525" w14:textId="77777777">
        <w:trPr>
          <w:trHeight w:hRule="exact" w:val="1247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C547D83" w14:textId="77777777" w:rsidR="00C94B8E" w:rsidRPr="000E1F1B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0E1F1B">
              <w:rPr>
                <w:color w:val="6B7280"/>
                <w:sz w:val="16"/>
                <w:szCs w:val="16"/>
                <w:lang w:eastAsia="ko-KR"/>
              </w:rPr>
              <w:t>마음에 남은 등장인물을 골라 하고 싶은 말을 적어 보세요.</w:t>
            </w:r>
          </w:p>
        </w:tc>
      </w:tr>
    </w:tbl>
    <w:p w14:paraId="3780BC04" w14:textId="77777777" w:rsidR="00C94B8E" w:rsidRDefault="00000000">
      <w:pPr>
        <w:spacing w:before="8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책을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읽고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생각한</w:t>
      </w:r>
      <w:proofErr w:type="spellEnd"/>
      <w:r>
        <w:rPr>
          <w:b/>
          <w:color w:val="223454"/>
          <w:sz w:val="22"/>
        </w:rPr>
        <w:t xml:space="preserve"> 점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32"/>
      </w:tblGrid>
      <w:tr w:rsidR="00C94B8E" w14:paraId="505CB862" w14:textId="77777777">
        <w:trPr>
          <w:trHeight w:hRule="exact" w:val="1757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0B9BB8B" w14:textId="77777777" w:rsidR="00C94B8E" w:rsidRPr="000E1F1B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0E1F1B">
              <w:rPr>
                <w:color w:val="6B7280"/>
                <w:sz w:val="16"/>
                <w:szCs w:val="16"/>
                <w:lang w:eastAsia="ko-KR"/>
              </w:rPr>
              <w:t>느낀 점, 새롭게 알게 된 점, 내 경험과 비슷했던 점 등을 자유롭게 적어 보세요.</w:t>
            </w:r>
          </w:p>
        </w:tc>
      </w:tr>
    </w:tbl>
    <w:p w14:paraId="101A6F3B" w14:textId="77777777" w:rsidR="00C94B8E" w:rsidRDefault="00000000">
      <w:pPr>
        <w:spacing w:before="8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 xml:space="preserve">한 줄 </w:t>
      </w:r>
      <w:proofErr w:type="spellStart"/>
      <w:r>
        <w:rPr>
          <w:b/>
          <w:color w:val="223454"/>
          <w:sz w:val="22"/>
        </w:rPr>
        <w:t>독서평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C94B8E" w14:paraId="3DCE101E" w14:textId="77777777">
        <w:trPr>
          <w:trHeight w:hRule="exact" w:val="624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129E5ED" w14:textId="77777777" w:rsidR="00C94B8E" w:rsidRPr="000E1F1B" w:rsidRDefault="00000000">
            <w:pPr>
              <w:spacing w:after="0"/>
              <w:rPr>
                <w:sz w:val="18"/>
                <w:szCs w:val="18"/>
                <w:lang w:eastAsia="ko-KR"/>
              </w:rPr>
            </w:pPr>
            <w:r w:rsidRPr="000E1F1B">
              <w:rPr>
                <w:b/>
                <w:color w:val="223454"/>
                <w:sz w:val="18"/>
                <w:szCs w:val="18"/>
                <w:lang w:eastAsia="ko-KR"/>
              </w:rPr>
              <w:t>친구에게 이 책을 소개한다면?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F66977B" w14:textId="77777777" w:rsidR="00C94B8E" w:rsidRDefault="00C94B8E">
            <w:pPr>
              <w:spacing w:after="0"/>
              <w:rPr>
                <w:lang w:eastAsia="ko-KR"/>
              </w:rPr>
            </w:pPr>
          </w:p>
        </w:tc>
      </w:tr>
    </w:tbl>
    <w:p w14:paraId="254D1ED9" w14:textId="77777777" w:rsidR="00C94B8E" w:rsidRPr="000E1F1B" w:rsidRDefault="00000000">
      <w:pPr>
        <w:spacing w:before="60" w:after="0"/>
        <w:jc w:val="center"/>
        <w:rPr>
          <w:sz w:val="16"/>
          <w:szCs w:val="16"/>
        </w:rPr>
      </w:pPr>
      <w:r w:rsidRPr="000E1F1B">
        <w:rPr>
          <w:color w:val="6B7280"/>
          <w:sz w:val="16"/>
          <w:szCs w:val="16"/>
        </w:rPr>
        <w:t>EDUCATION BOX · edu.informationbox.kr</w:t>
      </w:r>
    </w:p>
    <w:sectPr w:rsidR="00C94B8E" w:rsidRPr="000E1F1B" w:rsidSect="00F84F6D">
      <w:pgSz w:w="11906" w:h="16838"/>
      <w:pgMar w:top="993" w:right="737" w:bottom="510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B3D5D" w14:textId="77777777" w:rsidR="00092BFF" w:rsidRDefault="00092BFF" w:rsidP="000E1F1B">
      <w:pPr>
        <w:spacing w:after="0" w:line="240" w:lineRule="auto"/>
      </w:pPr>
      <w:r>
        <w:separator/>
      </w:r>
    </w:p>
  </w:endnote>
  <w:endnote w:type="continuationSeparator" w:id="0">
    <w:p w14:paraId="650FFE72" w14:textId="77777777" w:rsidR="00092BFF" w:rsidRDefault="00092BFF" w:rsidP="000E1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F2DD2" w14:textId="77777777" w:rsidR="00092BFF" w:rsidRDefault="00092BFF" w:rsidP="000E1F1B">
      <w:pPr>
        <w:spacing w:after="0" w:line="240" w:lineRule="auto"/>
      </w:pPr>
      <w:r>
        <w:separator/>
      </w:r>
    </w:p>
  </w:footnote>
  <w:footnote w:type="continuationSeparator" w:id="0">
    <w:p w14:paraId="6DEE6004" w14:textId="77777777" w:rsidR="00092BFF" w:rsidRDefault="00092BFF" w:rsidP="000E1F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5466336">
    <w:abstractNumId w:val="8"/>
  </w:num>
  <w:num w:numId="2" w16cid:durableId="1572276589">
    <w:abstractNumId w:val="6"/>
  </w:num>
  <w:num w:numId="3" w16cid:durableId="1654527276">
    <w:abstractNumId w:val="5"/>
  </w:num>
  <w:num w:numId="4" w16cid:durableId="118575507">
    <w:abstractNumId w:val="4"/>
  </w:num>
  <w:num w:numId="5" w16cid:durableId="1585185764">
    <w:abstractNumId w:val="7"/>
  </w:num>
  <w:num w:numId="6" w16cid:durableId="784420837">
    <w:abstractNumId w:val="3"/>
  </w:num>
  <w:num w:numId="7" w16cid:durableId="799803205">
    <w:abstractNumId w:val="2"/>
  </w:num>
  <w:num w:numId="8" w16cid:durableId="1311710699">
    <w:abstractNumId w:val="1"/>
  </w:num>
  <w:num w:numId="9" w16cid:durableId="1951088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2BFF"/>
    <w:rsid w:val="000E1F1B"/>
    <w:rsid w:val="0015074B"/>
    <w:rsid w:val="0029639D"/>
    <w:rsid w:val="00326F90"/>
    <w:rsid w:val="008D0B45"/>
    <w:rsid w:val="00AA1D8D"/>
    <w:rsid w:val="00B47730"/>
    <w:rsid w:val="00BA4020"/>
    <w:rsid w:val="00C94B8E"/>
    <w:rsid w:val="00CB0664"/>
    <w:rsid w:val="00F84F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5C885E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3</cp:revision>
  <dcterms:created xsi:type="dcterms:W3CDTF">2013-12-23T23:15:00Z</dcterms:created>
  <dcterms:modified xsi:type="dcterms:W3CDTF">2026-10-01T15:36:00Z</dcterms:modified>
  <cp:category/>
</cp:coreProperties>
</file>