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49227E" w14:paraId="7B1875E2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1A98C1F5" w14:textId="77777777" w:rsidR="0049227E" w:rsidRDefault="0049227E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715593EA" w14:textId="77777777" w:rsidR="0049227E" w:rsidRDefault="0049227E"/>
        </w:tc>
      </w:tr>
    </w:tbl>
    <w:p w14:paraId="746F654C" w14:textId="77777777" w:rsidR="0049227E" w:rsidRDefault="00000000">
      <w:pPr>
        <w:spacing w:before="100" w:after="0"/>
      </w:pPr>
      <w:r>
        <w:rPr>
          <w:b/>
          <w:color w:val="F17B63"/>
        </w:rPr>
        <w:t>BOOK REVIEW</w:t>
      </w:r>
    </w:p>
    <w:p w14:paraId="708DFABC" w14:textId="77777777" w:rsidR="0049227E" w:rsidRDefault="00000000">
      <w:pPr>
        <w:spacing w:after="60"/>
      </w:pPr>
      <w:r>
        <w:rPr>
          <w:b/>
          <w:color w:val="223454"/>
          <w:sz w:val="46"/>
        </w:rPr>
        <w:t>독후감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49227E" w14:paraId="6030045D" w14:textId="77777777">
        <w:trPr>
          <w:trHeight w:hRule="exact" w:val="510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1D8EE51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책 제목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A3B622E" w14:textId="77777777" w:rsidR="0049227E" w:rsidRPr="0022519B" w:rsidRDefault="0049227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33266DC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글쓴이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FA0F232" w14:textId="77777777" w:rsidR="0049227E" w:rsidRPr="0022519B" w:rsidRDefault="0049227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C782DB2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읽은 날짜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97DF516" w14:textId="77777777" w:rsidR="0049227E" w:rsidRPr="0022519B" w:rsidRDefault="0049227E">
            <w:pPr>
              <w:spacing w:after="0"/>
              <w:rPr>
                <w:sz w:val="18"/>
                <w:szCs w:val="18"/>
              </w:rPr>
            </w:pPr>
          </w:p>
        </w:tc>
      </w:tr>
      <w:tr w:rsidR="0049227E" w14:paraId="41345F40" w14:textId="77777777">
        <w:trPr>
          <w:trHeight w:hRule="exact" w:val="510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D24468B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이름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3B30568" w14:textId="77777777" w:rsidR="0049227E" w:rsidRPr="0022519B" w:rsidRDefault="0049227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5E3487C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B60B7DA" w14:textId="77777777" w:rsidR="0049227E" w:rsidRPr="0022519B" w:rsidRDefault="0049227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87A1B3C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제목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F739BFE" w14:textId="77777777" w:rsidR="0049227E" w:rsidRPr="0022519B" w:rsidRDefault="0049227E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1136FD62" w14:textId="77777777" w:rsidR="0049227E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글쓰기 전 생각 정리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49227E" w14:paraId="76DDD130" w14:textId="77777777">
        <w:trPr>
          <w:trHeight w:hRule="exact" w:val="62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5A357FF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가장 기억에 남는 부분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73785F" w14:textId="77777777" w:rsidR="0049227E" w:rsidRDefault="0049227E">
            <w:pPr>
              <w:spacing w:after="0"/>
            </w:pPr>
          </w:p>
        </w:tc>
      </w:tr>
      <w:tr w:rsidR="0049227E" w14:paraId="42868184" w14:textId="77777777">
        <w:trPr>
          <w:trHeight w:hRule="exact" w:val="62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6AF283B" w14:textId="77777777" w:rsidR="0049227E" w:rsidRPr="0022519B" w:rsidRDefault="00000000">
            <w:pPr>
              <w:spacing w:after="0"/>
              <w:rPr>
                <w:sz w:val="18"/>
                <w:szCs w:val="18"/>
                <w:lang w:eastAsia="ko-KR"/>
              </w:rPr>
            </w:pPr>
            <w:r w:rsidRPr="0022519B">
              <w:rPr>
                <w:b/>
                <w:color w:val="223454"/>
                <w:sz w:val="18"/>
                <w:szCs w:val="18"/>
                <w:lang w:eastAsia="ko-KR"/>
              </w:rPr>
              <w:t>그 부분이 기억에 남는 이유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8A73AC5" w14:textId="77777777" w:rsidR="0049227E" w:rsidRDefault="0049227E">
            <w:pPr>
              <w:spacing w:after="0"/>
              <w:rPr>
                <w:lang w:eastAsia="ko-KR"/>
              </w:rPr>
            </w:pPr>
          </w:p>
        </w:tc>
      </w:tr>
      <w:tr w:rsidR="0049227E" w14:paraId="25C2E202" w14:textId="77777777">
        <w:trPr>
          <w:trHeight w:hRule="exact" w:val="62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D2378CC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proofErr w:type="spellStart"/>
            <w:r w:rsidRPr="0022519B">
              <w:rPr>
                <w:b/>
                <w:color w:val="223454"/>
                <w:sz w:val="18"/>
                <w:szCs w:val="18"/>
              </w:rPr>
              <w:t>책을</w:t>
            </w:r>
            <w:proofErr w:type="spellEnd"/>
            <w:r w:rsidRPr="0022519B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22519B">
              <w:rPr>
                <w:b/>
                <w:color w:val="223454"/>
                <w:sz w:val="18"/>
                <w:szCs w:val="18"/>
              </w:rPr>
              <w:t>읽고</w:t>
            </w:r>
            <w:proofErr w:type="spellEnd"/>
            <w:r w:rsidRPr="0022519B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22519B">
              <w:rPr>
                <w:b/>
                <w:color w:val="223454"/>
                <w:sz w:val="18"/>
                <w:szCs w:val="18"/>
              </w:rPr>
              <w:t>떠오른</w:t>
            </w:r>
            <w:proofErr w:type="spellEnd"/>
            <w:r w:rsidRPr="0022519B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22519B">
              <w:rPr>
                <w:b/>
                <w:color w:val="223454"/>
                <w:sz w:val="18"/>
                <w:szCs w:val="18"/>
              </w:rPr>
              <w:t>생각</w:t>
            </w:r>
            <w:proofErr w:type="spellEnd"/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DE0DC4" w14:textId="77777777" w:rsidR="0049227E" w:rsidRDefault="0049227E">
            <w:pPr>
              <w:spacing w:after="0"/>
            </w:pPr>
          </w:p>
        </w:tc>
      </w:tr>
    </w:tbl>
    <w:p w14:paraId="40653D58" w14:textId="77777777" w:rsidR="0049227E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독후감 쓰기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49227E" w14:paraId="284A4DB7" w14:textId="77777777">
        <w:trPr>
          <w:trHeight w:hRule="exact" w:val="1757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6EF31EA" w14:textId="77777777" w:rsidR="0049227E" w:rsidRPr="0022519B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처음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15A826D" w14:textId="77777777" w:rsidR="0049227E" w:rsidRPr="0022519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22519B">
              <w:rPr>
                <w:color w:val="6B7280"/>
                <w:sz w:val="16"/>
                <w:szCs w:val="16"/>
                <w:lang w:eastAsia="ko-KR"/>
              </w:rPr>
              <w:t>책을 읽게 된 까닭, 책에 대한 첫 느낌</w:t>
            </w:r>
          </w:p>
        </w:tc>
      </w:tr>
      <w:tr w:rsidR="0049227E" w14:paraId="2504DFC4" w14:textId="77777777">
        <w:trPr>
          <w:trHeight w:hRule="exact" w:val="351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942F36" w14:textId="77777777" w:rsidR="0049227E" w:rsidRPr="0022519B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22519B">
              <w:rPr>
                <w:b/>
                <w:color w:val="223454"/>
                <w:sz w:val="18"/>
                <w:szCs w:val="18"/>
              </w:rPr>
              <w:t>가운데</w:t>
            </w:r>
            <w:proofErr w:type="spellEnd"/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0E3FA44" w14:textId="77777777" w:rsidR="0049227E" w:rsidRPr="0022519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22519B">
              <w:rPr>
                <w:color w:val="6B7280"/>
                <w:sz w:val="16"/>
                <w:szCs w:val="16"/>
                <w:lang w:eastAsia="ko-KR"/>
              </w:rPr>
              <w:t>인상 깊었던 내용과 그 이유, 등장인물에 대한 생각, 내 경험과 연결한 생각</w:t>
            </w:r>
          </w:p>
        </w:tc>
      </w:tr>
      <w:tr w:rsidR="0049227E" w14:paraId="33F49B09" w14:textId="77777777">
        <w:trPr>
          <w:trHeight w:hRule="exact" w:val="1928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7092C9B" w14:textId="77777777" w:rsidR="0049227E" w:rsidRPr="0022519B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끝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6011E4F" w14:textId="77777777" w:rsidR="0049227E" w:rsidRPr="0022519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22519B">
              <w:rPr>
                <w:color w:val="6B7280"/>
                <w:sz w:val="16"/>
                <w:szCs w:val="16"/>
                <w:lang w:eastAsia="ko-KR"/>
              </w:rPr>
              <w:t>책을 읽고 새롭게 알게 된 점, 느낀 점, 앞으로의 생각</w:t>
            </w:r>
          </w:p>
        </w:tc>
      </w:tr>
    </w:tbl>
    <w:p w14:paraId="49EC760B" w14:textId="77777777" w:rsidR="0049227E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 xml:space="preserve">한 줄 </w:t>
      </w:r>
      <w:proofErr w:type="spellStart"/>
      <w:r>
        <w:rPr>
          <w:b/>
          <w:color w:val="223454"/>
          <w:sz w:val="22"/>
        </w:rPr>
        <w:t>마무리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49227E" w14:paraId="07873581" w14:textId="77777777">
        <w:trPr>
          <w:trHeight w:hRule="exact" w:val="62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F7972AB" w14:textId="77777777" w:rsidR="0049227E" w:rsidRPr="0022519B" w:rsidRDefault="00000000">
            <w:pPr>
              <w:spacing w:after="0"/>
              <w:rPr>
                <w:sz w:val="18"/>
                <w:szCs w:val="18"/>
              </w:rPr>
            </w:pPr>
            <w:r w:rsidRPr="0022519B">
              <w:rPr>
                <w:b/>
                <w:color w:val="223454"/>
                <w:sz w:val="18"/>
                <w:szCs w:val="18"/>
              </w:rPr>
              <w:t>이 책을 읽고 나는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130C876" w14:textId="77777777" w:rsidR="0049227E" w:rsidRDefault="0049227E">
            <w:pPr>
              <w:spacing w:after="0"/>
            </w:pPr>
          </w:p>
        </w:tc>
      </w:tr>
    </w:tbl>
    <w:p w14:paraId="691C5926" w14:textId="77777777" w:rsidR="0049227E" w:rsidRPr="0022519B" w:rsidRDefault="00000000">
      <w:pPr>
        <w:spacing w:before="60" w:after="0"/>
        <w:jc w:val="center"/>
        <w:rPr>
          <w:sz w:val="16"/>
          <w:szCs w:val="16"/>
        </w:rPr>
      </w:pPr>
      <w:r w:rsidRPr="0022519B">
        <w:rPr>
          <w:color w:val="6B7280"/>
          <w:sz w:val="16"/>
          <w:szCs w:val="16"/>
        </w:rPr>
        <w:t>EDUCATION BOX · edu.informationbox.kr</w:t>
      </w:r>
    </w:p>
    <w:sectPr w:rsidR="0049227E" w:rsidRPr="0022519B" w:rsidSect="0022519B">
      <w:pgSz w:w="11906" w:h="16838"/>
      <w:pgMar w:top="851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7266989">
    <w:abstractNumId w:val="8"/>
  </w:num>
  <w:num w:numId="2" w16cid:durableId="1434205251">
    <w:abstractNumId w:val="6"/>
  </w:num>
  <w:num w:numId="3" w16cid:durableId="1717008005">
    <w:abstractNumId w:val="5"/>
  </w:num>
  <w:num w:numId="4" w16cid:durableId="905146165">
    <w:abstractNumId w:val="4"/>
  </w:num>
  <w:num w:numId="5" w16cid:durableId="1181621573">
    <w:abstractNumId w:val="7"/>
  </w:num>
  <w:num w:numId="6" w16cid:durableId="267858949">
    <w:abstractNumId w:val="3"/>
  </w:num>
  <w:num w:numId="7" w16cid:durableId="1247108232">
    <w:abstractNumId w:val="2"/>
  </w:num>
  <w:num w:numId="8" w16cid:durableId="1114246401">
    <w:abstractNumId w:val="1"/>
  </w:num>
  <w:num w:numId="9" w16cid:durableId="169976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19B"/>
    <w:rsid w:val="0029639D"/>
    <w:rsid w:val="00326F90"/>
    <w:rsid w:val="0049227E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DFB295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2026-10-01T15:40:00Z</dcterms:modified>
  <cp:category/>
</cp:coreProperties>
</file>