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D16361" w14:paraId="1BE2F81E" w14:textId="77777777">
        <w:trPr>
          <w:trHeight w:hRule="exact" w:val="170"/>
        </w:trPr>
        <w:tc>
          <w:tcPr>
            <w:tcW w:w="481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145E2561" w14:textId="77777777" w:rsidR="00D16361" w:rsidRDefault="00D16361"/>
        </w:tc>
        <w:tc>
          <w:tcPr>
            <w:tcW w:w="481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7ACCBFB2" w14:textId="77777777" w:rsidR="00D16361" w:rsidRDefault="00D16361"/>
        </w:tc>
      </w:tr>
    </w:tbl>
    <w:p w14:paraId="6D555277" w14:textId="77777777" w:rsidR="00D16361" w:rsidRDefault="00000000">
      <w:pPr>
        <w:spacing w:before="560" w:after="40"/>
        <w:jc w:val="center"/>
        <w:rPr>
          <w:lang w:eastAsia="ko-KR"/>
        </w:rPr>
      </w:pPr>
      <w:r>
        <w:rPr>
          <w:b/>
          <w:color w:val="F17B63"/>
          <w:sz w:val="20"/>
          <w:lang w:eastAsia="ko-KR"/>
        </w:rPr>
        <w:t>REPORT</w:t>
      </w:r>
    </w:p>
    <w:p w14:paraId="7D498894" w14:textId="77777777" w:rsidR="00D16361" w:rsidRDefault="00000000">
      <w:pPr>
        <w:spacing w:after="120"/>
        <w:jc w:val="center"/>
        <w:rPr>
          <w:lang w:eastAsia="ko-KR"/>
        </w:rPr>
      </w:pPr>
      <w:proofErr w:type="spellStart"/>
      <w:r>
        <w:rPr>
          <w:b/>
          <w:color w:val="223454"/>
          <w:sz w:val="60"/>
          <w:lang w:eastAsia="ko-KR"/>
        </w:rPr>
        <w:t>레포트</w:t>
      </w:r>
      <w:proofErr w:type="spellEnd"/>
    </w:p>
    <w:p w14:paraId="09097E98" w14:textId="77777777" w:rsidR="00D16361" w:rsidRDefault="00000000">
      <w:pPr>
        <w:spacing w:after="400"/>
        <w:jc w:val="center"/>
        <w:rPr>
          <w:lang w:eastAsia="ko-KR"/>
        </w:rPr>
      </w:pPr>
      <w:r>
        <w:rPr>
          <w:color w:val="6B7280"/>
          <w:sz w:val="24"/>
          <w:lang w:eastAsia="ko-KR"/>
        </w:rPr>
        <w:t>과제</w:t>
      </w:r>
      <w:r>
        <w:rPr>
          <w:color w:val="6B7280"/>
          <w:sz w:val="24"/>
          <w:lang w:eastAsia="ko-KR"/>
        </w:rPr>
        <w:t xml:space="preserve"> </w:t>
      </w:r>
      <w:r>
        <w:rPr>
          <w:color w:val="6B7280"/>
          <w:sz w:val="24"/>
          <w:lang w:eastAsia="ko-KR"/>
        </w:rPr>
        <w:t>제목을</w:t>
      </w:r>
      <w:r>
        <w:rPr>
          <w:color w:val="6B7280"/>
          <w:sz w:val="24"/>
          <w:lang w:eastAsia="ko-KR"/>
        </w:rPr>
        <w:t xml:space="preserve"> </w:t>
      </w:r>
      <w:r>
        <w:rPr>
          <w:color w:val="6B7280"/>
          <w:sz w:val="24"/>
          <w:lang w:eastAsia="ko-KR"/>
        </w:rPr>
        <w:t>입력하세요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D16361" w14:paraId="584D3693" w14:textId="77777777">
        <w:trPr>
          <w:trHeight w:hRule="exact" w:val="2721"/>
        </w:trPr>
        <w:tc>
          <w:tcPr>
            <w:tcW w:w="9638" w:type="dxa"/>
            <w:tcBorders>
              <w:top w:val="single" w:sz="0" w:space="0" w:color="F7F4EC"/>
              <w:left w:val="single" w:sz="0" w:space="0" w:color="F7F4EC"/>
              <w:bottom w:val="single" w:sz="0" w:space="0" w:color="F7F4EC"/>
              <w:right w:val="single" w:sz="0" w:space="0" w:color="F7F4EC"/>
            </w:tcBorders>
            <w:shd w:val="clear" w:color="auto" w:fill="F7F4EC"/>
            <w:vAlign w:val="center"/>
          </w:tcPr>
          <w:p w14:paraId="4C4A4531" w14:textId="77777777" w:rsidR="00D16361" w:rsidRDefault="00000000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t>REPORT TITLE</w:t>
            </w:r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br/>
            </w:r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br/>
            </w:r>
            <w:proofErr w:type="spellStart"/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t>레포트</w:t>
            </w:r>
            <w:proofErr w:type="spellEnd"/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color w:val="223454"/>
                <w:sz w:val="24"/>
              </w:rPr>
              <w:t>제목</w:t>
            </w:r>
            <w:proofErr w:type="spellEnd"/>
          </w:p>
        </w:tc>
      </w:tr>
    </w:tbl>
    <w:p w14:paraId="25339413" w14:textId="77777777" w:rsidR="00D16361" w:rsidRDefault="00000000">
      <w:pPr>
        <w:spacing w:before="360" w:after="100"/>
      </w:pPr>
      <w:r>
        <w:rPr>
          <w:color w:val="F17B63"/>
          <w:sz w:val="16"/>
        </w:rPr>
        <w:t xml:space="preserve">■ </w:t>
      </w:r>
      <w:r>
        <w:rPr>
          <w:b/>
          <w:color w:val="223454"/>
        </w:rPr>
        <w:t>제출</w:t>
      </w:r>
      <w:r>
        <w:rPr>
          <w:b/>
          <w:color w:val="223454"/>
        </w:rPr>
        <w:t xml:space="preserve"> </w:t>
      </w:r>
      <w:r>
        <w:rPr>
          <w:b/>
          <w:color w:val="223454"/>
        </w:rPr>
        <w:t>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128"/>
      </w:tblGrid>
      <w:tr w:rsidR="00D16361" w14:paraId="2890402F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6C45B3E" w14:textId="77777777" w:rsidR="00D16361" w:rsidRDefault="00000000" w:rsidP="00717AFB">
            <w:pPr>
              <w:spacing w:after="0"/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과목명</w:t>
            </w:r>
            <w:proofErr w:type="spellEnd"/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5ED3828" w14:textId="77777777" w:rsidR="00D16361" w:rsidRDefault="00D16361">
            <w:pPr>
              <w:spacing w:after="0"/>
            </w:pPr>
          </w:p>
        </w:tc>
      </w:tr>
      <w:tr w:rsidR="00D16361" w14:paraId="2D885406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0FB030C" w14:textId="77777777" w:rsidR="00D16361" w:rsidRDefault="00000000" w:rsidP="00717AFB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담당 교수</w:t>
            </w:r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8B0B122" w14:textId="77777777" w:rsidR="00D16361" w:rsidRDefault="00D16361">
            <w:pPr>
              <w:spacing w:after="0"/>
            </w:pPr>
          </w:p>
        </w:tc>
      </w:tr>
      <w:tr w:rsidR="00D16361" w14:paraId="0FBD41D2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20C2898" w14:textId="77777777" w:rsidR="00D16361" w:rsidRDefault="00000000" w:rsidP="00717AFB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학과·전공</w:t>
            </w:r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77E34D3" w14:textId="77777777" w:rsidR="00D16361" w:rsidRDefault="00D16361">
            <w:pPr>
              <w:spacing w:after="0"/>
            </w:pPr>
          </w:p>
        </w:tc>
      </w:tr>
      <w:tr w:rsidR="00D16361" w14:paraId="22DCF1E1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A92CD7C" w14:textId="77777777" w:rsidR="00D16361" w:rsidRDefault="00000000" w:rsidP="00717AFB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학번</w:t>
            </w:r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CE1F0BB" w14:textId="77777777" w:rsidR="00D16361" w:rsidRDefault="00D16361">
            <w:pPr>
              <w:spacing w:after="0"/>
            </w:pPr>
          </w:p>
        </w:tc>
      </w:tr>
      <w:tr w:rsidR="00D16361" w14:paraId="5D123990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1380435" w14:textId="77777777" w:rsidR="00D16361" w:rsidRDefault="00000000" w:rsidP="00717AFB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이름</w:t>
            </w:r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D0612F6" w14:textId="77777777" w:rsidR="00D16361" w:rsidRDefault="00D16361">
            <w:pPr>
              <w:spacing w:after="0"/>
            </w:pPr>
          </w:p>
        </w:tc>
      </w:tr>
      <w:tr w:rsidR="00D16361" w14:paraId="54C0F4F4" w14:textId="77777777" w:rsidTr="00717AFB">
        <w:trPr>
          <w:trHeight w:hRule="exact" w:val="624"/>
        </w:trPr>
        <w:tc>
          <w:tcPr>
            <w:tcW w:w="351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F372D1F" w14:textId="77777777" w:rsidR="00D16361" w:rsidRDefault="00000000" w:rsidP="00717AFB">
            <w:pPr>
              <w:spacing w:after="0"/>
              <w:jc w:val="center"/>
            </w:pPr>
            <w:r>
              <w:rPr>
                <w:rFonts w:ascii="맑은 고딕" w:eastAsia="맑은 고딕" w:hAnsi="맑은 고딕"/>
                <w:b/>
                <w:color w:val="223454"/>
                <w:sz w:val="18"/>
              </w:rPr>
              <w:t>제출일</w:t>
            </w:r>
          </w:p>
        </w:tc>
        <w:tc>
          <w:tcPr>
            <w:tcW w:w="61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2CAAFA4" w14:textId="77777777" w:rsidR="00D16361" w:rsidRDefault="00D16361">
            <w:pPr>
              <w:spacing w:after="0"/>
            </w:pPr>
          </w:p>
        </w:tc>
      </w:tr>
    </w:tbl>
    <w:p w14:paraId="09820E55" w14:textId="77777777" w:rsidR="00D16361" w:rsidRPr="00717AFB" w:rsidRDefault="00000000">
      <w:pPr>
        <w:spacing w:before="360" w:after="0"/>
        <w:jc w:val="center"/>
        <w:rPr>
          <w:sz w:val="16"/>
          <w:szCs w:val="16"/>
        </w:rPr>
      </w:pPr>
      <w:r w:rsidRPr="00717AFB">
        <w:rPr>
          <w:color w:val="6B7280"/>
          <w:sz w:val="16"/>
          <w:szCs w:val="16"/>
        </w:rPr>
        <w:t>EDUCATION BOX · edu.informationbox.kr</w:t>
      </w:r>
    </w:p>
    <w:sectPr w:rsidR="00D16361" w:rsidRPr="00717AFB" w:rsidSect="00034616">
      <w:pgSz w:w="11906" w:h="16838"/>
      <w:pgMar w:top="90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3660166">
    <w:abstractNumId w:val="8"/>
  </w:num>
  <w:num w:numId="2" w16cid:durableId="1617786846">
    <w:abstractNumId w:val="6"/>
  </w:num>
  <w:num w:numId="3" w16cid:durableId="2074040124">
    <w:abstractNumId w:val="5"/>
  </w:num>
  <w:num w:numId="4" w16cid:durableId="741607659">
    <w:abstractNumId w:val="4"/>
  </w:num>
  <w:num w:numId="5" w16cid:durableId="1036198013">
    <w:abstractNumId w:val="7"/>
  </w:num>
  <w:num w:numId="6" w16cid:durableId="1217739941">
    <w:abstractNumId w:val="3"/>
  </w:num>
  <w:num w:numId="7" w16cid:durableId="709302921">
    <w:abstractNumId w:val="2"/>
  </w:num>
  <w:num w:numId="8" w16cid:durableId="1507674473">
    <w:abstractNumId w:val="1"/>
  </w:num>
  <w:num w:numId="9" w16cid:durableId="137916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7AFB"/>
    <w:rsid w:val="00AA1D8D"/>
    <w:rsid w:val="00B47730"/>
    <w:rsid w:val="00BA4020"/>
    <w:rsid w:val="00CB0664"/>
    <w:rsid w:val="00D163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F3EF61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2026-10-01T15:08:00Z</dcterms:modified>
  <cp:category/>
</cp:coreProperties>
</file>