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rPr>
          <w:trHeight w:val="170" w:hRule="exact"/>
        </w:trPr>
        <w:tc>
          <w:tcPr>
            <w:tcW w:type="dxa" w:w="5216"/>
            <w:shd w:fill="223454"/>
            <w:tcBorders>
              <w:top w:val="single" w:sz="0" w:color="223454"/>
              <w:left w:val="single" w:sz="0" w:color="223454"/>
              <w:bottom w:val="single" w:sz="0" w:color="223454"/>
              <w:right w:val="single" w:sz="0" w:color="223454"/>
            </w:tcBorders>
          </w:tcPr>
          <w:p/>
        </w:tc>
        <w:tc>
          <w:tcPr>
            <w:tcW w:type="dxa" w:w="5216"/>
            <w:shd w:fill="F17B63"/>
            <w:tcBorders>
              <w:top w:val="single" w:sz="0" w:color="F17B63"/>
              <w:left w:val="single" w:sz="0" w:color="F17B63"/>
              <w:bottom w:val="single" w:sz="0" w:color="F17B63"/>
              <w:right w:val="single" w:sz="0" w:color="F17B63"/>
            </w:tcBorders>
          </w:tcPr>
          <w:p/>
        </w:tc>
      </w:tr>
    </w:tbl>
    <w:p>
      <w:pPr>
        <w:spacing w:before="120" w:after="0"/>
      </w:pPr>
      <w:r>
        <w:rPr>
          <w:b/>
          <w:color w:val="F17B63"/>
          <w:sz w:val="18"/>
        </w:rPr>
        <w:t>VACATION DAILY PLAN</w:t>
      </w:r>
    </w:p>
    <w:p>
      <w:pPr>
        <w:spacing w:before="0" w:after="60"/>
      </w:pPr>
      <w:r>
        <w:rPr>
          <w:b/>
          <w:color w:val="223454"/>
          <w:sz w:val="48"/>
        </w:rPr>
        <w:t>방학 생활계획표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39"/>
        <w:gridCol w:w="1739"/>
        <w:gridCol w:w="1739"/>
        <w:gridCol w:w="1739"/>
        <w:gridCol w:w="1739"/>
        <w:gridCol w:w="1739"/>
      </w:tblGrid>
      <w:tr>
        <w:trPr>
          <w:trHeight w:val="567" w:hRule="exact"/>
        </w:trPr>
        <w:tc>
          <w:tcPr>
            <w:tcW w:type="dxa" w:w="173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이름</w:t>
            </w:r>
          </w:p>
        </w:tc>
        <w:tc>
          <w:tcPr>
            <w:tcW w:type="dxa" w:w="173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7"/>
              </w:rPr>
            </w:r>
          </w:p>
        </w:tc>
        <w:tc>
          <w:tcPr>
            <w:tcW w:type="dxa" w:w="173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방학 기간</w:t>
            </w:r>
          </w:p>
        </w:tc>
        <w:tc>
          <w:tcPr>
            <w:tcW w:type="dxa" w:w="173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7"/>
              </w:rPr>
            </w:r>
          </w:p>
        </w:tc>
        <w:tc>
          <w:tcPr>
            <w:tcW w:type="dxa" w:w="173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이번 방학 목표</w:t>
            </w:r>
          </w:p>
        </w:tc>
        <w:tc>
          <w:tcPr>
            <w:tcW w:type="dxa" w:w="173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7"/>
              </w:rPr>
            </w:r>
          </w:p>
        </w:tc>
      </w:tr>
    </w:tbl>
    <w:p>
      <w:pPr>
        <w:spacing w:before="100" w:after="40"/>
      </w:pPr>
      <w:r>
        <w:rPr>
          <w:b/>
          <w:color w:val="223454"/>
          <w:sz w:val="23"/>
        </w:rPr>
        <w:t>이번 방학에 꼭 하고 싶은 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trHeight w:val="454" w:hRule="exact"/>
        </w:trPr>
        <w:tc>
          <w:tcPr>
            <w:tcW w:type="dxa" w:w="3477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공부 목표</w:t>
            </w:r>
          </w:p>
        </w:tc>
        <w:tc>
          <w:tcPr>
            <w:tcW w:type="dxa" w:w="3477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생활 목표</w:t>
            </w:r>
          </w:p>
        </w:tc>
        <w:tc>
          <w:tcPr>
            <w:tcW w:type="dxa" w:w="3477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하고 싶은 일</w:t>
            </w:r>
          </w:p>
        </w:tc>
      </w:tr>
      <w:tr>
        <w:trPr>
          <w:trHeight w:val="907" w:hRule="exact"/>
        </w:trPr>
        <w:tc>
          <w:tcPr>
            <w:tcW w:type="dxa" w:w="3477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  <w:tc>
          <w:tcPr>
            <w:tcW w:type="dxa" w:w="3477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  <w:tc>
          <w:tcPr>
            <w:tcW w:type="dxa" w:w="3477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</w:tbl>
    <w:p>
      <w:pPr>
        <w:spacing w:before="100" w:after="40"/>
      </w:pPr>
      <w:r>
        <w:rPr>
          <w:b/>
          <w:color w:val="223454"/>
          <w:sz w:val="23"/>
        </w:rPr>
        <w:t>하루 생활 계획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rPr>
          <w:trHeight w:val="510" w:hRule="exact"/>
        </w:trPr>
        <w:tc>
          <w:tcPr>
            <w:tcW w:type="dxa" w:w="2608"/>
            <w:shd w:fill="223454"/>
            <w:tcBorders>
              <w:top w:val="single" w:sz="7" w:color="223454"/>
              <w:left w:val="single" w:sz="7" w:color="223454"/>
              <w:bottom w:val="single" w:sz="7" w:color="223454"/>
              <w:right w:val="single" w:sz="7" w:color="223454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시간</w:t>
            </w:r>
          </w:p>
        </w:tc>
        <w:tc>
          <w:tcPr>
            <w:tcW w:type="dxa" w:w="2608"/>
            <w:shd w:fill="223454"/>
            <w:tcBorders>
              <w:top w:val="single" w:sz="7" w:color="223454"/>
              <w:left w:val="single" w:sz="7" w:color="223454"/>
              <w:bottom w:val="single" w:sz="7" w:color="223454"/>
              <w:right w:val="single" w:sz="7" w:color="223454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할 일</w:t>
            </w:r>
          </w:p>
        </w:tc>
        <w:tc>
          <w:tcPr>
            <w:tcW w:type="dxa" w:w="2608"/>
            <w:shd w:fill="223454"/>
            <w:tcBorders>
              <w:top w:val="single" w:sz="7" w:color="223454"/>
              <w:left w:val="single" w:sz="7" w:color="223454"/>
              <w:bottom w:val="single" w:sz="7" w:color="223454"/>
              <w:right w:val="single" w:sz="7" w:color="223454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체크</w:t>
            </w:r>
          </w:p>
        </w:tc>
        <w:tc>
          <w:tcPr>
            <w:tcW w:type="dxa" w:w="2608"/>
            <w:shd w:fill="223454"/>
            <w:tcBorders>
              <w:top w:val="single" w:sz="7" w:color="223454"/>
              <w:left w:val="single" w:sz="7" w:color="223454"/>
              <w:bottom w:val="single" w:sz="7" w:color="223454"/>
              <w:right w:val="single" w:sz="7" w:color="223454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메모</w:t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07:00~09:00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09:00~11:00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11:00~13:00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13:00~15:00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15:00~17:00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17:00~19:00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19:00~21:00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  <w:tr>
        <w:trPr>
          <w:trHeight w:val="737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shd w:fill="F7F4EC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21:00~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20"/>
              </w:rPr>
              <w:t>□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</w:tbl>
    <w:p>
      <w:pPr>
        <w:spacing w:before="100" w:after="40"/>
      </w:pPr>
      <w:r>
        <w:rPr>
          <w:b/>
          <w:color w:val="223454"/>
          <w:sz w:val="23"/>
        </w:rPr>
        <w:t>매일 지키는 방학 습관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rPr>
          <w:trHeight w:val="510" w:hRule="exact"/>
        </w:trPr>
        <w:tc>
          <w:tcPr>
            <w:tcW w:type="dxa" w:w="2608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□ 정해진 시간에 일어나기</w:t>
            </w:r>
          </w:p>
        </w:tc>
        <w:tc>
          <w:tcPr>
            <w:tcW w:type="dxa" w:w="2608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□ 책 읽기</w:t>
            </w:r>
          </w:p>
        </w:tc>
        <w:tc>
          <w:tcPr>
            <w:tcW w:type="dxa" w:w="2608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□ 공부하기</w:t>
            </w:r>
          </w:p>
        </w:tc>
        <w:tc>
          <w:tcPr>
            <w:tcW w:type="dxa" w:w="2608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□ 운동하기</w:t>
            </w:r>
          </w:p>
        </w:tc>
      </w:tr>
      <w:tr>
        <w:trPr>
          <w:trHeight w:val="510" w:hRule="exact"/>
        </w:trPr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  <w:t>□ 방 정리하기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  <w:t>□ 가족 돕기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  <w:t>□ 스마트폰 시간 지키기</w:t>
            </w:r>
          </w:p>
        </w:tc>
        <w:tc>
          <w:tcPr>
            <w:tcW w:type="dxa" w:w="2608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  <w:t>□ 일찍 잠자기</w:t>
            </w:r>
          </w:p>
        </w:tc>
      </w:tr>
    </w:tbl>
    <w:p>
      <w:pPr>
        <w:spacing w:before="100" w:after="40"/>
      </w:pPr>
      <w:r>
        <w:rPr>
          <w:b/>
          <w:color w:val="223454"/>
          <w:sz w:val="23"/>
        </w:rPr>
        <w:t>이번 주 돌아보기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rPr>
          <w:trHeight w:val="454" w:hRule="exact"/>
        </w:trPr>
        <w:tc>
          <w:tcPr>
            <w:tcW w:type="dxa" w:w="3477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잘한 점</w:t>
            </w:r>
          </w:p>
        </w:tc>
        <w:tc>
          <w:tcPr>
            <w:tcW w:type="dxa" w:w="3477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아쉬운 점</w:t>
            </w:r>
          </w:p>
        </w:tc>
        <w:tc>
          <w:tcPr>
            <w:tcW w:type="dxa" w:w="3477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7"/>
              </w:rPr>
              <w:t>다음 주 목표</w:t>
            </w:r>
          </w:p>
        </w:tc>
      </w:tr>
      <w:tr>
        <w:trPr>
          <w:trHeight w:val="794" w:hRule="exact"/>
        </w:trPr>
        <w:tc>
          <w:tcPr>
            <w:tcW w:type="dxa" w:w="3477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3477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  <w:tc>
          <w:tcPr>
            <w:tcW w:type="dxa" w:w="3477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6"/>
              </w:rPr>
            </w:r>
          </w:p>
        </w:tc>
      </w:tr>
    </w:tbl>
    <w:p>
      <w:pPr>
        <w:spacing w:before="60" w:after="0"/>
        <w:jc w:val="center"/>
      </w:pPr>
      <w:r>
        <w:rPr>
          <w:color w:val="6B7280"/>
          <w:sz w:val="15"/>
        </w:rPr>
        <w:t>EDUCATION BOX · edu.informationbox.kr</w:t>
      </w:r>
    </w:p>
    <w:sectPr w:rsidR="00FC693F" w:rsidRPr="0006063C" w:rsidSect="00034616">
      <w:pgSz w:w="11906" w:h="16838"/>
      <w:pgMar w:top="624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