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159"/>
        <w:gridCol w:w="5159"/>
      </w:tblGrid>
      <w:tr w:rsidR="005A4D7C" w14:paraId="3C8BF9DE" w14:textId="77777777">
        <w:trPr>
          <w:trHeight w:hRule="exact" w:val="170"/>
        </w:trPr>
        <w:tc>
          <w:tcPr>
            <w:tcW w:w="5159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219599C6" w14:textId="77777777" w:rsidR="005A4D7C" w:rsidRDefault="005A4D7C"/>
        </w:tc>
        <w:tc>
          <w:tcPr>
            <w:tcW w:w="5159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0338FE9A" w14:textId="77777777" w:rsidR="005A4D7C" w:rsidRDefault="005A4D7C"/>
        </w:tc>
      </w:tr>
    </w:tbl>
    <w:p w14:paraId="60FD7BA9" w14:textId="77777777" w:rsidR="005A4D7C" w:rsidRDefault="00000000">
      <w:pPr>
        <w:spacing w:before="120" w:after="0"/>
      </w:pPr>
      <w:r>
        <w:rPr>
          <w:b/>
          <w:color w:val="F17B63"/>
        </w:rPr>
        <w:t>VOLUNTEER ACTIVITY CERTIFICATE</w:t>
      </w:r>
    </w:p>
    <w:p w14:paraId="777DF435" w14:textId="77777777" w:rsidR="005A4D7C" w:rsidRDefault="00000000">
      <w:pPr>
        <w:spacing w:after="80"/>
      </w:pPr>
      <w:r>
        <w:rPr>
          <w:b/>
          <w:color w:val="223454"/>
          <w:sz w:val="48"/>
        </w:rPr>
        <w:t>봉사활동 확인서</w:t>
      </w:r>
    </w:p>
    <w:p w14:paraId="360E9216" w14:textId="77777777" w:rsidR="005A4D7C" w:rsidRDefault="00000000">
      <w:pPr>
        <w:spacing w:before="10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봉사자 정보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3065"/>
        <w:gridCol w:w="2038"/>
        <w:gridCol w:w="3120"/>
      </w:tblGrid>
      <w:tr w:rsidR="005A4D7C" w14:paraId="3C6F0A24" w14:textId="77777777" w:rsidTr="00BE5506">
        <w:trPr>
          <w:trHeight w:hRule="exact" w:val="567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8072125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proofErr w:type="spellStart"/>
            <w:r w:rsidRPr="00BE5506">
              <w:rPr>
                <w:b/>
                <w:color w:val="223454"/>
                <w:sz w:val="18"/>
                <w:szCs w:val="18"/>
              </w:rPr>
              <w:t>성명</w:t>
            </w:r>
            <w:proofErr w:type="spellEnd"/>
          </w:p>
        </w:tc>
        <w:tc>
          <w:tcPr>
            <w:tcW w:w="30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48F6965" w14:textId="77777777" w:rsidR="005A4D7C" w:rsidRPr="00BE5506" w:rsidRDefault="005A4D7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CCB498B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생년월일</w:t>
            </w:r>
          </w:p>
        </w:tc>
        <w:tc>
          <w:tcPr>
            <w:tcW w:w="31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DD12B17" w14:textId="77777777" w:rsidR="005A4D7C" w:rsidRDefault="005A4D7C">
            <w:pPr>
              <w:spacing w:after="0"/>
            </w:pPr>
          </w:p>
        </w:tc>
      </w:tr>
      <w:tr w:rsidR="005A4D7C" w14:paraId="1FBA5AA8" w14:textId="77777777" w:rsidTr="00BE5506">
        <w:trPr>
          <w:trHeight w:hRule="exact" w:val="567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AE4D96E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학교·소속</w:t>
            </w:r>
          </w:p>
        </w:tc>
        <w:tc>
          <w:tcPr>
            <w:tcW w:w="30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875F5FB" w14:textId="77777777" w:rsidR="005A4D7C" w:rsidRPr="00BE5506" w:rsidRDefault="005A4D7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06A4752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31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83EE3E9" w14:textId="77777777" w:rsidR="005A4D7C" w:rsidRDefault="005A4D7C">
            <w:pPr>
              <w:spacing w:after="0"/>
            </w:pPr>
          </w:p>
        </w:tc>
      </w:tr>
      <w:tr w:rsidR="005A4D7C" w14:paraId="1789A741" w14:textId="77777777" w:rsidTr="00BE5506">
        <w:trPr>
          <w:trHeight w:hRule="exact" w:val="567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B349FFE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연락처</w:t>
            </w:r>
          </w:p>
        </w:tc>
        <w:tc>
          <w:tcPr>
            <w:tcW w:w="30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CEABF9F" w14:textId="77777777" w:rsidR="005A4D7C" w:rsidRPr="00BE5506" w:rsidRDefault="005A4D7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4C60344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보호자 연락처</w:t>
            </w:r>
          </w:p>
        </w:tc>
        <w:tc>
          <w:tcPr>
            <w:tcW w:w="31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B780CA4" w14:textId="77777777" w:rsidR="005A4D7C" w:rsidRDefault="005A4D7C">
            <w:pPr>
              <w:spacing w:after="0"/>
            </w:pPr>
          </w:p>
        </w:tc>
      </w:tr>
    </w:tbl>
    <w:p w14:paraId="16E21A85" w14:textId="77777777" w:rsidR="005A4D7C" w:rsidRDefault="00000000">
      <w:pPr>
        <w:spacing w:before="10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봉사활동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내용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3065"/>
        <w:gridCol w:w="2038"/>
        <w:gridCol w:w="3120"/>
      </w:tblGrid>
      <w:tr w:rsidR="005A4D7C" w14:paraId="178F5D44" w14:textId="77777777" w:rsidTr="00BE5506">
        <w:trPr>
          <w:trHeight w:hRule="exact" w:val="567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B2012BD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proofErr w:type="spellStart"/>
            <w:r w:rsidRPr="00BE5506">
              <w:rPr>
                <w:b/>
                <w:color w:val="223454"/>
                <w:sz w:val="18"/>
                <w:szCs w:val="18"/>
              </w:rPr>
              <w:t>활동</w:t>
            </w:r>
            <w:proofErr w:type="spellEnd"/>
            <w:r w:rsidRPr="00BE5506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BE5506">
              <w:rPr>
                <w:b/>
                <w:color w:val="223454"/>
                <w:sz w:val="18"/>
                <w:szCs w:val="18"/>
              </w:rPr>
              <w:t>일자</w:t>
            </w:r>
            <w:proofErr w:type="spellEnd"/>
          </w:p>
        </w:tc>
        <w:tc>
          <w:tcPr>
            <w:tcW w:w="30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87BE63B" w14:textId="77777777" w:rsidR="005A4D7C" w:rsidRDefault="005A4D7C">
            <w:pPr>
              <w:spacing w:after="0"/>
            </w:pPr>
          </w:p>
        </w:tc>
        <w:tc>
          <w:tcPr>
            <w:tcW w:w="20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43C2BCA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활동 시간</w:t>
            </w:r>
          </w:p>
        </w:tc>
        <w:tc>
          <w:tcPr>
            <w:tcW w:w="31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368D3B9" w14:textId="440EC259" w:rsidR="005A4D7C" w:rsidRPr="00BE5506" w:rsidRDefault="00000000">
            <w:pPr>
              <w:spacing w:after="0"/>
              <w:rPr>
                <w:sz w:val="16"/>
                <w:szCs w:val="16"/>
              </w:rPr>
            </w:pPr>
            <w:r w:rsidRPr="00BE5506">
              <w:rPr>
                <w:color w:val="223454"/>
                <w:sz w:val="16"/>
                <w:szCs w:val="16"/>
              </w:rPr>
              <w:t xml:space="preserve">   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</w:rPr>
              <w:t xml:space="preserve">   시   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</w:rPr>
              <w:t xml:space="preserve">  분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 </w:t>
            </w:r>
            <w:r w:rsidRPr="00BE5506">
              <w:rPr>
                <w:color w:val="223454"/>
                <w:sz w:val="16"/>
                <w:szCs w:val="16"/>
              </w:rPr>
              <w:t xml:space="preserve"> ~    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</w:rPr>
              <w:t xml:space="preserve">  시 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</w:rPr>
              <w:t xml:space="preserve">    분</w:t>
            </w:r>
          </w:p>
        </w:tc>
      </w:tr>
      <w:tr w:rsidR="005A4D7C" w14:paraId="4E1D2F82" w14:textId="77777777" w:rsidTr="00BE5506">
        <w:trPr>
          <w:trHeight w:hRule="exact" w:val="567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1F9B352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총 봉사시간</w:t>
            </w:r>
          </w:p>
        </w:tc>
        <w:tc>
          <w:tcPr>
            <w:tcW w:w="30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36144C8" w14:textId="77777777" w:rsidR="005A4D7C" w:rsidRDefault="005A4D7C">
            <w:pPr>
              <w:spacing w:after="0"/>
            </w:pPr>
          </w:p>
        </w:tc>
        <w:tc>
          <w:tcPr>
            <w:tcW w:w="20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5986707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활동 장소</w:t>
            </w:r>
          </w:p>
        </w:tc>
        <w:tc>
          <w:tcPr>
            <w:tcW w:w="31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2B53E21" w14:textId="77777777" w:rsidR="005A4D7C" w:rsidRDefault="005A4D7C">
            <w:pPr>
              <w:spacing w:after="0"/>
            </w:pPr>
          </w:p>
        </w:tc>
      </w:tr>
      <w:tr w:rsidR="005A4D7C" w14:paraId="21BCB31F" w14:textId="77777777" w:rsidTr="00BE5506">
        <w:trPr>
          <w:trHeight w:hRule="exact" w:val="567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0B47EEB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봉사기관</w:t>
            </w:r>
          </w:p>
        </w:tc>
        <w:tc>
          <w:tcPr>
            <w:tcW w:w="306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775DE67" w14:textId="77777777" w:rsidR="005A4D7C" w:rsidRDefault="005A4D7C">
            <w:pPr>
              <w:spacing w:after="0"/>
            </w:pPr>
          </w:p>
        </w:tc>
        <w:tc>
          <w:tcPr>
            <w:tcW w:w="203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FE1F7E0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담당자</w:t>
            </w:r>
          </w:p>
        </w:tc>
        <w:tc>
          <w:tcPr>
            <w:tcW w:w="312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AEF19C6" w14:textId="77777777" w:rsidR="005A4D7C" w:rsidRDefault="005A4D7C">
            <w:pPr>
              <w:spacing w:after="0"/>
            </w:pPr>
          </w:p>
        </w:tc>
      </w:tr>
      <w:tr w:rsidR="005A4D7C" w14:paraId="5406FB59" w14:textId="77777777" w:rsidTr="00BE5506">
        <w:trPr>
          <w:trHeight w:hRule="exact" w:val="567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F307F35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proofErr w:type="spellStart"/>
            <w:r w:rsidRPr="00BE5506">
              <w:rPr>
                <w:b/>
                <w:color w:val="223454"/>
                <w:sz w:val="18"/>
                <w:szCs w:val="18"/>
              </w:rPr>
              <w:t>활동</w:t>
            </w:r>
            <w:proofErr w:type="spellEnd"/>
            <w:r w:rsidRPr="00BE5506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BE5506">
              <w:rPr>
                <w:b/>
                <w:color w:val="223454"/>
                <w:sz w:val="18"/>
                <w:szCs w:val="18"/>
              </w:rPr>
              <w:t>분야</w:t>
            </w:r>
            <w:proofErr w:type="spellEnd"/>
          </w:p>
        </w:tc>
        <w:tc>
          <w:tcPr>
            <w:tcW w:w="8223" w:type="dxa"/>
            <w:gridSpan w:val="3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28CF103" w14:textId="5B419459" w:rsidR="005A4D7C" w:rsidRPr="00BE5506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BE5506">
              <w:rPr>
                <w:color w:val="223454"/>
                <w:sz w:val="16"/>
                <w:szCs w:val="16"/>
                <w:lang w:eastAsia="ko-KR"/>
              </w:rPr>
              <w:t xml:space="preserve">□ 환경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  <w:lang w:eastAsia="ko-KR"/>
              </w:rPr>
              <w:t xml:space="preserve"> □ 복지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  <w:lang w:eastAsia="ko-KR"/>
              </w:rPr>
              <w:t xml:space="preserve">  □ 교육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  <w:lang w:eastAsia="ko-KR"/>
              </w:rPr>
              <w:t xml:space="preserve"> □ 캠페인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  <w:lang w:eastAsia="ko-KR"/>
              </w:rPr>
              <w:t xml:space="preserve"> □ 지역사회 </w:t>
            </w:r>
            <w:r w:rsidR="00BE5506">
              <w:rPr>
                <w:rFonts w:hint="eastAsia"/>
                <w:color w:val="223454"/>
                <w:sz w:val="16"/>
                <w:szCs w:val="16"/>
                <w:lang w:eastAsia="ko-KR"/>
              </w:rPr>
              <w:t xml:space="preserve"> </w:t>
            </w:r>
            <w:r w:rsidRPr="00BE5506">
              <w:rPr>
                <w:color w:val="223454"/>
                <w:sz w:val="16"/>
                <w:szCs w:val="16"/>
                <w:lang w:eastAsia="ko-KR"/>
              </w:rPr>
              <w:t xml:space="preserve"> □ 기타</w:t>
            </w:r>
          </w:p>
        </w:tc>
      </w:tr>
      <w:tr w:rsidR="005A4D7C" w14:paraId="5AAF27AE" w14:textId="77777777" w:rsidTr="00BE5506">
        <w:trPr>
          <w:trHeight w:hRule="exact" w:val="850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AE55774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proofErr w:type="spellStart"/>
            <w:r w:rsidRPr="00BE5506">
              <w:rPr>
                <w:b/>
                <w:color w:val="223454"/>
                <w:sz w:val="18"/>
                <w:szCs w:val="18"/>
              </w:rPr>
              <w:t>활동</w:t>
            </w:r>
            <w:proofErr w:type="spellEnd"/>
            <w:r w:rsidRPr="00BE5506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BE5506">
              <w:rPr>
                <w:b/>
                <w:color w:val="223454"/>
                <w:sz w:val="18"/>
                <w:szCs w:val="18"/>
              </w:rPr>
              <w:t>내용</w:t>
            </w:r>
            <w:proofErr w:type="spellEnd"/>
          </w:p>
        </w:tc>
        <w:tc>
          <w:tcPr>
            <w:tcW w:w="8223" w:type="dxa"/>
            <w:gridSpan w:val="3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B58D9FA" w14:textId="77777777" w:rsidR="005A4D7C" w:rsidRDefault="005A4D7C">
            <w:pPr>
              <w:spacing w:after="0"/>
            </w:pPr>
          </w:p>
        </w:tc>
      </w:tr>
      <w:tr w:rsidR="005A4D7C" w14:paraId="405C7560" w14:textId="77777777" w:rsidTr="00BE5506">
        <w:trPr>
          <w:trHeight w:hRule="exact" w:val="850"/>
        </w:trPr>
        <w:tc>
          <w:tcPr>
            <w:tcW w:w="209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C923294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특이사항</w:t>
            </w:r>
          </w:p>
        </w:tc>
        <w:tc>
          <w:tcPr>
            <w:tcW w:w="8223" w:type="dxa"/>
            <w:gridSpan w:val="3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FAB0E9D" w14:textId="77777777" w:rsidR="005A4D7C" w:rsidRDefault="005A4D7C">
            <w:pPr>
              <w:spacing w:after="0"/>
            </w:pPr>
          </w:p>
        </w:tc>
      </w:tr>
    </w:tbl>
    <w:p w14:paraId="360FC3A2" w14:textId="77777777" w:rsidR="005A4D7C" w:rsidRDefault="00000000">
      <w:pPr>
        <w:spacing w:before="10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봉사활동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확인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318"/>
      </w:tblGrid>
      <w:tr w:rsidR="005A4D7C" w14:paraId="0D8449EC" w14:textId="77777777">
        <w:trPr>
          <w:trHeight w:hRule="exact" w:val="1587"/>
        </w:trPr>
        <w:tc>
          <w:tcPr>
            <w:tcW w:w="1031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5D0FCF0" w14:textId="77777777" w:rsidR="005A4D7C" w:rsidRDefault="00000000">
            <w:pPr>
              <w:spacing w:after="0"/>
              <w:jc w:val="center"/>
            </w:pPr>
            <w:r>
              <w:rPr>
                <w:color w:val="223454"/>
                <w:sz w:val="18"/>
                <w:lang w:eastAsia="ko-KR"/>
              </w:rPr>
              <w:t>위 학생이 상기 내용과 같이 봉사활동에 참여하였음을 확인합니다.</w:t>
            </w:r>
            <w:r>
              <w:rPr>
                <w:color w:val="223454"/>
                <w:sz w:val="18"/>
                <w:lang w:eastAsia="ko-KR"/>
              </w:rPr>
              <w:br/>
            </w:r>
            <w:r>
              <w:rPr>
                <w:color w:val="223454"/>
                <w:sz w:val="18"/>
                <w:lang w:eastAsia="ko-KR"/>
              </w:rPr>
              <w:br/>
            </w:r>
            <w:r>
              <w:rPr>
                <w:color w:val="223454"/>
                <w:sz w:val="18"/>
              </w:rPr>
              <w:t>20      년       월       일</w:t>
            </w:r>
          </w:p>
        </w:tc>
      </w:tr>
    </w:tbl>
    <w:p w14:paraId="2714A832" w14:textId="77777777" w:rsidR="005A4D7C" w:rsidRDefault="00000000">
      <w:pPr>
        <w:spacing w:before="10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봉사기관 확인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</w:tblGrid>
      <w:tr w:rsidR="005A4D7C" w14:paraId="584D668B" w14:textId="77777777">
        <w:trPr>
          <w:trHeight w:hRule="exact" w:val="567"/>
        </w:trPr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E854840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기관명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A31A108" w14:textId="77777777" w:rsidR="005A4D7C" w:rsidRPr="00BE5506" w:rsidRDefault="005A4D7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CFB8B52" w14:textId="77777777" w:rsidR="005A4D7C" w:rsidRPr="00BE5506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기관 연락처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91C9357" w14:textId="77777777" w:rsidR="005A4D7C" w:rsidRDefault="005A4D7C">
            <w:pPr>
              <w:spacing w:after="0"/>
              <w:jc w:val="center"/>
            </w:pPr>
          </w:p>
        </w:tc>
      </w:tr>
      <w:tr w:rsidR="005A4D7C" w14:paraId="57250FA5" w14:textId="77777777">
        <w:trPr>
          <w:trHeight w:hRule="exact" w:val="567"/>
        </w:trPr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C63B8BD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기관 주소</w:t>
            </w:r>
          </w:p>
        </w:tc>
        <w:tc>
          <w:tcPr>
            <w:tcW w:w="7737" w:type="dxa"/>
            <w:gridSpan w:val="3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8B30720" w14:textId="77777777" w:rsidR="005A4D7C" w:rsidRPr="00BE5506" w:rsidRDefault="005A4D7C">
            <w:pPr>
              <w:spacing w:after="0"/>
              <w:rPr>
                <w:sz w:val="18"/>
                <w:szCs w:val="18"/>
              </w:rPr>
            </w:pPr>
          </w:p>
        </w:tc>
      </w:tr>
      <w:tr w:rsidR="005A4D7C" w14:paraId="234CBE3B" w14:textId="77777777">
        <w:trPr>
          <w:trHeight w:hRule="exact" w:val="567"/>
        </w:trPr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3D60F8C" w14:textId="77777777" w:rsidR="005A4D7C" w:rsidRPr="00BE5506" w:rsidRDefault="00000000">
            <w:pPr>
              <w:spacing w:after="0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담당자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61F4933" w14:textId="77777777" w:rsidR="005A4D7C" w:rsidRPr="00BE5506" w:rsidRDefault="005A4D7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947ED1C" w14:textId="77777777" w:rsidR="005A4D7C" w:rsidRPr="00BE5506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BE5506">
              <w:rPr>
                <w:b/>
                <w:color w:val="223454"/>
                <w:sz w:val="18"/>
                <w:szCs w:val="18"/>
              </w:rPr>
              <w:t>확인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760453B" w14:textId="77777777" w:rsidR="005A4D7C" w:rsidRDefault="00000000" w:rsidP="00BE5506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 또는 직인)</w:t>
            </w:r>
          </w:p>
        </w:tc>
      </w:tr>
    </w:tbl>
    <w:p w14:paraId="522A9016" w14:textId="77777777" w:rsidR="005A4D7C" w:rsidRDefault="00000000">
      <w:pPr>
        <w:spacing w:before="120" w:after="0"/>
        <w:jc w:val="center"/>
        <w:rPr>
          <w:lang w:eastAsia="ko-KR"/>
        </w:rPr>
      </w:pPr>
      <w:r>
        <w:rPr>
          <w:color w:val="6B7280"/>
          <w:sz w:val="14"/>
          <w:lang w:eastAsia="ko-KR"/>
        </w:rPr>
        <w:t>※ 제출처에서 지정한 별도 양식이나 증빙 요건이 있는 경우 해당 기준을 우선 확인해 주세요.</w:t>
      </w:r>
    </w:p>
    <w:p w14:paraId="45E66DBD" w14:textId="77777777" w:rsidR="005A4D7C" w:rsidRPr="00BE5506" w:rsidRDefault="00000000">
      <w:pPr>
        <w:spacing w:before="40" w:after="0"/>
        <w:jc w:val="center"/>
        <w:rPr>
          <w:sz w:val="16"/>
          <w:szCs w:val="16"/>
        </w:rPr>
      </w:pPr>
      <w:r w:rsidRPr="00BE5506">
        <w:rPr>
          <w:color w:val="6B7280"/>
          <w:sz w:val="16"/>
          <w:szCs w:val="16"/>
        </w:rPr>
        <w:t>EDUCATION BOX · edu.informationbox.kr</w:t>
      </w:r>
    </w:p>
    <w:sectPr w:rsidR="005A4D7C" w:rsidRPr="00BE5506" w:rsidSect="00034616">
      <w:pgSz w:w="11906" w:h="16838"/>
      <w:pgMar w:top="680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2874421">
    <w:abstractNumId w:val="8"/>
  </w:num>
  <w:num w:numId="2" w16cid:durableId="980034216">
    <w:abstractNumId w:val="6"/>
  </w:num>
  <w:num w:numId="3" w16cid:durableId="667899803">
    <w:abstractNumId w:val="5"/>
  </w:num>
  <w:num w:numId="4" w16cid:durableId="263929569">
    <w:abstractNumId w:val="4"/>
  </w:num>
  <w:num w:numId="5" w16cid:durableId="1707363828">
    <w:abstractNumId w:val="7"/>
  </w:num>
  <w:num w:numId="6" w16cid:durableId="965043112">
    <w:abstractNumId w:val="3"/>
  </w:num>
  <w:num w:numId="7" w16cid:durableId="1399355371">
    <w:abstractNumId w:val="2"/>
  </w:num>
  <w:num w:numId="8" w16cid:durableId="8411798">
    <w:abstractNumId w:val="1"/>
  </w:num>
  <w:num w:numId="9" w16cid:durableId="903610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4D7C"/>
    <w:rsid w:val="00AA1D8D"/>
    <w:rsid w:val="00B47730"/>
    <w:rsid w:val="00BA4020"/>
    <w:rsid w:val="00BE550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2858BE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2026-10-01T15:02:00Z</dcterms:modified>
  <cp:category/>
</cp:coreProperties>
</file>