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7D799D" w14:paraId="4382C338" w14:textId="77777777">
        <w:trPr>
          <w:trHeight w:hRule="exact" w:val="170"/>
          <w:jc w:val="center"/>
        </w:trPr>
        <w:tc>
          <w:tcPr>
            <w:tcW w:w="5159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7436115C" w14:textId="77777777" w:rsidR="007D799D" w:rsidRDefault="007D799D"/>
        </w:tc>
        <w:tc>
          <w:tcPr>
            <w:tcW w:w="5159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5944E7F0" w14:textId="77777777" w:rsidR="007D799D" w:rsidRDefault="007D799D"/>
        </w:tc>
      </w:tr>
    </w:tbl>
    <w:p w14:paraId="0A881DCE" w14:textId="77777777" w:rsidR="007D799D" w:rsidRDefault="00000000">
      <w:pPr>
        <w:spacing w:before="140" w:after="0"/>
      </w:pPr>
      <w:r>
        <w:rPr>
          <w:b/>
          <w:color w:val="F17B63"/>
        </w:rPr>
        <w:t>EMERGENCY CONTACT LIST</w:t>
      </w:r>
    </w:p>
    <w:p w14:paraId="22EC0EE0" w14:textId="77777777" w:rsidR="007D799D" w:rsidRDefault="00000000">
      <w:pPr>
        <w:spacing w:after="80"/>
      </w:pPr>
      <w:r>
        <w:rPr>
          <w:b/>
          <w:color w:val="223454"/>
          <w:sz w:val="50"/>
        </w:rPr>
        <w:t>비상연락망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</w:tblGrid>
      <w:tr w:rsidR="007D799D" w14:paraId="0410A9F8" w14:textId="77777777" w:rsidTr="00336E91">
        <w:trPr>
          <w:trHeight w:hRule="exact" w:val="492"/>
          <w:jc w:val="center"/>
        </w:trPr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5037334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이름</w:t>
            </w: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06764D7" w14:textId="77777777" w:rsidR="007D799D" w:rsidRDefault="007D799D">
            <w:pPr>
              <w:spacing w:after="0"/>
            </w:pP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9944282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학교·기관</w:t>
            </w: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7C823C2" w14:textId="77777777" w:rsidR="007D799D" w:rsidRDefault="007D799D">
            <w:pPr>
              <w:spacing w:after="0"/>
            </w:pPr>
          </w:p>
        </w:tc>
      </w:tr>
      <w:tr w:rsidR="007D799D" w14:paraId="05E24A9A" w14:textId="77777777" w:rsidTr="00336E91">
        <w:trPr>
          <w:trHeight w:hRule="exact" w:val="492"/>
          <w:jc w:val="center"/>
        </w:trPr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E5548A4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주소</w:t>
            </w: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8D0823B" w14:textId="77777777" w:rsidR="007D799D" w:rsidRDefault="007D799D">
            <w:pPr>
              <w:spacing w:after="0"/>
            </w:pP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2211CA6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특이사항</w:t>
            </w:r>
          </w:p>
        </w:tc>
        <w:tc>
          <w:tcPr>
            <w:tcW w:w="257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B54F906" w14:textId="77777777" w:rsidR="007D799D" w:rsidRDefault="007D799D">
            <w:pPr>
              <w:spacing w:after="0"/>
            </w:pPr>
          </w:p>
        </w:tc>
      </w:tr>
    </w:tbl>
    <w:p w14:paraId="5554AD51" w14:textId="77777777" w:rsidR="007D799D" w:rsidRDefault="00000000">
      <w:pPr>
        <w:spacing w:before="120" w:after="60"/>
      </w:pPr>
      <w:r>
        <w:rPr>
          <w:b/>
          <w:color w:val="223454"/>
          <w:sz w:val="24"/>
        </w:rPr>
        <w:t>가족 · 보호자 연락처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64"/>
        <w:gridCol w:w="2064"/>
        <w:gridCol w:w="2064"/>
        <w:gridCol w:w="2064"/>
        <w:gridCol w:w="2064"/>
      </w:tblGrid>
      <w:tr w:rsidR="007D799D" w14:paraId="60125BD3" w14:textId="77777777" w:rsidTr="00336E91">
        <w:trPr>
          <w:trHeight w:hRule="exact" w:val="460"/>
          <w:jc w:val="center"/>
        </w:trPr>
        <w:tc>
          <w:tcPr>
            <w:tcW w:w="206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2C89DF2F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관계</w:t>
            </w:r>
          </w:p>
        </w:tc>
        <w:tc>
          <w:tcPr>
            <w:tcW w:w="206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4043D0FC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이름</w:t>
            </w:r>
          </w:p>
        </w:tc>
        <w:tc>
          <w:tcPr>
            <w:tcW w:w="206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04B53542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연락처</w:t>
            </w:r>
          </w:p>
        </w:tc>
        <w:tc>
          <w:tcPr>
            <w:tcW w:w="206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36C8D30F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직장·기타 연락처</w:t>
            </w:r>
          </w:p>
        </w:tc>
        <w:tc>
          <w:tcPr>
            <w:tcW w:w="206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5155B520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비고</w:t>
            </w:r>
          </w:p>
        </w:tc>
      </w:tr>
      <w:tr w:rsidR="007D799D" w14:paraId="27BCF7DE" w14:textId="77777777" w:rsidTr="00336E91">
        <w:trPr>
          <w:trHeight w:hRule="exact" w:val="613"/>
          <w:jc w:val="center"/>
        </w:trPr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B598744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보호자 1</w:t>
            </w: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4A71ED5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A56B722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BBC6099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4D2D834" w14:textId="77777777" w:rsidR="007D799D" w:rsidRDefault="007D799D">
            <w:pPr>
              <w:spacing w:after="0"/>
            </w:pPr>
          </w:p>
        </w:tc>
      </w:tr>
      <w:tr w:rsidR="007D799D" w14:paraId="19EB5A63" w14:textId="77777777" w:rsidTr="00336E91">
        <w:trPr>
          <w:trHeight w:hRule="exact" w:val="613"/>
          <w:jc w:val="center"/>
        </w:trPr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77DC33D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보호자 2</w:t>
            </w: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EB7A87E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6C7BF7D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80A16D1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61A4C3B" w14:textId="77777777" w:rsidR="007D799D" w:rsidRDefault="007D799D">
            <w:pPr>
              <w:spacing w:after="0"/>
            </w:pPr>
          </w:p>
        </w:tc>
      </w:tr>
      <w:tr w:rsidR="007D799D" w14:paraId="7323CF1C" w14:textId="77777777" w:rsidTr="00336E91">
        <w:trPr>
          <w:trHeight w:hRule="exact" w:val="613"/>
          <w:jc w:val="center"/>
        </w:trPr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4F75177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가족</w:t>
            </w: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EFD49B3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6014173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938C86B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26DA36F" w14:textId="77777777" w:rsidR="007D799D" w:rsidRDefault="007D799D">
            <w:pPr>
              <w:spacing w:after="0"/>
            </w:pPr>
          </w:p>
        </w:tc>
      </w:tr>
      <w:tr w:rsidR="007D799D" w14:paraId="54935846" w14:textId="77777777" w:rsidTr="00336E91">
        <w:trPr>
          <w:trHeight w:hRule="exact" w:val="613"/>
          <w:jc w:val="center"/>
        </w:trPr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FCD53B1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기타</w:t>
            </w: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3108425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BAA46EC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E6FB082" w14:textId="77777777" w:rsidR="007D799D" w:rsidRDefault="007D799D">
            <w:pPr>
              <w:spacing w:after="0"/>
            </w:pPr>
          </w:p>
        </w:tc>
        <w:tc>
          <w:tcPr>
            <w:tcW w:w="206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DD37745" w14:textId="77777777" w:rsidR="007D799D" w:rsidRDefault="007D799D">
            <w:pPr>
              <w:spacing w:after="0"/>
            </w:pPr>
          </w:p>
        </w:tc>
      </w:tr>
    </w:tbl>
    <w:p w14:paraId="33AE56D6" w14:textId="77777777" w:rsidR="007D799D" w:rsidRDefault="00000000">
      <w:pPr>
        <w:spacing w:before="120" w:after="60"/>
        <w:rPr>
          <w:lang w:eastAsia="ko-KR"/>
        </w:rPr>
      </w:pPr>
      <w:r>
        <w:rPr>
          <w:b/>
          <w:color w:val="223454"/>
          <w:sz w:val="24"/>
          <w:lang w:eastAsia="ko-KR"/>
        </w:rPr>
        <w:t>학교 · 학원 · 돌봄 연락처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5"/>
        <w:gridCol w:w="2575"/>
        <w:gridCol w:w="2575"/>
        <w:gridCol w:w="2575"/>
      </w:tblGrid>
      <w:tr w:rsidR="007D799D" w14:paraId="2E30696F" w14:textId="77777777" w:rsidTr="00336E91">
        <w:trPr>
          <w:trHeight w:hRule="exact" w:val="471"/>
          <w:jc w:val="center"/>
        </w:trPr>
        <w:tc>
          <w:tcPr>
            <w:tcW w:w="2575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42462EAD" w14:textId="77777777" w:rsidR="007D799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구분</w:t>
            </w:r>
            <w:proofErr w:type="spellEnd"/>
          </w:p>
        </w:tc>
        <w:tc>
          <w:tcPr>
            <w:tcW w:w="2575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19798202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기관·담당자</w:t>
            </w:r>
          </w:p>
        </w:tc>
        <w:tc>
          <w:tcPr>
            <w:tcW w:w="2575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57D546D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연락처</w:t>
            </w:r>
          </w:p>
        </w:tc>
        <w:tc>
          <w:tcPr>
            <w:tcW w:w="2575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141CC14D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비고</w:t>
            </w:r>
          </w:p>
        </w:tc>
      </w:tr>
      <w:tr w:rsidR="007D799D" w14:paraId="5F9A6AC2" w14:textId="77777777" w:rsidTr="00336E91">
        <w:trPr>
          <w:trHeight w:hRule="exact" w:val="577"/>
          <w:jc w:val="center"/>
        </w:trPr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249A596" w14:textId="77777777" w:rsidR="007D799D" w:rsidRDefault="007D799D">
            <w:pPr>
              <w:spacing w:after="0"/>
              <w:jc w:val="center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E62324D" w14:textId="77777777" w:rsidR="007D799D" w:rsidRDefault="007D799D">
            <w:pPr>
              <w:spacing w:after="0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8308067" w14:textId="77777777" w:rsidR="007D799D" w:rsidRDefault="007D799D">
            <w:pPr>
              <w:spacing w:after="0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7BAAD62" w14:textId="77777777" w:rsidR="007D799D" w:rsidRDefault="007D799D">
            <w:pPr>
              <w:spacing w:after="0"/>
            </w:pPr>
          </w:p>
        </w:tc>
      </w:tr>
      <w:tr w:rsidR="007D799D" w14:paraId="3DB9163C" w14:textId="77777777" w:rsidTr="00336E91">
        <w:trPr>
          <w:trHeight w:hRule="exact" w:val="577"/>
          <w:jc w:val="center"/>
        </w:trPr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1FE6C5E" w14:textId="77777777" w:rsidR="007D799D" w:rsidRDefault="007D799D">
            <w:pPr>
              <w:spacing w:after="0"/>
              <w:jc w:val="center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8902E75" w14:textId="77777777" w:rsidR="007D799D" w:rsidRDefault="007D799D">
            <w:pPr>
              <w:spacing w:after="0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E533651" w14:textId="77777777" w:rsidR="007D799D" w:rsidRDefault="007D799D">
            <w:pPr>
              <w:spacing w:after="0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95785E9" w14:textId="77777777" w:rsidR="007D799D" w:rsidRDefault="007D799D">
            <w:pPr>
              <w:spacing w:after="0"/>
            </w:pPr>
          </w:p>
        </w:tc>
      </w:tr>
      <w:tr w:rsidR="007D799D" w14:paraId="597BC20D" w14:textId="77777777" w:rsidTr="00336E91">
        <w:trPr>
          <w:trHeight w:hRule="exact" w:val="577"/>
          <w:jc w:val="center"/>
        </w:trPr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096C66E" w14:textId="77777777" w:rsidR="007D799D" w:rsidRDefault="007D799D">
            <w:pPr>
              <w:spacing w:after="0"/>
              <w:jc w:val="center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3471A24" w14:textId="77777777" w:rsidR="007D799D" w:rsidRDefault="007D799D">
            <w:pPr>
              <w:spacing w:after="0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9C2A90D" w14:textId="77777777" w:rsidR="007D799D" w:rsidRDefault="007D799D">
            <w:pPr>
              <w:spacing w:after="0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BDC3220" w14:textId="77777777" w:rsidR="007D799D" w:rsidRDefault="007D799D">
            <w:pPr>
              <w:spacing w:after="0"/>
            </w:pPr>
          </w:p>
        </w:tc>
      </w:tr>
      <w:tr w:rsidR="007D799D" w14:paraId="18448CB5" w14:textId="77777777" w:rsidTr="00336E91">
        <w:trPr>
          <w:trHeight w:hRule="exact" w:val="577"/>
          <w:jc w:val="center"/>
        </w:trPr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BD0510C" w14:textId="77777777" w:rsidR="007D799D" w:rsidRDefault="007D799D">
            <w:pPr>
              <w:spacing w:after="0"/>
              <w:jc w:val="center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1C241E2" w14:textId="77777777" w:rsidR="007D799D" w:rsidRDefault="007D799D">
            <w:pPr>
              <w:spacing w:after="0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4662CC8" w14:textId="77777777" w:rsidR="007D799D" w:rsidRDefault="007D799D">
            <w:pPr>
              <w:spacing w:after="0"/>
            </w:pPr>
          </w:p>
        </w:tc>
        <w:tc>
          <w:tcPr>
            <w:tcW w:w="257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ED0B88C" w14:textId="77777777" w:rsidR="007D799D" w:rsidRDefault="007D799D">
            <w:pPr>
              <w:spacing w:after="0"/>
            </w:pPr>
          </w:p>
        </w:tc>
      </w:tr>
    </w:tbl>
    <w:p w14:paraId="18D6B7ED" w14:textId="77777777" w:rsidR="007D799D" w:rsidRDefault="00000000">
      <w:pPr>
        <w:spacing w:before="120" w:after="60"/>
      </w:pPr>
      <w:r>
        <w:rPr>
          <w:b/>
          <w:color w:val="223454"/>
          <w:sz w:val="24"/>
        </w:rPr>
        <w:t>긴급 상황 연락처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3439"/>
        <w:gridCol w:w="3439"/>
      </w:tblGrid>
      <w:tr w:rsidR="007D799D" w14:paraId="55DBC00E" w14:textId="77777777" w:rsidTr="00336E91">
        <w:trPr>
          <w:trHeight w:hRule="exact" w:val="471"/>
          <w:jc w:val="center"/>
        </w:trPr>
        <w:tc>
          <w:tcPr>
            <w:tcW w:w="3439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005AAD1C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구분</w:t>
            </w:r>
          </w:p>
        </w:tc>
        <w:tc>
          <w:tcPr>
            <w:tcW w:w="3439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31AFAC84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연락처</w:t>
            </w:r>
          </w:p>
        </w:tc>
        <w:tc>
          <w:tcPr>
            <w:tcW w:w="3439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3B7A1747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메모</w:t>
            </w:r>
          </w:p>
        </w:tc>
      </w:tr>
      <w:tr w:rsidR="007D799D" w14:paraId="442567ED" w14:textId="77777777" w:rsidTr="00336E91">
        <w:trPr>
          <w:trHeight w:hRule="exact" w:val="524"/>
          <w:jc w:val="center"/>
        </w:trPr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A63BAF1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경찰</w:t>
            </w: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F0791EF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112</w:t>
            </w: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0764442" w14:textId="77777777" w:rsidR="007D799D" w:rsidRDefault="007D799D">
            <w:pPr>
              <w:spacing w:after="0"/>
            </w:pPr>
          </w:p>
        </w:tc>
      </w:tr>
      <w:tr w:rsidR="007D799D" w14:paraId="2362449F" w14:textId="77777777" w:rsidTr="00336E91">
        <w:trPr>
          <w:trHeight w:hRule="exact" w:val="524"/>
          <w:jc w:val="center"/>
        </w:trPr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A10C1AB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소방·구급</w:t>
            </w: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E29D68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</w:rPr>
              <w:t>119</w:t>
            </w: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3BD61EB" w14:textId="77777777" w:rsidR="007D799D" w:rsidRDefault="007D799D">
            <w:pPr>
              <w:spacing w:after="0"/>
            </w:pPr>
          </w:p>
        </w:tc>
      </w:tr>
      <w:tr w:rsidR="007D799D" w14:paraId="3262338E" w14:textId="77777777" w:rsidTr="00336E91">
        <w:trPr>
          <w:trHeight w:hRule="exact" w:val="524"/>
          <w:jc w:val="center"/>
        </w:trPr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BEF4FD9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가까운 병원</w:t>
            </w: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6D6E144" w14:textId="77777777" w:rsidR="007D799D" w:rsidRDefault="007D799D">
            <w:pPr>
              <w:spacing w:after="0"/>
              <w:jc w:val="center"/>
            </w:pP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C8CD8B4" w14:textId="77777777" w:rsidR="007D799D" w:rsidRDefault="007D799D">
            <w:pPr>
              <w:spacing w:after="0"/>
            </w:pPr>
          </w:p>
        </w:tc>
      </w:tr>
      <w:tr w:rsidR="007D799D" w14:paraId="2D317E23" w14:textId="77777777" w:rsidTr="00336E91">
        <w:trPr>
          <w:trHeight w:hRule="exact" w:val="524"/>
          <w:jc w:val="center"/>
        </w:trPr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C6090F8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7"/>
              </w:rPr>
              <w:t>기타</w:t>
            </w: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A677C0" w14:textId="77777777" w:rsidR="007D799D" w:rsidRDefault="007D799D">
            <w:pPr>
              <w:spacing w:after="0"/>
              <w:jc w:val="center"/>
            </w:pPr>
          </w:p>
        </w:tc>
        <w:tc>
          <w:tcPr>
            <w:tcW w:w="343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04CCBC1" w14:textId="77777777" w:rsidR="007D799D" w:rsidRDefault="007D799D">
            <w:pPr>
              <w:spacing w:after="0"/>
            </w:pPr>
          </w:p>
        </w:tc>
      </w:tr>
    </w:tbl>
    <w:p w14:paraId="5EC0C214" w14:textId="77777777" w:rsidR="007D799D" w:rsidRDefault="00000000">
      <w:pPr>
        <w:spacing w:before="120" w:after="60"/>
      </w:pPr>
      <w:r>
        <w:rPr>
          <w:b/>
          <w:color w:val="223454"/>
          <w:sz w:val="24"/>
        </w:rPr>
        <w:t>비상시 꼭 알려야 할 내용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9"/>
        <w:gridCol w:w="5159"/>
      </w:tblGrid>
      <w:tr w:rsidR="007D799D" w14:paraId="0F937753" w14:textId="77777777">
        <w:trPr>
          <w:trHeight w:hRule="exact" w:val="454"/>
          <w:jc w:val="center"/>
        </w:trPr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3E27067" w14:textId="77777777" w:rsidR="007D799D" w:rsidRDefault="00000000">
            <w:pPr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알레르기·건강 관련</w:t>
            </w:r>
          </w:p>
        </w:tc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0FEF1EA" w14:textId="77777777" w:rsidR="007D799D" w:rsidRDefault="00000000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223454"/>
                <w:sz w:val="16"/>
                <w:lang w:eastAsia="ko-KR"/>
              </w:rPr>
              <w:t>귀가·인계 시 주의사항</w:t>
            </w:r>
          </w:p>
        </w:tc>
      </w:tr>
      <w:tr w:rsidR="007D799D" w14:paraId="3674E96C" w14:textId="77777777">
        <w:trPr>
          <w:trHeight w:hRule="exact" w:val="850"/>
          <w:jc w:val="center"/>
        </w:trPr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7557269" w14:textId="77777777" w:rsidR="007D799D" w:rsidRDefault="007D799D">
            <w:pPr>
              <w:spacing w:after="0"/>
              <w:rPr>
                <w:lang w:eastAsia="ko-KR"/>
              </w:rPr>
            </w:pPr>
          </w:p>
        </w:tc>
        <w:tc>
          <w:tcPr>
            <w:tcW w:w="51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412F605" w14:textId="77777777" w:rsidR="007D799D" w:rsidRDefault="007D799D">
            <w:pPr>
              <w:spacing w:after="0"/>
              <w:rPr>
                <w:lang w:eastAsia="ko-KR"/>
              </w:rPr>
            </w:pPr>
          </w:p>
        </w:tc>
      </w:tr>
    </w:tbl>
    <w:p w14:paraId="3E2B9247" w14:textId="77777777" w:rsidR="007D799D" w:rsidRPr="00336E91" w:rsidRDefault="00000000">
      <w:pPr>
        <w:spacing w:before="80" w:after="0"/>
        <w:jc w:val="center"/>
        <w:rPr>
          <w:sz w:val="16"/>
          <w:szCs w:val="16"/>
        </w:rPr>
      </w:pPr>
      <w:r w:rsidRPr="00336E91">
        <w:rPr>
          <w:color w:val="6B7280"/>
          <w:sz w:val="16"/>
          <w:szCs w:val="16"/>
        </w:rPr>
        <w:t>EDUCATION BOX · edu.informationbox.kr</w:t>
      </w:r>
    </w:p>
    <w:sectPr w:rsidR="007D799D" w:rsidRPr="00336E91" w:rsidSect="00336E91">
      <w:pgSz w:w="11906" w:h="16838"/>
      <w:pgMar w:top="709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11137">
    <w:abstractNumId w:val="8"/>
  </w:num>
  <w:num w:numId="2" w16cid:durableId="148248925">
    <w:abstractNumId w:val="6"/>
  </w:num>
  <w:num w:numId="3" w16cid:durableId="225267009">
    <w:abstractNumId w:val="5"/>
  </w:num>
  <w:num w:numId="4" w16cid:durableId="1136920866">
    <w:abstractNumId w:val="4"/>
  </w:num>
  <w:num w:numId="5" w16cid:durableId="800614511">
    <w:abstractNumId w:val="7"/>
  </w:num>
  <w:num w:numId="6" w16cid:durableId="1872642529">
    <w:abstractNumId w:val="3"/>
  </w:num>
  <w:num w:numId="7" w16cid:durableId="1867675793">
    <w:abstractNumId w:val="2"/>
  </w:num>
  <w:num w:numId="8" w16cid:durableId="690184683">
    <w:abstractNumId w:val="1"/>
  </w:num>
  <w:num w:numId="9" w16cid:durableId="503784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E91"/>
    <w:rsid w:val="007D799D"/>
    <w:rsid w:val="00AA1D8D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CEF34F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2026-10-01T08:51:00Z</dcterms:modified>
  <cp:category/>
</cp:coreProperties>
</file>