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B876C7" w14:paraId="40DF69AA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695B573B" w14:textId="77777777" w:rsidR="00B876C7" w:rsidRDefault="00B876C7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702E722F" w14:textId="77777777" w:rsidR="00B876C7" w:rsidRDefault="00B876C7"/>
        </w:tc>
      </w:tr>
    </w:tbl>
    <w:p w14:paraId="55E56A82" w14:textId="77777777" w:rsidR="00B876C7" w:rsidRDefault="00000000">
      <w:pPr>
        <w:spacing w:before="100" w:after="0"/>
      </w:pPr>
      <w:r>
        <w:rPr>
          <w:b/>
          <w:color w:val="F17B63"/>
        </w:rPr>
        <w:t>LESSON PLAN</w:t>
      </w:r>
    </w:p>
    <w:p w14:paraId="5D33EF91" w14:textId="77777777" w:rsidR="00B876C7" w:rsidRDefault="00000000">
      <w:pPr>
        <w:spacing w:after="60"/>
      </w:pPr>
      <w:r>
        <w:rPr>
          <w:b/>
          <w:color w:val="223454"/>
          <w:sz w:val="46"/>
        </w:rPr>
        <w:t>수업 계획서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1739"/>
        <w:gridCol w:w="1739"/>
        <w:gridCol w:w="1739"/>
      </w:tblGrid>
      <w:tr w:rsidR="00B876C7" w14:paraId="12A7ACC0" w14:textId="77777777">
        <w:trPr>
          <w:trHeight w:hRule="exact" w:val="510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C7A6E8F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수업명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FF03877" w14:textId="77777777" w:rsidR="00B876C7" w:rsidRDefault="00B876C7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DB3293C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대상·학년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D41D451" w14:textId="77777777" w:rsidR="00B876C7" w:rsidRDefault="00B876C7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17AE219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수업일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240952C" w14:textId="77777777" w:rsidR="00B876C7" w:rsidRDefault="00B876C7">
            <w:pPr>
              <w:spacing w:after="0"/>
            </w:pPr>
          </w:p>
        </w:tc>
      </w:tr>
      <w:tr w:rsidR="00B876C7" w14:paraId="2DF47700" w14:textId="77777777">
        <w:trPr>
          <w:trHeight w:hRule="exact" w:val="510"/>
        </w:trPr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9B0D94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담당자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864B9B6" w14:textId="77777777" w:rsidR="00B876C7" w:rsidRDefault="00B876C7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B3557E0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수업 시간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87927A2" w14:textId="77777777" w:rsidR="00B876C7" w:rsidRDefault="00B876C7">
            <w:pPr>
              <w:spacing w:after="0"/>
            </w:pP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AF2440C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장소</w:t>
            </w:r>
          </w:p>
        </w:tc>
        <w:tc>
          <w:tcPr>
            <w:tcW w:w="17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B296429" w14:textId="77777777" w:rsidR="00B876C7" w:rsidRDefault="00B876C7">
            <w:pPr>
              <w:spacing w:after="0"/>
            </w:pPr>
          </w:p>
        </w:tc>
      </w:tr>
    </w:tbl>
    <w:p w14:paraId="16860974" w14:textId="77777777" w:rsidR="00B876C7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수업 개요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B876C7" w14:paraId="52F8FCFA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F256170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수업 주제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817C54D" w14:textId="77777777" w:rsidR="00B876C7" w:rsidRDefault="00B876C7">
            <w:pPr>
              <w:spacing w:after="0"/>
            </w:pPr>
          </w:p>
        </w:tc>
      </w:tr>
      <w:tr w:rsidR="00B876C7" w14:paraId="633AA9C3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50DF324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수업 목표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3356A44" w14:textId="77777777" w:rsidR="00B876C7" w:rsidRDefault="00B876C7">
            <w:pPr>
              <w:spacing w:after="0"/>
            </w:pPr>
          </w:p>
        </w:tc>
      </w:tr>
      <w:tr w:rsidR="00B876C7" w14:paraId="53382B49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C8F8FCE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핵심 내용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A8CB63E" w14:textId="77777777" w:rsidR="00B876C7" w:rsidRDefault="00B876C7">
            <w:pPr>
              <w:spacing w:after="0"/>
            </w:pPr>
          </w:p>
        </w:tc>
      </w:tr>
    </w:tbl>
    <w:p w14:paraId="2CE1634A" w14:textId="77777777" w:rsidR="00B876C7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수업 준비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B876C7" w14:paraId="6C92C9F8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DAAEA91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준비물·교구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0F5B0F8" w14:textId="77777777" w:rsidR="00B876C7" w:rsidRDefault="00B876C7">
            <w:pPr>
              <w:spacing w:after="0"/>
            </w:pPr>
          </w:p>
        </w:tc>
      </w:tr>
      <w:tr w:rsidR="00B876C7" w14:paraId="5066F1CD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65B31EB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사전 준비·유의사항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396EF4C" w14:textId="77777777" w:rsidR="00B876C7" w:rsidRDefault="00B876C7">
            <w:pPr>
              <w:spacing w:after="0"/>
            </w:pPr>
          </w:p>
        </w:tc>
      </w:tr>
    </w:tbl>
    <w:p w14:paraId="18573259" w14:textId="77777777" w:rsidR="00B876C7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수업 진행 계획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B876C7" w14:paraId="4ED9144D" w14:textId="77777777" w:rsidTr="00BF3FD5">
        <w:trPr>
          <w:trHeight w:hRule="exact" w:val="437"/>
        </w:trPr>
        <w:tc>
          <w:tcPr>
            <w:tcW w:w="260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43330E2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단계</w:t>
            </w:r>
          </w:p>
        </w:tc>
        <w:tc>
          <w:tcPr>
            <w:tcW w:w="260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AE742EB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시간</w:t>
            </w:r>
          </w:p>
        </w:tc>
        <w:tc>
          <w:tcPr>
            <w:tcW w:w="260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4FEEBAB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교수·학습 활동</w:t>
            </w:r>
          </w:p>
        </w:tc>
        <w:tc>
          <w:tcPr>
            <w:tcW w:w="2608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2A3BEBD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자료·유의점</w:t>
            </w:r>
          </w:p>
        </w:tc>
      </w:tr>
      <w:tr w:rsidR="00B876C7" w14:paraId="14173625" w14:textId="77777777" w:rsidTr="00BF3FD5">
        <w:trPr>
          <w:trHeight w:hRule="exact" w:val="76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8ECBE49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도입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D4D0170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E3CF688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3CABF3D" w14:textId="77777777" w:rsidR="00B876C7" w:rsidRDefault="00B876C7">
            <w:pPr>
              <w:spacing w:after="0"/>
            </w:pPr>
          </w:p>
        </w:tc>
      </w:tr>
      <w:tr w:rsidR="00B876C7" w14:paraId="4BBF4385" w14:textId="77777777" w:rsidTr="00BF3FD5">
        <w:trPr>
          <w:trHeight w:hRule="exact" w:val="76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984D8A5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활동 1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8781C6A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2E6EC9F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01048A2" w14:textId="77777777" w:rsidR="00B876C7" w:rsidRDefault="00B876C7">
            <w:pPr>
              <w:spacing w:after="0"/>
            </w:pPr>
          </w:p>
        </w:tc>
      </w:tr>
      <w:tr w:rsidR="00B876C7" w14:paraId="4C951432" w14:textId="77777777" w:rsidTr="00BF3FD5">
        <w:trPr>
          <w:trHeight w:hRule="exact" w:val="76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38E28E6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활동 2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FC3C263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055112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B03D1D1" w14:textId="77777777" w:rsidR="00B876C7" w:rsidRDefault="00B876C7">
            <w:pPr>
              <w:spacing w:after="0"/>
            </w:pPr>
          </w:p>
        </w:tc>
      </w:tr>
      <w:tr w:rsidR="00B876C7" w14:paraId="1A6DE12B" w14:textId="77777777" w:rsidTr="00BF3FD5">
        <w:trPr>
          <w:trHeight w:hRule="exact" w:val="76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E3490C4" w14:textId="77777777" w:rsidR="00B876C7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정리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1A27770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CCBB10" w14:textId="77777777" w:rsidR="00B876C7" w:rsidRDefault="00B876C7">
            <w:pPr>
              <w:spacing w:after="0"/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9311134" w14:textId="77777777" w:rsidR="00B876C7" w:rsidRDefault="00B876C7">
            <w:pPr>
              <w:spacing w:after="0"/>
            </w:pPr>
          </w:p>
        </w:tc>
      </w:tr>
    </w:tbl>
    <w:p w14:paraId="0463E9F8" w14:textId="77777777" w:rsidR="00B876C7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평가 · 확인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B876C7" w14:paraId="55AC1361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8137D2E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학습 확인 방법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EB5F605" w14:textId="77777777" w:rsidR="00B876C7" w:rsidRDefault="00B876C7">
            <w:pPr>
              <w:spacing w:after="0"/>
            </w:pPr>
          </w:p>
        </w:tc>
      </w:tr>
      <w:tr w:rsidR="00B876C7" w14:paraId="0E0EA6CD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57049ED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관찰·평가 내용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FD0F331" w14:textId="77777777" w:rsidR="00B876C7" w:rsidRDefault="00B876C7">
            <w:pPr>
              <w:spacing w:after="0"/>
            </w:pPr>
          </w:p>
        </w:tc>
      </w:tr>
      <w:tr w:rsidR="00B876C7" w14:paraId="67C91D99" w14:textId="77777777">
        <w:trPr>
          <w:trHeight w:hRule="exact" w:val="595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321ADA9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개별 지원·보완 계획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E100629" w14:textId="77777777" w:rsidR="00B876C7" w:rsidRDefault="00B876C7">
            <w:pPr>
              <w:spacing w:after="0"/>
            </w:pPr>
          </w:p>
        </w:tc>
      </w:tr>
    </w:tbl>
    <w:p w14:paraId="29815418" w14:textId="77777777" w:rsidR="00B876C7" w:rsidRDefault="00000000">
      <w:pPr>
        <w:spacing w:before="84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수업 후 기록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B876C7" w14:paraId="272787A6" w14:textId="77777777">
        <w:trPr>
          <w:trHeight w:hRule="exact" w:val="680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183EA91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수업 결과·학생 반응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CCAB251" w14:textId="77777777" w:rsidR="00B876C7" w:rsidRDefault="00B876C7">
            <w:pPr>
              <w:spacing w:after="0"/>
            </w:pPr>
          </w:p>
        </w:tc>
      </w:tr>
      <w:tr w:rsidR="00B876C7" w14:paraId="31E06A5D" w14:textId="77777777">
        <w:trPr>
          <w:trHeight w:hRule="exact" w:val="680"/>
        </w:trPr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28BA3F4" w14:textId="77777777" w:rsidR="00B876C7" w:rsidRDefault="00000000">
            <w:pPr>
              <w:spacing w:after="0"/>
            </w:pPr>
            <w:r>
              <w:rPr>
                <w:b/>
                <w:color w:val="223454"/>
                <w:sz w:val="16"/>
              </w:rPr>
              <w:t>다음 수업에 반영할 점</w:t>
            </w:r>
          </w:p>
        </w:tc>
        <w:tc>
          <w:tcPr>
            <w:tcW w:w="521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21D8768" w14:textId="77777777" w:rsidR="00B876C7" w:rsidRDefault="00B876C7">
            <w:pPr>
              <w:spacing w:after="0"/>
            </w:pPr>
          </w:p>
        </w:tc>
      </w:tr>
    </w:tbl>
    <w:p w14:paraId="095D3380" w14:textId="77777777" w:rsidR="00B876C7" w:rsidRPr="00BF3FD5" w:rsidRDefault="00000000">
      <w:pPr>
        <w:spacing w:before="60" w:after="0"/>
        <w:jc w:val="center"/>
        <w:rPr>
          <w:sz w:val="16"/>
          <w:szCs w:val="16"/>
        </w:rPr>
      </w:pPr>
      <w:r w:rsidRPr="00BF3FD5">
        <w:rPr>
          <w:color w:val="6B7280"/>
          <w:sz w:val="16"/>
          <w:szCs w:val="16"/>
        </w:rPr>
        <w:t>EDUCATION BOX · edu.informationbox.kr</w:t>
      </w:r>
    </w:p>
    <w:sectPr w:rsidR="00B876C7" w:rsidRPr="00BF3FD5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8421424">
    <w:abstractNumId w:val="8"/>
  </w:num>
  <w:num w:numId="2" w16cid:durableId="49234170">
    <w:abstractNumId w:val="6"/>
  </w:num>
  <w:num w:numId="3" w16cid:durableId="1147363256">
    <w:abstractNumId w:val="5"/>
  </w:num>
  <w:num w:numId="4" w16cid:durableId="1593659532">
    <w:abstractNumId w:val="4"/>
  </w:num>
  <w:num w:numId="5" w16cid:durableId="205530949">
    <w:abstractNumId w:val="7"/>
  </w:num>
  <w:num w:numId="6" w16cid:durableId="1697459149">
    <w:abstractNumId w:val="3"/>
  </w:num>
  <w:num w:numId="7" w16cid:durableId="718289715">
    <w:abstractNumId w:val="2"/>
  </w:num>
  <w:num w:numId="8" w16cid:durableId="1290551307">
    <w:abstractNumId w:val="1"/>
  </w:num>
  <w:num w:numId="9" w16cid:durableId="1525706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876C7"/>
    <w:rsid w:val="00BA4020"/>
    <w:rsid w:val="00BF3FD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D8782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2026-10-01T14:32:00Z</dcterms:modified>
  <cp:category/>
</cp:coreProperties>
</file>