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5216"/>
      </w:tblGrid>
      <w:tr w:rsidR="00E84297" w14:paraId="08D19CBA" w14:textId="77777777">
        <w:trPr>
          <w:trHeight w:hRule="exact" w:val="170"/>
          <w:jc w:val="center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377AA158" w14:textId="77777777" w:rsidR="00E84297" w:rsidRDefault="00E84297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768C8B86" w14:textId="77777777" w:rsidR="00E84297" w:rsidRDefault="00E84297"/>
        </w:tc>
      </w:tr>
    </w:tbl>
    <w:p w14:paraId="6C764796" w14:textId="77777777" w:rsidR="00E84297" w:rsidRDefault="00000000">
      <w:pPr>
        <w:spacing w:before="120" w:after="0"/>
      </w:pPr>
      <w:r>
        <w:rPr>
          <w:b/>
          <w:color w:val="F17B63"/>
        </w:rPr>
        <w:t>SMARTPHONE USE PLAN</w:t>
      </w:r>
    </w:p>
    <w:p w14:paraId="10A5324B" w14:textId="77777777" w:rsidR="00E84297" w:rsidRDefault="00000000">
      <w:pPr>
        <w:spacing w:after="60"/>
      </w:pPr>
      <w:r>
        <w:rPr>
          <w:b/>
          <w:color w:val="223454"/>
          <w:sz w:val="46"/>
        </w:rPr>
        <w:t>스마트폰 사용계획표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E84297" w14:paraId="2224E013" w14:textId="77777777">
        <w:trPr>
          <w:trHeight w:hRule="exact" w:val="567"/>
          <w:jc w:val="center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C8710D5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이름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49D8DF3" w14:textId="77777777" w:rsidR="00E84297" w:rsidRDefault="00E8429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B5B8390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기간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0D2EE73" w14:textId="77777777" w:rsidR="00E84297" w:rsidRDefault="00E8429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7128206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하루 목표 시간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C130EA0" w14:textId="77777777" w:rsidR="00E84297" w:rsidRDefault="00E84297">
            <w:pPr>
              <w:spacing w:after="0"/>
            </w:pPr>
          </w:p>
        </w:tc>
      </w:tr>
    </w:tbl>
    <w:p w14:paraId="7BB50B78" w14:textId="77777777" w:rsidR="00E84297" w:rsidRDefault="00000000">
      <w:pPr>
        <w:spacing w:before="100" w:after="40"/>
      </w:pPr>
      <w:r>
        <w:rPr>
          <w:b/>
          <w:color w:val="223454"/>
          <w:sz w:val="23"/>
        </w:rPr>
        <w:t>나의 스마트폰 사용 약속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5216"/>
      </w:tblGrid>
      <w:tr w:rsidR="00E84297" w14:paraId="520D8596" w14:textId="77777777">
        <w:trPr>
          <w:trHeight w:hRule="exact" w:val="510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B86013D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사용 가능한 시간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EEA6ABD" w14:textId="77777777" w:rsidR="00E84297" w:rsidRDefault="00E84297">
            <w:pPr>
              <w:spacing w:after="0"/>
            </w:pPr>
          </w:p>
        </w:tc>
      </w:tr>
      <w:tr w:rsidR="00E84297" w14:paraId="6B829576" w14:textId="77777777">
        <w:trPr>
          <w:trHeight w:hRule="exact" w:val="510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BCABCC8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사용하지 않는 시간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BB93712" w14:textId="77777777" w:rsidR="00E84297" w:rsidRDefault="00E84297">
            <w:pPr>
              <w:spacing w:after="0"/>
            </w:pPr>
          </w:p>
        </w:tc>
      </w:tr>
      <w:tr w:rsidR="00E84297" w14:paraId="76814E5A" w14:textId="77777777">
        <w:trPr>
          <w:trHeight w:hRule="exact" w:val="510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BACCD9A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사용할 수 있는 장소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F5838A0" w14:textId="77777777" w:rsidR="00E84297" w:rsidRDefault="00E84297">
            <w:pPr>
              <w:spacing w:after="0"/>
            </w:pPr>
          </w:p>
        </w:tc>
      </w:tr>
      <w:tr w:rsidR="00E84297" w14:paraId="28049026" w14:textId="77777777">
        <w:trPr>
          <w:trHeight w:hRule="exact" w:val="510"/>
          <w:jc w:val="center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A7D931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꼭 지킬 약속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7440871" w14:textId="77777777" w:rsidR="00E84297" w:rsidRDefault="00E84297">
            <w:pPr>
              <w:spacing w:after="0"/>
            </w:pPr>
          </w:p>
        </w:tc>
      </w:tr>
    </w:tbl>
    <w:p w14:paraId="521AC504" w14:textId="77777777" w:rsidR="00E84297" w:rsidRDefault="00000000">
      <w:pPr>
        <w:spacing w:before="100" w:after="40"/>
      </w:pPr>
      <w:r>
        <w:rPr>
          <w:b/>
          <w:color w:val="223454"/>
          <w:sz w:val="23"/>
        </w:rPr>
        <w:t>일주일 사용 계획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086"/>
        <w:gridCol w:w="2086"/>
      </w:tblGrid>
      <w:tr w:rsidR="00E84297" w14:paraId="6926DCB6" w14:textId="77777777">
        <w:trPr>
          <w:trHeight w:hRule="exact" w:val="510"/>
          <w:jc w:val="center"/>
        </w:trPr>
        <w:tc>
          <w:tcPr>
            <w:tcW w:w="20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80501AB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요일</w:t>
            </w:r>
          </w:p>
        </w:tc>
        <w:tc>
          <w:tcPr>
            <w:tcW w:w="20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231DE772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사용 예정 시간</w:t>
            </w:r>
          </w:p>
        </w:tc>
        <w:tc>
          <w:tcPr>
            <w:tcW w:w="20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D44D096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실제 사용 시간</w:t>
            </w:r>
          </w:p>
        </w:tc>
        <w:tc>
          <w:tcPr>
            <w:tcW w:w="20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402F1F7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약속 지킴</w:t>
            </w:r>
          </w:p>
        </w:tc>
        <w:tc>
          <w:tcPr>
            <w:tcW w:w="20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0098B03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확인</w:t>
            </w:r>
          </w:p>
        </w:tc>
      </w:tr>
      <w:tr w:rsidR="00E84297" w14:paraId="431C7516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2EE1E2B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월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4080840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3154AB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68A00A9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7481363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1AB15CDC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5C4A8B5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화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488E7D1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3322261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55DBAD4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7D53DD2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0298A012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14426E9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수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957AF5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79AD953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A903A90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A23985B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0F311605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441912E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목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26B65DB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D2F72B9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512031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34CAA60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25DEC7E5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9267BEE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금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46D498F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FAB9C3B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9586DC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4637079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7DEE2F4E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EA7726E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토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8DDE8CA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438468D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DF77FC3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AED554C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  <w:tr w:rsidR="00E84297" w14:paraId="1A6E2B9A" w14:textId="77777777">
        <w:trPr>
          <w:trHeight w:hRule="exact" w:val="624"/>
          <w:jc w:val="center"/>
        </w:trPr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599B65A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일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4F56DA4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67C0957" w14:textId="77777777" w:rsidR="00E84297" w:rsidRDefault="00E84297">
            <w:pPr>
              <w:spacing w:after="0"/>
            </w:pP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F7F2380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  <w:tc>
          <w:tcPr>
            <w:tcW w:w="20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B81B79F" w14:textId="77777777" w:rsidR="00E84297" w:rsidRDefault="00000000">
            <w:pPr>
              <w:spacing w:after="0"/>
              <w:jc w:val="center"/>
            </w:pPr>
            <w:r>
              <w:rPr>
                <w:color w:val="223454"/>
                <w:sz w:val="20"/>
              </w:rPr>
              <w:t>□</w:t>
            </w:r>
          </w:p>
        </w:tc>
      </w:tr>
    </w:tbl>
    <w:p w14:paraId="0F8B6873" w14:textId="77777777" w:rsidR="00E84297" w:rsidRDefault="00000000">
      <w:pPr>
        <w:spacing w:before="100" w:after="40"/>
      </w:pPr>
      <w:r>
        <w:rPr>
          <w:b/>
          <w:color w:val="223454"/>
          <w:sz w:val="23"/>
        </w:rPr>
        <w:t>스마트폰 대신 해볼 것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E84297" w14:paraId="4CD22576" w14:textId="77777777">
        <w:trPr>
          <w:trHeight w:hRule="exact" w:val="510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232AB69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□ 책 읽기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CE6DEB9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□ 운동하기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FFB112F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□ 그림·만들기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DCF17D5" w14:textId="77777777" w:rsidR="00E8429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□ 가족과 이야기하기</w:t>
            </w:r>
          </w:p>
        </w:tc>
      </w:tr>
      <w:tr w:rsidR="00E84297" w14:paraId="3593344D" w14:textId="77777777">
        <w:trPr>
          <w:trHeight w:hRule="exact" w:val="510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4F40CF7" w14:textId="77777777" w:rsidR="00E84297" w:rsidRDefault="00000000">
            <w:pPr>
              <w:spacing w:after="0"/>
            </w:pPr>
            <w:r>
              <w:rPr>
                <w:color w:val="223454"/>
                <w:sz w:val="16"/>
              </w:rPr>
              <w:t>□ 숙제·복습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1A22531" w14:textId="77777777" w:rsidR="00E84297" w:rsidRDefault="00000000">
            <w:pPr>
              <w:spacing w:after="0"/>
            </w:pPr>
            <w:r>
              <w:rPr>
                <w:color w:val="223454"/>
                <w:sz w:val="16"/>
              </w:rPr>
              <w:t>□ 친구와 놀기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4798AE4" w14:textId="77777777" w:rsidR="00E84297" w:rsidRDefault="00000000">
            <w:pPr>
              <w:spacing w:after="0"/>
            </w:pPr>
            <w:r>
              <w:rPr>
                <w:color w:val="223454"/>
                <w:sz w:val="16"/>
              </w:rPr>
              <w:t>□ 산책하기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5D20840" w14:textId="77777777" w:rsidR="00E84297" w:rsidRDefault="00000000">
            <w:pPr>
              <w:spacing w:after="0"/>
            </w:pPr>
            <w:r>
              <w:rPr>
                <w:color w:val="223454"/>
                <w:sz w:val="16"/>
              </w:rPr>
              <w:t>□ 기타</w:t>
            </w:r>
          </w:p>
        </w:tc>
      </w:tr>
    </w:tbl>
    <w:p w14:paraId="6B4A3886" w14:textId="77777777" w:rsidR="00E84297" w:rsidRDefault="00000000">
      <w:pPr>
        <w:spacing w:before="100" w:after="40"/>
      </w:pPr>
      <w:r>
        <w:rPr>
          <w:b/>
          <w:color w:val="223454"/>
          <w:sz w:val="23"/>
        </w:rPr>
        <w:t>이번 주 돌아보기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869"/>
        <w:gridCol w:w="1739"/>
        <w:gridCol w:w="1738"/>
        <w:gridCol w:w="870"/>
        <w:gridCol w:w="2608"/>
      </w:tblGrid>
      <w:tr w:rsidR="00E84297" w14:paraId="113ED405" w14:textId="77777777">
        <w:trPr>
          <w:trHeight w:hRule="exact" w:val="454"/>
          <w:jc w:val="center"/>
        </w:trPr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67629F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잘 지킨 점</w:t>
            </w: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E3F1DA4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어려웠던 점</w:t>
            </w: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660F90A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다음 주 약속</w:t>
            </w:r>
          </w:p>
        </w:tc>
      </w:tr>
      <w:tr w:rsidR="00E84297" w14:paraId="47CBCFCA" w14:textId="77777777">
        <w:trPr>
          <w:trHeight w:hRule="exact" w:val="850"/>
          <w:jc w:val="center"/>
        </w:trPr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258800F" w14:textId="77777777" w:rsidR="00E84297" w:rsidRDefault="00E84297">
            <w:pPr>
              <w:spacing w:after="0"/>
            </w:pP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359ACA" w14:textId="77777777" w:rsidR="00E84297" w:rsidRDefault="00E84297">
            <w:pPr>
              <w:spacing w:after="0"/>
            </w:pP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B7FFAF9" w14:textId="77777777" w:rsidR="00E84297" w:rsidRDefault="00E84297">
            <w:pPr>
              <w:spacing w:after="0"/>
            </w:pPr>
          </w:p>
        </w:tc>
      </w:tr>
      <w:tr w:rsidR="00E84297" w14:paraId="5B2382FA" w14:textId="77777777">
        <w:trPr>
          <w:trHeight w:hRule="exact" w:val="510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0EF4E19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아이 확인</w:t>
            </w:r>
          </w:p>
        </w:tc>
        <w:tc>
          <w:tcPr>
            <w:tcW w:w="2608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7940D7E" w14:textId="77777777" w:rsidR="00E84297" w:rsidRDefault="00000000" w:rsidP="001C60B8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08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5D670B7" w14:textId="77777777" w:rsidR="00E8429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 확인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EAF036F" w14:textId="77777777" w:rsidR="00E84297" w:rsidRDefault="00000000" w:rsidP="001C60B8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</w:tr>
    </w:tbl>
    <w:p w14:paraId="7C649FDC" w14:textId="77777777" w:rsidR="00E84297" w:rsidRPr="005345D8" w:rsidRDefault="00000000">
      <w:pPr>
        <w:spacing w:before="60" w:after="0"/>
        <w:jc w:val="center"/>
        <w:rPr>
          <w:sz w:val="16"/>
          <w:szCs w:val="16"/>
        </w:rPr>
      </w:pPr>
      <w:r w:rsidRPr="005345D8">
        <w:rPr>
          <w:color w:val="6B7280"/>
          <w:sz w:val="16"/>
          <w:szCs w:val="16"/>
        </w:rPr>
        <w:t>EDUCATION BOX · edu.informationbox.kr</w:t>
      </w:r>
    </w:p>
    <w:sectPr w:rsidR="00E84297" w:rsidRPr="005345D8" w:rsidSect="00034616">
      <w:pgSz w:w="11906" w:h="16838"/>
      <w:pgMar w:top="624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530391">
    <w:abstractNumId w:val="8"/>
  </w:num>
  <w:num w:numId="2" w16cid:durableId="3552577">
    <w:abstractNumId w:val="6"/>
  </w:num>
  <w:num w:numId="3" w16cid:durableId="1563440004">
    <w:abstractNumId w:val="5"/>
  </w:num>
  <w:num w:numId="4" w16cid:durableId="563874018">
    <w:abstractNumId w:val="4"/>
  </w:num>
  <w:num w:numId="5" w16cid:durableId="18775277">
    <w:abstractNumId w:val="7"/>
  </w:num>
  <w:num w:numId="6" w16cid:durableId="398401955">
    <w:abstractNumId w:val="3"/>
  </w:num>
  <w:num w:numId="7" w16cid:durableId="44573743">
    <w:abstractNumId w:val="2"/>
  </w:num>
  <w:num w:numId="8" w16cid:durableId="2117557354">
    <w:abstractNumId w:val="1"/>
  </w:num>
  <w:num w:numId="9" w16cid:durableId="13094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60B8"/>
    <w:rsid w:val="0029639D"/>
    <w:rsid w:val="00326F90"/>
    <w:rsid w:val="005345D8"/>
    <w:rsid w:val="00AA1D8D"/>
    <w:rsid w:val="00B47730"/>
    <w:rsid w:val="00BA4020"/>
    <w:rsid w:val="00CB0664"/>
    <w:rsid w:val="00E842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E800FC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2026-10-01T06:23:00Z</dcterms:modified>
  <cp:category/>
</cp:coreProperties>
</file>