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FE3EBC" w14:paraId="566FFD87" w14:textId="77777777">
        <w:trPr>
          <w:trHeight w:hRule="exact" w:val="170"/>
          <w:jc w:val="center"/>
        </w:trPr>
        <w:tc>
          <w:tcPr>
            <w:tcW w:w="515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3BD5495D" w14:textId="77777777" w:rsidR="00FE3EBC" w:rsidRDefault="00FE3EBC"/>
        </w:tc>
        <w:tc>
          <w:tcPr>
            <w:tcW w:w="515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006C511A" w14:textId="77777777" w:rsidR="00FE3EBC" w:rsidRDefault="00FE3EBC"/>
        </w:tc>
      </w:tr>
    </w:tbl>
    <w:p w14:paraId="215E0EE5" w14:textId="77777777" w:rsidR="00FE3EBC" w:rsidRDefault="00000000">
      <w:pPr>
        <w:spacing w:before="160" w:after="0"/>
      </w:pPr>
      <w:r>
        <w:rPr>
          <w:b/>
          <w:color w:val="F17B63"/>
        </w:rPr>
        <w:t>WEEKLY TIMETABLE</w:t>
      </w:r>
    </w:p>
    <w:p w14:paraId="306E26E2" w14:textId="77777777" w:rsidR="00FE3EBC" w:rsidRDefault="00000000">
      <w:pPr>
        <w:spacing w:after="100"/>
      </w:pPr>
      <w:r>
        <w:rPr>
          <w:b/>
          <w:color w:val="223454"/>
          <w:sz w:val="50"/>
        </w:rPr>
        <w:t>시간표</w:t>
      </w:r>
    </w:p>
    <w:tbl>
      <w:tblPr>
        <w:tblW w:w="10270" w:type="dxa"/>
        <w:jc w:val="center"/>
        <w:tblLayout w:type="fixed"/>
        <w:tblLook w:val="04A0" w:firstRow="1" w:lastRow="0" w:firstColumn="1" w:lastColumn="0" w:noHBand="0" w:noVBand="1"/>
      </w:tblPr>
      <w:tblGrid>
        <w:gridCol w:w="1189"/>
        <w:gridCol w:w="2756"/>
        <w:gridCol w:w="709"/>
        <w:gridCol w:w="2126"/>
        <w:gridCol w:w="851"/>
        <w:gridCol w:w="992"/>
        <w:gridCol w:w="709"/>
        <w:gridCol w:w="938"/>
      </w:tblGrid>
      <w:tr w:rsidR="00BF6022" w14:paraId="50AE3CE6" w14:textId="77777777" w:rsidTr="00BF6022">
        <w:trPr>
          <w:trHeight w:hRule="exact" w:val="584"/>
          <w:jc w:val="center"/>
        </w:trPr>
        <w:tc>
          <w:tcPr>
            <w:tcW w:w="118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CD66EB7" w14:textId="0CEE7604" w:rsidR="00BF6022" w:rsidRPr="00BF6022" w:rsidRDefault="00BF6022" w:rsidP="00BF6022">
            <w:pPr>
              <w:spacing w:after="0"/>
              <w:jc w:val="center"/>
              <w:rPr>
                <w:b/>
                <w:bCs/>
              </w:rPr>
            </w:pPr>
            <w:r w:rsidRPr="00BF6022">
              <w:rPr>
                <w:rFonts w:hint="eastAsia"/>
                <w:b/>
                <w:bCs/>
                <w:lang w:eastAsia="ko-KR"/>
              </w:rPr>
              <w:t>학교</w:t>
            </w:r>
          </w:p>
        </w:tc>
        <w:tc>
          <w:tcPr>
            <w:tcW w:w="2756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</w:tcPr>
          <w:p w14:paraId="34A11FB2" w14:textId="77777777" w:rsidR="00BF6022" w:rsidRDefault="00BF6022">
            <w:pPr>
              <w:spacing w:after="0"/>
            </w:pPr>
          </w:p>
        </w:tc>
        <w:tc>
          <w:tcPr>
            <w:tcW w:w="70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9622851" w14:textId="0ECCD50E" w:rsidR="00BF6022" w:rsidRPr="00BF6022" w:rsidRDefault="00BF6022" w:rsidP="00BF6022">
            <w:pPr>
              <w:spacing w:after="0"/>
              <w:jc w:val="center"/>
              <w:rPr>
                <w:b/>
                <w:bCs/>
              </w:rPr>
            </w:pPr>
            <w:r w:rsidRPr="00BF6022">
              <w:rPr>
                <w:rFonts w:hint="eastAsia"/>
                <w:b/>
                <w:bCs/>
                <w:lang w:eastAsia="ko-KR"/>
              </w:rPr>
              <w:t>이름</w:t>
            </w:r>
          </w:p>
        </w:tc>
        <w:tc>
          <w:tcPr>
            <w:tcW w:w="2126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B169FD" w14:textId="1D9FA599" w:rsidR="00BF6022" w:rsidRDefault="00BF6022" w:rsidP="00BF6022">
            <w:pPr>
              <w:spacing w:after="0"/>
              <w:jc w:val="center"/>
            </w:pPr>
          </w:p>
        </w:tc>
        <w:tc>
          <w:tcPr>
            <w:tcW w:w="851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23C0273" w14:textId="10A09548" w:rsidR="00BF6022" w:rsidRDefault="00BF6022" w:rsidP="00BF6022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</w:rPr>
              <w:t>학년</w:t>
            </w:r>
            <w:proofErr w:type="spellEnd"/>
          </w:p>
        </w:tc>
        <w:tc>
          <w:tcPr>
            <w:tcW w:w="992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</w:tcPr>
          <w:p w14:paraId="1864ADA0" w14:textId="77777777" w:rsidR="00BF6022" w:rsidRDefault="00BF6022" w:rsidP="00BF6022">
            <w:pPr>
              <w:spacing w:after="0"/>
              <w:jc w:val="center"/>
              <w:rPr>
                <w:b/>
                <w:color w:val="223454"/>
              </w:rPr>
            </w:pPr>
          </w:p>
        </w:tc>
        <w:tc>
          <w:tcPr>
            <w:tcW w:w="70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36D310" w14:textId="5F09DCB3" w:rsidR="00BF6022" w:rsidRDefault="00BF6022" w:rsidP="00BF6022">
            <w:pPr>
              <w:spacing w:after="0"/>
              <w:jc w:val="center"/>
            </w:pPr>
            <w:r>
              <w:rPr>
                <w:b/>
                <w:color w:val="223454"/>
              </w:rPr>
              <w:t>반</w:t>
            </w:r>
          </w:p>
        </w:tc>
        <w:tc>
          <w:tcPr>
            <w:tcW w:w="938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4BEC1F" w14:textId="77777777" w:rsidR="00BF6022" w:rsidRDefault="00BF6022">
            <w:pPr>
              <w:spacing w:after="0"/>
            </w:pPr>
          </w:p>
        </w:tc>
      </w:tr>
    </w:tbl>
    <w:p w14:paraId="47632303" w14:textId="77777777" w:rsidR="00FE3EBC" w:rsidRDefault="00000000">
      <w:pPr>
        <w:spacing w:before="140" w:after="60"/>
      </w:pPr>
      <w:proofErr w:type="spellStart"/>
      <w:r>
        <w:rPr>
          <w:b/>
          <w:color w:val="223454"/>
          <w:sz w:val="24"/>
        </w:rPr>
        <w:t>주간</w:t>
      </w:r>
      <w:proofErr w:type="spellEnd"/>
      <w:r>
        <w:rPr>
          <w:b/>
          <w:color w:val="223454"/>
          <w:sz w:val="24"/>
        </w:rPr>
        <w:t xml:space="preserve"> </w:t>
      </w:r>
      <w:proofErr w:type="spellStart"/>
      <w:r>
        <w:rPr>
          <w:b/>
          <w:color w:val="223454"/>
          <w:sz w:val="24"/>
        </w:rPr>
        <w:t>수업</w:t>
      </w:r>
      <w:proofErr w:type="spellEnd"/>
      <w:r>
        <w:rPr>
          <w:b/>
          <w:color w:val="223454"/>
          <w:sz w:val="24"/>
        </w:rPr>
        <w:t xml:space="preserve"> </w:t>
      </w:r>
      <w:proofErr w:type="spellStart"/>
      <w:r>
        <w:rPr>
          <w:b/>
          <w:color w:val="223454"/>
          <w:sz w:val="24"/>
        </w:rPr>
        <w:t>시간표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E3EBC" w14:paraId="0A81CBDC" w14:textId="77777777">
        <w:trPr>
          <w:trHeight w:hRule="exact" w:val="567"/>
          <w:jc w:val="center"/>
        </w:trPr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4313AA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교시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5637F9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시간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AE35C8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월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5209D5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화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4FF17F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수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F042B1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목</w:t>
            </w:r>
          </w:p>
        </w:tc>
        <w:tc>
          <w:tcPr>
            <w:tcW w:w="147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3B6AED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금</w:t>
            </w:r>
          </w:p>
        </w:tc>
      </w:tr>
      <w:tr w:rsidR="00FE3EBC" w14:paraId="64675C79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766E85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1교시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7AB59D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9624F2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143AB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1E7B44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6BBD6F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4F5472" w14:textId="77777777" w:rsidR="00FE3EBC" w:rsidRDefault="00FE3EBC">
            <w:pPr>
              <w:spacing w:after="0"/>
              <w:jc w:val="center"/>
            </w:pPr>
          </w:p>
        </w:tc>
      </w:tr>
      <w:tr w:rsidR="00FE3EBC" w14:paraId="154DE290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537D99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2교시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064925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31064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CBAD75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CA5A84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FF3AEB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840F5A" w14:textId="77777777" w:rsidR="00FE3EBC" w:rsidRDefault="00FE3EBC">
            <w:pPr>
              <w:spacing w:after="0"/>
              <w:jc w:val="center"/>
            </w:pPr>
          </w:p>
        </w:tc>
      </w:tr>
      <w:tr w:rsidR="00FE3EBC" w14:paraId="31E698FC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F97352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3교시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C9F5CA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E740E4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B143F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8A46F4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D0FD1F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98B591E" w14:textId="77777777" w:rsidR="00FE3EBC" w:rsidRDefault="00FE3EBC">
            <w:pPr>
              <w:spacing w:after="0"/>
              <w:jc w:val="center"/>
            </w:pPr>
          </w:p>
        </w:tc>
      </w:tr>
      <w:tr w:rsidR="00FE3EBC" w14:paraId="5FE5DA4A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87C127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4교시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09EB8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9E8021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A627C9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5133E5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40A4EB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03A537" w14:textId="77777777" w:rsidR="00FE3EBC" w:rsidRDefault="00FE3EBC">
            <w:pPr>
              <w:spacing w:after="0"/>
              <w:jc w:val="center"/>
            </w:pPr>
          </w:p>
        </w:tc>
      </w:tr>
      <w:tr w:rsidR="00FE3EBC" w14:paraId="3AD0100B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F42247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5교시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D3A5A8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86E9CA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C39000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780A85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3864D6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813B63" w14:textId="77777777" w:rsidR="00FE3EBC" w:rsidRDefault="00FE3EBC">
            <w:pPr>
              <w:spacing w:after="0"/>
              <w:jc w:val="center"/>
            </w:pPr>
          </w:p>
        </w:tc>
      </w:tr>
      <w:tr w:rsidR="00FE3EBC" w14:paraId="6D0D1DE1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044FFC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6교시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7D5628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5F0DA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9C9B2F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FA4526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3B8BEF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743475" w14:textId="77777777" w:rsidR="00FE3EBC" w:rsidRDefault="00FE3EBC">
            <w:pPr>
              <w:spacing w:after="0"/>
              <w:jc w:val="center"/>
            </w:pPr>
          </w:p>
        </w:tc>
      </w:tr>
      <w:tr w:rsidR="00FE3EBC" w14:paraId="68D75773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40357A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7교시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9506328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F8ED90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BEAD11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02337B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7DA20B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BE47DA" w14:textId="77777777" w:rsidR="00FE3EBC" w:rsidRDefault="00FE3EBC">
            <w:pPr>
              <w:spacing w:after="0"/>
              <w:jc w:val="center"/>
            </w:pPr>
          </w:p>
        </w:tc>
      </w:tr>
      <w:tr w:rsidR="00FE3EBC" w14:paraId="5F099011" w14:textId="77777777">
        <w:trPr>
          <w:trHeight w:hRule="exact" w:val="964"/>
          <w:jc w:val="center"/>
        </w:trPr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42CE24" w14:textId="77777777" w:rsidR="00FE3EBC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8교시</w:t>
            </w: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AFAF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EAFC1E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D6D7DA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238E93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218913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94786B" w14:textId="77777777" w:rsidR="00FE3EBC" w:rsidRDefault="00FE3EBC">
            <w:pPr>
              <w:spacing w:after="0"/>
              <w:jc w:val="center"/>
            </w:pPr>
          </w:p>
        </w:tc>
        <w:tc>
          <w:tcPr>
            <w:tcW w:w="1474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DC6488" w14:textId="77777777" w:rsidR="00FE3EBC" w:rsidRDefault="00FE3EBC">
            <w:pPr>
              <w:spacing w:after="0"/>
              <w:jc w:val="center"/>
            </w:pPr>
          </w:p>
        </w:tc>
      </w:tr>
    </w:tbl>
    <w:p w14:paraId="0CE8D424" w14:textId="77777777" w:rsidR="00FE3EBC" w:rsidRDefault="00000000">
      <w:pPr>
        <w:spacing w:before="140" w:after="60"/>
      </w:pPr>
      <w:r>
        <w:rPr>
          <w:b/>
          <w:color w:val="223454"/>
          <w:sz w:val="24"/>
        </w:rPr>
        <w:t>이번 주 준비물 · 알림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FE3EBC" w14:paraId="480DDB31" w14:textId="77777777">
        <w:trPr>
          <w:trHeight w:hRule="exact" w:val="510"/>
          <w:jc w:val="center"/>
        </w:trPr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5B1F1522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527AB20F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</w:tr>
      <w:tr w:rsidR="00FE3EBC" w14:paraId="0919CCBB" w14:textId="77777777">
        <w:trPr>
          <w:trHeight w:hRule="exact" w:val="510"/>
          <w:jc w:val="center"/>
        </w:trPr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569EB64C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21C47719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</w:tr>
      <w:tr w:rsidR="00FE3EBC" w14:paraId="3024ABBF" w14:textId="77777777">
        <w:trPr>
          <w:trHeight w:hRule="exact" w:val="510"/>
          <w:jc w:val="center"/>
        </w:trPr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3DCFE2D2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  <w:tc>
          <w:tcPr>
            <w:tcW w:w="5159" w:type="dxa"/>
            <w:tcBorders>
              <w:top w:val="single" w:sz="7" w:space="0" w:color="D7DCE3"/>
              <w:left w:val="single" w:sz="7" w:space="0" w:color="D7DCE3"/>
              <w:bottom w:val="single" w:sz="7" w:space="0" w:color="D7DCE3"/>
              <w:right w:val="single" w:sz="7" w:space="0" w:color="D7DCE3"/>
            </w:tcBorders>
            <w:shd w:val="clear" w:color="auto" w:fill="FFFF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6B3D77AA" w14:textId="77777777" w:rsidR="00FE3EBC" w:rsidRDefault="00000000">
            <w:pPr>
              <w:spacing w:after="0"/>
            </w:pPr>
            <w:r>
              <w:rPr>
                <w:color w:val="223454"/>
              </w:rPr>
              <w:t xml:space="preserve">□ </w:t>
            </w:r>
          </w:p>
        </w:tc>
      </w:tr>
    </w:tbl>
    <w:p w14:paraId="09DD82F3" w14:textId="77777777" w:rsidR="00FE3EBC" w:rsidRPr="00BF6022" w:rsidRDefault="00000000">
      <w:pPr>
        <w:spacing w:before="100" w:after="0"/>
        <w:jc w:val="center"/>
        <w:rPr>
          <w:sz w:val="16"/>
          <w:szCs w:val="16"/>
        </w:rPr>
      </w:pPr>
      <w:r w:rsidRPr="00BF6022">
        <w:rPr>
          <w:color w:val="6B7280"/>
          <w:sz w:val="16"/>
          <w:szCs w:val="16"/>
        </w:rPr>
        <w:t>EDUCATION BOX · edu.informationbox.kr</w:t>
      </w:r>
    </w:p>
    <w:sectPr w:rsidR="00FE3EBC" w:rsidRPr="00BF6022" w:rsidSect="00034616">
      <w:pgSz w:w="11906" w:h="16838"/>
      <w:pgMar w:top="737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820358">
    <w:abstractNumId w:val="8"/>
  </w:num>
  <w:num w:numId="2" w16cid:durableId="50078149">
    <w:abstractNumId w:val="6"/>
  </w:num>
  <w:num w:numId="3" w16cid:durableId="2127657515">
    <w:abstractNumId w:val="5"/>
  </w:num>
  <w:num w:numId="4" w16cid:durableId="504058101">
    <w:abstractNumId w:val="4"/>
  </w:num>
  <w:num w:numId="5" w16cid:durableId="351692390">
    <w:abstractNumId w:val="7"/>
  </w:num>
  <w:num w:numId="6" w16cid:durableId="732434638">
    <w:abstractNumId w:val="3"/>
  </w:num>
  <w:num w:numId="7" w16cid:durableId="1973513417">
    <w:abstractNumId w:val="2"/>
  </w:num>
  <w:num w:numId="8" w16cid:durableId="708409330">
    <w:abstractNumId w:val="1"/>
  </w:num>
  <w:num w:numId="9" w16cid:durableId="187750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4020"/>
    <w:rsid w:val="00BF6022"/>
    <w:rsid w:val="00CB0664"/>
    <w:rsid w:val="00FC693F"/>
    <w:rsid w:val="00F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4DFF42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2026-10-01T05:42:00Z</dcterms:modified>
  <cp:category/>
</cp:coreProperties>
</file>