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5216"/>
      </w:tblGrid>
      <w:tr w:rsidR="00251B79" w14:paraId="547D19E4" w14:textId="77777777">
        <w:trPr>
          <w:trHeight w:hRule="exact" w:val="170"/>
          <w:jc w:val="center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72D8CD93" w14:textId="77777777" w:rsidR="00251B79" w:rsidRDefault="00251B79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02536602" w14:textId="77777777" w:rsidR="00251B79" w:rsidRDefault="00251B79"/>
        </w:tc>
      </w:tr>
    </w:tbl>
    <w:p w14:paraId="5E571E63" w14:textId="77777777" w:rsidR="00251B79" w:rsidRDefault="00000000">
      <w:pPr>
        <w:spacing w:before="100" w:after="0"/>
      </w:pPr>
      <w:r>
        <w:rPr>
          <w:b/>
          <w:color w:val="F17B63"/>
        </w:rPr>
        <w:t>CHILD CARE HANDOVER</w:t>
      </w:r>
    </w:p>
    <w:p w14:paraId="4F35B5A6" w14:textId="77777777" w:rsidR="00251B79" w:rsidRDefault="00000000">
      <w:pPr>
        <w:spacing w:after="60"/>
      </w:pPr>
      <w:r>
        <w:rPr>
          <w:b/>
          <w:color w:val="223454"/>
          <w:sz w:val="44"/>
        </w:rPr>
        <w:t>아이 돌봄 인수인계표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251B79" w14:paraId="67E26DD3" w14:textId="77777777">
        <w:trPr>
          <w:trHeight w:hRule="exact" w:val="510"/>
          <w:jc w:val="center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A867A8B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아이 이름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4180D25" w14:textId="77777777" w:rsidR="00251B79" w:rsidRDefault="00251B79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BD3ECC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날짜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C1F09C6" w14:textId="77777777" w:rsidR="00251B79" w:rsidRDefault="00251B79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DC6DFD2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돌봄 시간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18574E6" w14:textId="77777777" w:rsidR="00251B79" w:rsidRDefault="00251B79">
            <w:pPr>
              <w:spacing w:after="0"/>
            </w:pPr>
          </w:p>
        </w:tc>
      </w:tr>
      <w:tr w:rsidR="00251B79" w14:paraId="609B943D" w14:textId="77777777">
        <w:trPr>
          <w:trHeight w:hRule="exact" w:val="510"/>
          <w:jc w:val="center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49C226C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인계하는 사람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4E18338" w14:textId="77777777" w:rsidR="00251B79" w:rsidRDefault="00251B79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A73CA17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돌봄하는 사람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71CD0E3" w14:textId="77777777" w:rsidR="00251B79" w:rsidRDefault="00251B79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7866A1C" w14:textId="77777777" w:rsidR="00251B79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연락처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AA17F40" w14:textId="77777777" w:rsidR="00251B79" w:rsidRDefault="00251B79">
            <w:pPr>
              <w:spacing w:after="0"/>
            </w:pPr>
          </w:p>
        </w:tc>
      </w:tr>
    </w:tbl>
    <w:p w14:paraId="4B92C7C5" w14:textId="77777777" w:rsidR="00251B79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오늘의 일정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4962"/>
        <w:gridCol w:w="2126"/>
        <w:gridCol w:w="1076"/>
      </w:tblGrid>
      <w:tr w:rsidR="00251B79" w14:paraId="3D768EAC" w14:textId="77777777" w:rsidTr="00BE4477">
        <w:trPr>
          <w:trHeight w:hRule="exact" w:val="426"/>
          <w:jc w:val="center"/>
        </w:trPr>
        <w:tc>
          <w:tcPr>
            <w:tcW w:w="226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5906A1B6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시간</w:t>
            </w:r>
            <w:proofErr w:type="spellEnd"/>
          </w:p>
        </w:tc>
        <w:tc>
          <w:tcPr>
            <w:tcW w:w="4962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E76B874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일정·할 일</w:t>
            </w:r>
          </w:p>
        </w:tc>
        <w:tc>
          <w:tcPr>
            <w:tcW w:w="212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5B8F2536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장소</w:t>
            </w:r>
          </w:p>
        </w:tc>
        <w:tc>
          <w:tcPr>
            <w:tcW w:w="107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D937830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확인</w:t>
            </w:r>
          </w:p>
        </w:tc>
      </w:tr>
      <w:tr w:rsidR="00251B79" w14:paraId="1F844256" w14:textId="77777777" w:rsidTr="00BE4477">
        <w:trPr>
          <w:trHeight w:hRule="exact" w:val="532"/>
          <w:jc w:val="center"/>
        </w:trPr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4C3008" w14:textId="77777777" w:rsidR="00251B79" w:rsidRDefault="00251B79">
            <w:pPr>
              <w:spacing w:after="0"/>
            </w:pPr>
          </w:p>
        </w:tc>
        <w:tc>
          <w:tcPr>
            <w:tcW w:w="496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DDB6AAF" w14:textId="77777777" w:rsidR="00251B79" w:rsidRDefault="00251B79">
            <w:pPr>
              <w:spacing w:after="0"/>
            </w:pP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598BC3B" w14:textId="77777777" w:rsidR="00251B79" w:rsidRDefault="00251B79">
            <w:pPr>
              <w:spacing w:after="0"/>
            </w:pPr>
          </w:p>
        </w:tc>
        <w:tc>
          <w:tcPr>
            <w:tcW w:w="107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79D244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251B79" w14:paraId="415CCB6C" w14:textId="77777777" w:rsidTr="00BE4477">
        <w:trPr>
          <w:trHeight w:hRule="exact" w:val="532"/>
          <w:jc w:val="center"/>
        </w:trPr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FF1A998" w14:textId="77777777" w:rsidR="00251B79" w:rsidRDefault="00251B79">
            <w:pPr>
              <w:spacing w:after="0"/>
            </w:pPr>
          </w:p>
        </w:tc>
        <w:tc>
          <w:tcPr>
            <w:tcW w:w="496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5040994" w14:textId="77777777" w:rsidR="00251B79" w:rsidRDefault="00251B79">
            <w:pPr>
              <w:spacing w:after="0"/>
            </w:pP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F0590A" w14:textId="77777777" w:rsidR="00251B79" w:rsidRDefault="00251B79">
            <w:pPr>
              <w:spacing w:after="0"/>
            </w:pPr>
          </w:p>
        </w:tc>
        <w:tc>
          <w:tcPr>
            <w:tcW w:w="107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D94D284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251B79" w14:paraId="3FF46C5B" w14:textId="77777777" w:rsidTr="00BE4477">
        <w:trPr>
          <w:trHeight w:hRule="exact" w:val="532"/>
          <w:jc w:val="center"/>
        </w:trPr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F4D44A" w14:textId="77777777" w:rsidR="00251B79" w:rsidRDefault="00251B79">
            <w:pPr>
              <w:spacing w:after="0"/>
            </w:pPr>
          </w:p>
        </w:tc>
        <w:tc>
          <w:tcPr>
            <w:tcW w:w="496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E80DD7F" w14:textId="77777777" w:rsidR="00251B79" w:rsidRDefault="00251B79">
            <w:pPr>
              <w:spacing w:after="0"/>
            </w:pP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0BE16F9" w14:textId="77777777" w:rsidR="00251B79" w:rsidRDefault="00251B79">
            <w:pPr>
              <w:spacing w:after="0"/>
            </w:pPr>
          </w:p>
        </w:tc>
        <w:tc>
          <w:tcPr>
            <w:tcW w:w="107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7840D06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251B79" w14:paraId="118ACAB1" w14:textId="77777777" w:rsidTr="00BE4477">
        <w:trPr>
          <w:trHeight w:hRule="exact" w:val="532"/>
          <w:jc w:val="center"/>
        </w:trPr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EEDC7D9" w14:textId="77777777" w:rsidR="00251B79" w:rsidRDefault="00251B79">
            <w:pPr>
              <w:spacing w:after="0"/>
            </w:pPr>
          </w:p>
        </w:tc>
        <w:tc>
          <w:tcPr>
            <w:tcW w:w="496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3189777" w14:textId="77777777" w:rsidR="00251B79" w:rsidRDefault="00251B79">
            <w:pPr>
              <w:spacing w:after="0"/>
            </w:pPr>
          </w:p>
        </w:tc>
        <w:tc>
          <w:tcPr>
            <w:tcW w:w="212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1777C96" w14:textId="77777777" w:rsidR="00251B79" w:rsidRDefault="00251B79">
            <w:pPr>
              <w:spacing w:after="0"/>
            </w:pPr>
          </w:p>
        </w:tc>
        <w:tc>
          <w:tcPr>
            <w:tcW w:w="107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FF33D7D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</w:tbl>
    <w:p w14:paraId="148EA4EC" w14:textId="77777777" w:rsidR="00251B79" w:rsidRDefault="00000000">
      <w:pPr>
        <w:spacing w:before="9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식사 · 간식 · 약 복용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0"/>
        <w:gridCol w:w="2948"/>
        <w:gridCol w:w="4140"/>
        <w:gridCol w:w="1068"/>
      </w:tblGrid>
      <w:tr w:rsidR="00251B79" w14:paraId="08CBF2A4" w14:textId="77777777" w:rsidTr="00BE4477">
        <w:trPr>
          <w:trHeight w:hRule="exact" w:val="422"/>
          <w:jc w:val="center"/>
        </w:trPr>
        <w:tc>
          <w:tcPr>
            <w:tcW w:w="226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F59A330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구분</w:t>
            </w:r>
            <w:proofErr w:type="spellEnd"/>
          </w:p>
        </w:tc>
        <w:tc>
          <w:tcPr>
            <w:tcW w:w="294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CD63DC7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시간</w:t>
            </w:r>
          </w:p>
        </w:tc>
        <w:tc>
          <w:tcPr>
            <w:tcW w:w="414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720CF739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내용</w:t>
            </w:r>
          </w:p>
        </w:tc>
        <w:tc>
          <w:tcPr>
            <w:tcW w:w="106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76753054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확인</w:t>
            </w:r>
          </w:p>
        </w:tc>
      </w:tr>
      <w:tr w:rsidR="00251B79" w14:paraId="5BD019CA" w14:textId="77777777" w:rsidTr="00BE4477">
        <w:trPr>
          <w:trHeight w:hRule="exact" w:val="527"/>
          <w:jc w:val="center"/>
        </w:trPr>
        <w:tc>
          <w:tcPr>
            <w:tcW w:w="226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3283541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식사</w:t>
            </w:r>
          </w:p>
        </w:tc>
        <w:tc>
          <w:tcPr>
            <w:tcW w:w="294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8FB085" w14:textId="77777777" w:rsidR="00251B79" w:rsidRDefault="00251B79">
            <w:pPr>
              <w:spacing w:after="0"/>
            </w:pPr>
          </w:p>
        </w:tc>
        <w:tc>
          <w:tcPr>
            <w:tcW w:w="414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B7390BF" w14:textId="77777777" w:rsidR="00251B79" w:rsidRDefault="00251B79">
            <w:pPr>
              <w:spacing w:after="0"/>
            </w:pPr>
          </w:p>
        </w:tc>
        <w:tc>
          <w:tcPr>
            <w:tcW w:w="10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B84AC3A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 w:rsidR="00251B79" w14:paraId="48AE2A81" w14:textId="77777777" w:rsidTr="00BE4477">
        <w:trPr>
          <w:trHeight w:hRule="exact" w:val="527"/>
          <w:jc w:val="center"/>
        </w:trPr>
        <w:tc>
          <w:tcPr>
            <w:tcW w:w="226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7A49CD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간식</w:t>
            </w:r>
          </w:p>
        </w:tc>
        <w:tc>
          <w:tcPr>
            <w:tcW w:w="294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36E1B22" w14:textId="77777777" w:rsidR="00251B79" w:rsidRDefault="00251B79">
            <w:pPr>
              <w:spacing w:after="0"/>
            </w:pPr>
          </w:p>
        </w:tc>
        <w:tc>
          <w:tcPr>
            <w:tcW w:w="414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213C323" w14:textId="77777777" w:rsidR="00251B79" w:rsidRDefault="00251B79">
            <w:pPr>
              <w:spacing w:after="0"/>
            </w:pPr>
          </w:p>
        </w:tc>
        <w:tc>
          <w:tcPr>
            <w:tcW w:w="10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32031B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 w:rsidR="00251B79" w14:paraId="65E58CCB" w14:textId="77777777" w:rsidTr="00BE4477">
        <w:trPr>
          <w:trHeight w:hRule="exact" w:val="527"/>
          <w:jc w:val="center"/>
        </w:trPr>
        <w:tc>
          <w:tcPr>
            <w:tcW w:w="226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CA16EE7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약·영양제</w:t>
            </w:r>
          </w:p>
        </w:tc>
        <w:tc>
          <w:tcPr>
            <w:tcW w:w="294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8287E2B" w14:textId="77777777" w:rsidR="00251B79" w:rsidRDefault="00251B79">
            <w:pPr>
              <w:spacing w:after="0"/>
            </w:pPr>
          </w:p>
        </w:tc>
        <w:tc>
          <w:tcPr>
            <w:tcW w:w="414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47D00D4" w14:textId="77777777" w:rsidR="00251B79" w:rsidRDefault="00251B79">
            <w:pPr>
              <w:spacing w:after="0"/>
            </w:pPr>
          </w:p>
        </w:tc>
        <w:tc>
          <w:tcPr>
            <w:tcW w:w="10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A958A40" w14:textId="77777777" w:rsidR="00251B79" w:rsidRDefault="00000000">
            <w:pPr>
              <w:spacing w:after="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</w:tbl>
    <w:p w14:paraId="325735E4" w14:textId="77777777" w:rsidR="00251B79" w:rsidRDefault="00000000">
      <w:pPr>
        <w:spacing w:before="9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생활 · 돌봄 주의사항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1"/>
        <w:gridCol w:w="7305"/>
      </w:tblGrid>
      <w:tr w:rsidR="00251B79" w14:paraId="1888FA7B" w14:textId="77777777" w:rsidTr="00BE4477">
        <w:trPr>
          <w:trHeight w:hRule="exact" w:val="505"/>
          <w:jc w:val="center"/>
        </w:trPr>
        <w:tc>
          <w:tcPr>
            <w:tcW w:w="31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BB461E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알레르기·건강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상태</w:t>
            </w:r>
            <w:proofErr w:type="spellEnd"/>
          </w:p>
        </w:tc>
        <w:tc>
          <w:tcPr>
            <w:tcW w:w="73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7DC204" w14:textId="77777777" w:rsidR="00251B79" w:rsidRDefault="00251B79">
            <w:pPr>
              <w:spacing w:after="0"/>
            </w:pPr>
          </w:p>
        </w:tc>
      </w:tr>
      <w:tr w:rsidR="00251B79" w14:paraId="278499C1" w14:textId="77777777" w:rsidTr="00BE4477">
        <w:trPr>
          <w:trHeight w:hRule="exact" w:val="505"/>
          <w:jc w:val="center"/>
        </w:trPr>
        <w:tc>
          <w:tcPr>
            <w:tcW w:w="31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FE1128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낮잠·수면</w:t>
            </w:r>
          </w:p>
        </w:tc>
        <w:tc>
          <w:tcPr>
            <w:tcW w:w="73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2E50885" w14:textId="77777777" w:rsidR="00251B79" w:rsidRDefault="00251B79">
            <w:pPr>
              <w:spacing w:after="0"/>
            </w:pPr>
          </w:p>
        </w:tc>
      </w:tr>
      <w:tr w:rsidR="00251B79" w14:paraId="7FACB80C" w14:textId="77777777" w:rsidTr="00BE4477">
        <w:trPr>
          <w:trHeight w:hRule="exact" w:val="505"/>
          <w:jc w:val="center"/>
        </w:trPr>
        <w:tc>
          <w:tcPr>
            <w:tcW w:w="31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50B46E0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화장실·위생</w:t>
            </w:r>
          </w:p>
        </w:tc>
        <w:tc>
          <w:tcPr>
            <w:tcW w:w="73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CAACDFA" w14:textId="77777777" w:rsidR="00251B79" w:rsidRDefault="00251B79">
            <w:pPr>
              <w:spacing w:after="0"/>
            </w:pPr>
          </w:p>
        </w:tc>
      </w:tr>
      <w:tr w:rsidR="00251B79" w14:paraId="6D59741E" w14:textId="77777777" w:rsidTr="00BE4477">
        <w:trPr>
          <w:trHeight w:hRule="exact" w:val="505"/>
          <w:jc w:val="center"/>
        </w:trPr>
        <w:tc>
          <w:tcPr>
            <w:tcW w:w="311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01DA876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기타 꼭 알아둘 점</w:t>
            </w:r>
          </w:p>
        </w:tc>
        <w:tc>
          <w:tcPr>
            <w:tcW w:w="73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CD47356" w14:textId="77777777" w:rsidR="00251B79" w:rsidRDefault="00251B79">
            <w:pPr>
              <w:spacing w:after="0"/>
            </w:pPr>
          </w:p>
        </w:tc>
      </w:tr>
    </w:tbl>
    <w:p w14:paraId="1BC8A6DA" w14:textId="77777777" w:rsidR="00251B79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귀가</w:t>
      </w:r>
      <w:proofErr w:type="spellEnd"/>
      <w:r>
        <w:rPr>
          <w:b/>
          <w:color w:val="223454"/>
          <w:sz w:val="22"/>
        </w:rPr>
        <w:t xml:space="preserve"> · </w:t>
      </w:r>
      <w:proofErr w:type="spellStart"/>
      <w:r>
        <w:rPr>
          <w:b/>
          <w:color w:val="223454"/>
          <w:sz w:val="22"/>
        </w:rPr>
        <w:t>인계</w:t>
      </w:r>
      <w:proofErr w:type="spellEnd"/>
      <w:r>
        <w:rPr>
          <w:b/>
          <w:color w:val="223454"/>
          <w:sz w:val="22"/>
        </w:rPr>
        <w:t xml:space="preserve">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515"/>
        <w:gridCol w:w="1730"/>
        <w:gridCol w:w="3486"/>
      </w:tblGrid>
      <w:tr w:rsidR="00251B79" w14:paraId="0E280BC6" w14:textId="77777777" w:rsidTr="00BE4477">
        <w:trPr>
          <w:trHeight w:hRule="exact" w:val="510"/>
          <w:jc w:val="center"/>
        </w:trPr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B5A7B9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귀가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예정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시간</w:t>
            </w:r>
            <w:proofErr w:type="spellEnd"/>
          </w:p>
        </w:tc>
        <w:tc>
          <w:tcPr>
            <w:tcW w:w="351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2F05CB2" w14:textId="77777777" w:rsidR="00251B79" w:rsidRDefault="00251B79">
            <w:pPr>
              <w:spacing w:after="0"/>
            </w:pPr>
          </w:p>
        </w:tc>
        <w:tc>
          <w:tcPr>
            <w:tcW w:w="173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A20CF23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귀가 방법</w:t>
            </w: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7B74D95" w14:textId="77777777" w:rsidR="00251B79" w:rsidRDefault="00000000">
            <w:pPr>
              <w:spacing w:after="0"/>
              <w:rPr>
                <w:lang w:eastAsia="ko-KR"/>
              </w:rPr>
            </w:pPr>
            <w:r>
              <w:rPr>
                <w:color w:val="223454"/>
                <w:sz w:val="16"/>
                <w:lang w:eastAsia="ko-KR"/>
              </w:rPr>
              <w:t xml:space="preserve">□ 직접 </w:t>
            </w:r>
            <w:proofErr w:type="gramStart"/>
            <w:r>
              <w:rPr>
                <w:color w:val="223454"/>
                <w:sz w:val="16"/>
                <w:lang w:eastAsia="ko-KR"/>
              </w:rPr>
              <w:t>귀가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보호자 동행</w:t>
            </w:r>
          </w:p>
        </w:tc>
      </w:tr>
      <w:tr w:rsidR="00251B79" w14:paraId="40B54990" w14:textId="77777777" w:rsidTr="00BE4477">
        <w:trPr>
          <w:trHeight w:hRule="exact" w:val="510"/>
          <w:jc w:val="center"/>
        </w:trPr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15858B6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인계받을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사람</w:t>
            </w:r>
            <w:proofErr w:type="spellEnd"/>
          </w:p>
        </w:tc>
        <w:tc>
          <w:tcPr>
            <w:tcW w:w="351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501749" w14:textId="77777777" w:rsidR="00251B79" w:rsidRDefault="00251B79">
            <w:pPr>
              <w:spacing w:after="0"/>
            </w:pPr>
          </w:p>
        </w:tc>
        <w:tc>
          <w:tcPr>
            <w:tcW w:w="173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C9A04D8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연락처</w:t>
            </w: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BB8843A" w14:textId="77777777" w:rsidR="00251B79" w:rsidRDefault="00251B79">
            <w:pPr>
              <w:spacing w:after="0"/>
            </w:pPr>
          </w:p>
        </w:tc>
      </w:tr>
      <w:tr w:rsidR="00251B79" w14:paraId="1D897954" w14:textId="77777777" w:rsidTr="00BE4477">
        <w:trPr>
          <w:trHeight w:hRule="exact" w:val="510"/>
          <w:jc w:val="center"/>
        </w:trPr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5D3DE66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준비물 확인</w:t>
            </w:r>
          </w:p>
        </w:tc>
        <w:tc>
          <w:tcPr>
            <w:tcW w:w="351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C07B4AA" w14:textId="77777777" w:rsidR="00251B79" w:rsidRDefault="00000000">
            <w:pPr>
              <w:spacing w:after="0"/>
              <w:rPr>
                <w:lang w:eastAsia="ko-KR"/>
              </w:rPr>
            </w:pPr>
            <w:r>
              <w:rPr>
                <w:color w:val="223454"/>
                <w:sz w:val="16"/>
                <w:lang w:eastAsia="ko-KR"/>
              </w:rPr>
              <w:t xml:space="preserve">□ </w:t>
            </w:r>
            <w:proofErr w:type="gramStart"/>
            <w:r>
              <w:rPr>
                <w:color w:val="223454"/>
                <w:sz w:val="16"/>
                <w:lang w:eastAsia="ko-KR"/>
              </w:rPr>
              <w:t>가방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</w:t>
            </w:r>
            <w:proofErr w:type="gramStart"/>
            <w:r>
              <w:rPr>
                <w:color w:val="223454"/>
                <w:sz w:val="16"/>
                <w:lang w:eastAsia="ko-KR"/>
              </w:rPr>
              <w:t>숙제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</w:t>
            </w:r>
            <w:proofErr w:type="gramStart"/>
            <w:r>
              <w:rPr>
                <w:color w:val="223454"/>
                <w:sz w:val="16"/>
                <w:lang w:eastAsia="ko-KR"/>
              </w:rPr>
              <w:t>물병  □</w:t>
            </w:r>
            <w:proofErr w:type="gramEnd"/>
            <w:r>
              <w:rPr>
                <w:color w:val="223454"/>
                <w:sz w:val="16"/>
                <w:lang w:eastAsia="ko-KR"/>
              </w:rPr>
              <w:t xml:space="preserve"> 기타</w:t>
            </w:r>
          </w:p>
        </w:tc>
        <w:tc>
          <w:tcPr>
            <w:tcW w:w="173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EAAADC8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특이사항</w:t>
            </w:r>
            <w:proofErr w:type="spellEnd"/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4D9AB32" w14:textId="77777777" w:rsidR="00251B79" w:rsidRDefault="00251B79">
            <w:pPr>
              <w:spacing w:after="0"/>
            </w:pPr>
          </w:p>
        </w:tc>
      </w:tr>
    </w:tbl>
    <w:p w14:paraId="3E004F07" w14:textId="77777777" w:rsidR="00251B79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돌봄</w:t>
      </w:r>
      <w:proofErr w:type="spellEnd"/>
      <w:r>
        <w:rPr>
          <w:b/>
          <w:color w:val="223454"/>
          <w:sz w:val="22"/>
        </w:rPr>
        <w:t xml:space="preserve"> 후 </w:t>
      </w:r>
      <w:proofErr w:type="spellStart"/>
      <w:r>
        <w:rPr>
          <w:b/>
          <w:color w:val="223454"/>
          <w:sz w:val="22"/>
        </w:rPr>
        <w:t>전달사항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869"/>
        <w:gridCol w:w="1739"/>
        <w:gridCol w:w="1738"/>
        <w:gridCol w:w="870"/>
        <w:gridCol w:w="2608"/>
      </w:tblGrid>
      <w:tr w:rsidR="00251B79" w14:paraId="1113F709" w14:textId="77777777">
        <w:trPr>
          <w:trHeight w:hRule="exact" w:val="454"/>
          <w:jc w:val="center"/>
        </w:trPr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CE48C45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잘 지낸 점</w:t>
            </w: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E60CE8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확인할 점</w:t>
            </w: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289F1F4" w14:textId="77777777" w:rsidR="00251B79" w:rsidRDefault="00000000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223454"/>
                <w:sz w:val="16"/>
                <w:lang w:eastAsia="ko-KR"/>
              </w:rPr>
              <w:t>보호자에게 전달할 내용</w:t>
            </w:r>
          </w:p>
        </w:tc>
      </w:tr>
      <w:tr w:rsidR="00251B79" w14:paraId="274ECB0E" w14:textId="77777777">
        <w:trPr>
          <w:trHeight w:hRule="exact" w:val="737"/>
          <w:jc w:val="center"/>
        </w:trPr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5F8BC22" w14:textId="77777777" w:rsidR="00251B79" w:rsidRDefault="00251B79">
            <w:pPr>
              <w:spacing w:after="0"/>
              <w:rPr>
                <w:lang w:eastAsia="ko-KR"/>
              </w:rPr>
            </w:pP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256301A" w14:textId="77777777" w:rsidR="00251B79" w:rsidRDefault="00251B79">
            <w:pPr>
              <w:spacing w:after="0"/>
              <w:rPr>
                <w:lang w:eastAsia="ko-KR"/>
              </w:rPr>
            </w:pPr>
          </w:p>
        </w:tc>
        <w:tc>
          <w:tcPr>
            <w:tcW w:w="3477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F8047C9" w14:textId="77777777" w:rsidR="00251B79" w:rsidRDefault="00251B79">
            <w:pPr>
              <w:spacing w:after="0"/>
              <w:rPr>
                <w:lang w:eastAsia="ko-KR"/>
              </w:rPr>
            </w:pPr>
          </w:p>
        </w:tc>
      </w:tr>
      <w:tr w:rsidR="00251B79" w14:paraId="419EC610" w14:textId="77777777">
        <w:trPr>
          <w:trHeight w:hRule="exact" w:val="454"/>
          <w:jc w:val="center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4D09442" w14:textId="77777777" w:rsidR="00251B79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인계자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D455FC" w14:textId="77777777" w:rsidR="00251B79" w:rsidRDefault="00000000" w:rsidP="00346586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08" w:type="dxa"/>
            <w:gridSpan w:val="2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CF36C42" w14:textId="77777777" w:rsidR="00251B79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돌봄자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18CCCEE" w14:textId="77777777" w:rsidR="00251B79" w:rsidRDefault="00000000" w:rsidP="00346586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</w:tr>
    </w:tbl>
    <w:p w14:paraId="03213A8B" w14:textId="77777777" w:rsidR="00251B79" w:rsidRPr="00346586" w:rsidRDefault="00000000">
      <w:pPr>
        <w:spacing w:before="50" w:after="0"/>
        <w:jc w:val="center"/>
        <w:rPr>
          <w:sz w:val="16"/>
          <w:szCs w:val="16"/>
        </w:rPr>
      </w:pPr>
      <w:r w:rsidRPr="00346586">
        <w:rPr>
          <w:color w:val="6B7280"/>
          <w:sz w:val="16"/>
          <w:szCs w:val="16"/>
        </w:rPr>
        <w:t>EDUCATION BOX · edu.informationbox.kr</w:t>
      </w:r>
    </w:p>
    <w:sectPr w:rsidR="00251B79" w:rsidRPr="00346586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137503">
    <w:abstractNumId w:val="8"/>
  </w:num>
  <w:num w:numId="2" w16cid:durableId="1584988539">
    <w:abstractNumId w:val="6"/>
  </w:num>
  <w:num w:numId="3" w16cid:durableId="1154377637">
    <w:abstractNumId w:val="5"/>
  </w:num>
  <w:num w:numId="4" w16cid:durableId="23989603">
    <w:abstractNumId w:val="4"/>
  </w:num>
  <w:num w:numId="5" w16cid:durableId="1735548833">
    <w:abstractNumId w:val="7"/>
  </w:num>
  <w:num w:numId="6" w16cid:durableId="1166552794">
    <w:abstractNumId w:val="3"/>
  </w:num>
  <w:num w:numId="7" w16cid:durableId="595093531">
    <w:abstractNumId w:val="2"/>
  </w:num>
  <w:num w:numId="8" w16cid:durableId="41559842">
    <w:abstractNumId w:val="1"/>
  </w:num>
  <w:num w:numId="9" w16cid:durableId="1647588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1B79"/>
    <w:rsid w:val="0029639D"/>
    <w:rsid w:val="00326F90"/>
    <w:rsid w:val="00346586"/>
    <w:rsid w:val="00AA1D8D"/>
    <w:rsid w:val="00B47730"/>
    <w:rsid w:val="00BA4020"/>
    <w:rsid w:val="00BE44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ABF0CE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2026-10-01T08:59:00Z</dcterms:modified>
  <cp:category/>
</cp:coreProperties>
</file>