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136DC9" w14:paraId="39A28FE3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6781846F" w14:textId="77777777" w:rsidR="00136DC9" w:rsidRDefault="00136DC9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6EC29387" w14:textId="77777777" w:rsidR="00136DC9" w:rsidRDefault="00136DC9"/>
        </w:tc>
      </w:tr>
    </w:tbl>
    <w:p w14:paraId="2C76DC65" w14:textId="77777777" w:rsidR="00136DC9" w:rsidRDefault="00000000">
      <w:pPr>
        <w:spacing w:before="100" w:after="0"/>
      </w:pPr>
      <w:r>
        <w:rPr>
          <w:b/>
          <w:color w:val="F17B63"/>
        </w:rPr>
        <w:t>WRITTEN TEST</w:t>
      </w:r>
    </w:p>
    <w:p w14:paraId="66F1DBDE" w14:textId="77777777" w:rsidR="00136DC9" w:rsidRDefault="00000000">
      <w:pPr>
        <w:spacing w:after="60"/>
      </w:pPr>
      <w:r>
        <w:rPr>
          <w:b/>
          <w:color w:val="223454"/>
          <w:sz w:val="46"/>
        </w:rPr>
        <w:t>주관식 시험지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2127"/>
        <w:gridCol w:w="1134"/>
        <w:gridCol w:w="2126"/>
        <w:gridCol w:w="1134"/>
        <w:gridCol w:w="2671"/>
      </w:tblGrid>
      <w:tr w:rsidR="00136DC9" w14:paraId="7131108E" w14:textId="77777777" w:rsidTr="00AD7890">
        <w:trPr>
          <w:trHeight w:hRule="exact" w:val="510"/>
        </w:trPr>
        <w:tc>
          <w:tcPr>
            <w:tcW w:w="124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78CB0EF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D7890">
              <w:rPr>
                <w:b/>
                <w:color w:val="223454"/>
                <w:sz w:val="18"/>
                <w:szCs w:val="18"/>
              </w:rPr>
              <w:t>과목</w:t>
            </w:r>
            <w:proofErr w:type="spellEnd"/>
          </w:p>
        </w:tc>
        <w:tc>
          <w:tcPr>
            <w:tcW w:w="212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B6CA023" w14:textId="77777777" w:rsidR="00136DC9" w:rsidRPr="00AD7890" w:rsidRDefault="00136DC9" w:rsidP="00AD78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14813FD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>시험명</w:t>
            </w:r>
          </w:p>
        </w:tc>
        <w:tc>
          <w:tcPr>
            <w:tcW w:w="212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533B05F" w14:textId="77777777" w:rsidR="00136DC9" w:rsidRPr="00AD7890" w:rsidRDefault="00136DC9" w:rsidP="00AD78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B01EFBA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>시험일</w:t>
            </w:r>
          </w:p>
        </w:tc>
        <w:tc>
          <w:tcPr>
            <w:tcW w:w="267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456636D" w14:textId="77581BD0" w:rsidR="00136DC9" w:rsidRPr="00AD7890" w:rsidRDefault="00000000">
            <w:pPr>
              <w:spacing w:after="0"/>
              <w:rPr>
                <w:sz w:val="18"/>
                <w:szCs w:val="18"/>
              </w:rPr>
            </w:pPr>
            <w:r w:rsidRPr="00AD7890">
              <w:rPr>
                <w:color w:val="223454"/>
                <w:sz w:val="18"/>
                <w:szCs w:val="18"/>
              </w:rPr>
              <w:t xml:space="preserve">20  </w:t>
            </w:r>
            <w:r w:rsidR="00AD7890">
              <w:rPr>
                <w:rFonts w:hint="eastAsia"/>
                <w:color w:val="223454"/>
                <w:sz w:val="18"/>
                <w:szCs w:val="18"/>
                <w:lang w:eastAsia="ko-KR"/>
              </w:rPr>
              <w:t xml:space="preserve"> </w:t>
            </w:r>
            <w:r w:rsidRPr="00AD7890">
              <w:rPr>
                <w:color w:val="223454"/>
                <w:sz w:val="18"/>
                <w:szCs w:val="18"/>
              </w:rPr>
              <w:t xml:space="preserve">   년     </w:t>
            </w:r>
            <w:r w:rsidR="00AD7890">
              <w:rPr>
                <w:rFonts w:hint="eastAsia"/>
                <w:color w:val="223454"/>
                <w:sz w:val="18"/>
                <w:szCs w:val="18"/>
                <w:lang w:eastAsia="ko-KR"/>
              </w:rPr>
              <w:t xml:space="preserve"> </w:t>
            </w:r>
            <w:r w:rsidRPr="00AD7890">
              <w:rPr>
                <w:color w:val="223454"/>
                <w:sz w:val="18"/>
                <w:szCs w:val="18"/>
              </w:rPr>
              <w:t xml:space="preserve">월   </w:t>
            </w:r>
            <w:r w:rsidR="00AD7890">
              <w:rPr>
                <w:rFonts w:hint="eastAsia"/>
                <w:color w:val="223454"/>
                <w:sz w:val="18"/>
                <w:szCs w:val="18"/>
                <w:lang w:eastAsia="ko-KR"/>
              </w:rPr>
              <w:t xml:space="preserve"> </w:t>
            </w:r>
            <w:r w:rsidRPr="00AD7890">
              <w:rPr>
                <w:color w:val="223454"/>
                <w:sz w:val="18"/>
                <w:szCs w:val="18"/>
              </w:rPr>
              <w:t xml:space="preserve">  일</w:t>
            </w:r>
          </w:p>
        </w:tc>
      </w:tr>
      <w:tr w:rsidR="00136DC9" w14:paraId="5D445B1C" w14:textId="77777777" w:rsidTr="00AD7890">
        <w:trPr>
          <w:trHeight w:hRule="exact" w:val="510"/>
        </w:trPr>
        <w:tc>
          <w:tcPr>
            <w:tcW w:w="124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2550E20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D7890">
              <w:rPr>
                <w:b/>
                <w:color w:val="223454"/>
                <w:sz w:val="18"/>
                <w:szCs w:val="18"/>
              </w:rPr>
              <w:t>학년·반</w:t>
            </w:r>
            <w:proofErr w:type="spellEnd"/>
          </w:p>
        </w:tc>
        <w:tc>
          <w:tcPr>
            <w:tcW w:w="212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40BA2E4" w14:textId="77777777" w:rsidR="00136DC9" w:rsidRPr="00AD7890" w:rsidRDefault="00136DC9" w:rsidP="00AD78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D74C053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>번호</w:t>
            </w:r>
          </w:p>
        </w:tc>
        <w:tc>
          <w:tcPr>
            <w:tcW w:w="212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303032D" w14:textId="77777777" w:rsidR="00136DC9" w:rsidRPr="00AD7890" w:rsidRDefault="00136DC9" w:rsidP="00AD78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59D92B7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>이름</w:t>
            </w:r>
          </w:p>
        </w:tc>
        <w:tc>
          <w:tcPr>
            <w:tcW w:w="267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9124741" w14:textId="77777777" w:rsidR="00136DC9" w:rsidRPr="00AD7890" w:rsidRDefault="00136DC9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22681A7D" w14:textId="77777777" w:rsidR="00136DC9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1"/>
        </w:rPr>
        <w:t>주관식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문제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136DC9" w14:paraId="27B2E93E" w14:textId="77777777">
        <w:trPr>
          <w:trHeight w:hRule="exact" w:val="164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0ECCF4AC" w14:textId="77777777" w:rsidR="00136DC9" w:rsidRPr="00AD7890" w:rsidRDefault="00000000">
            <w:pPr>
              <w:spacing w:after="80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 xml:space="preserve">1.  </w:t>
            </w:r>
            <w:r w:rsidRPr="00AD7890">
              <w:rPr>
                <w:color w:val="6B7280"/>
                <w:sz w:val="18"/>
                <w:szCs w:val="18"/>
              </w:rPr>
              <w:t>문제를 입력하세요.</w:t>
            </w:r>
          </w:p>
          <w:p w14:paraId="67D313FE" w14:textId="77777777" w:rsidR="00136DC9" w:rsidRPr="00AD7890" w:rsidRDefault="00000000">
            <w:pPr>
              <w:spacing w:before="40" w:after="0"/>
              <w:rPr>
                <w:sz w:val="18"/>
                <w:szCs w:val="18"/>
              </w:rPr>
            </w:pPr>
            <w:proofErr w:type="gramStart"/>
            <w:r w:rsidRPr="00AD7890">
              <w:rPr>
                <w:b/>
                <w:color w:val="F17B63"/>
                <w:sz w:val="18"/>
                <w:szCs w:val="18"/>
              </w:rPr>
              <w:t>답 :</w:t>
            </w:r>
            <w:proofErr w:type="gramEnd"/>
            <w:r w:rsidRPr="00AD7890">
              <w:rPr>
                <w:b/>
                <w:color w:val="F17B63"/>
                <w:sz w:val="18"/>
                <w:szCs w:val="18"/>
              </w:rPr>
              <w:t xml:space="preserve"> </w:t>
            </w:r>
            <w:r w:rsidRPr="00AD7890">
              <w:rPr>
                <w:color w:val="BCC3C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136DC9" w14:paraId="2CEDDA75" w14:textId="77777777">
        <w:trPr>
          <w:trHeight w:hRule="exact" w:val="164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15AAAD91" w14:textId="77777777" w:rsidR="00136DC9" w:rsidRPr="00AD7890" w:rsidRDefault="00000000">
            <w:pPr>
              <w:spacing w:after="80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 xml:space="preserve">2.  </w:t>
            </w:r>
            <w:r w:rsidRPr="00AD7890">
              <w:rPr>
                <w:color w:val="6B7280"/>
                <w:sz w:val="18"/>
                <w:szCs w:val="18"/>
              </w:rPr>
              <w:t>문제를 입력하세요.</w:t>
            </w:r>
          </w:p>
          <w:p w14:paraId="4FD15670" w14:textId="77777777" w:rsidR="00136DC9" w:rsidRPr="00AD7890" w:rsidRDefault="00000000">
            <w:pPr>
              <w:spacing w:before="40" w:after="0"/>
              <w:rPr>
                <w:sz w:val="18"/>
                <w:szCs w:val="18"/>
              </w:rPr>
            </w:pPr>
            <w:proofErr w:type="gramStart"/>
            <w:r w:rsidRPr="00AD7890">
              <w:rPr>
                <w:b/>
                <w:color w:val="F17B63"/>
                <w:sz w:val="18"/>
                <w:szCs w:val="18"/>
              </w:rPr>
              <w:t>답 :</w:t>
            </w:r>
            <w:proofErr w:type="gramEnd"/>
            <w:r w:rsidRPr="00AD7890">
              <w:rPr>
                <w:b/>
                <w:color w:val="F17B63"/>
                <w:sz w:val="18"/>
                <w:szCs w:val="18"/>
              </w:rPr>
              <w:t xml:space="preserve"> </w:t>
            </w:r>
            <w:r w:rsidRPr="00AD7890">
              <w:rPr>
                <w:color w:val="BCC3C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136DC9" w14:paraId="665BB5D0" w14:textId="77777777">
        <w:trPr>
          <w:trHeight w:hRule="exact" w:val="164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3BE29731" w14:textId="77777777" w:rsidR="00136DC9" w:rsidRPr="00AD7890" w:rsidRDefault="00000000">
            <w:pPr>
              <w:spacing w:after="80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 xml:space="preserve">3.  </w:t>
            </w:r>
            <w:r w:rsidRPr="00AD7890">
              <w:rPr>
                <w:color w:val="6B7280"/>
                <w:sz w:val="18"/>
                <w:szCs w:val="18"/>
              </w:rPr>
              <w:t>문제를 입력하세요.</w:t>
            </w:r>
          </w:p>
          <w:p w14:paraId="7ECF00B9" w14:textId="77777777" w:rsidR="00136DC9" w:rsidRPr="00AD7890" w:rsidRDefault="00000000">
            <w:pPr>
              <w:spacing w:before="40" w:after="0"/>
              <w:rPr>
                <w:sz w:val="18"/>
                <w:szCs w:val="18"/>
              </w:rPr>
            </w:pPr>
            <w:proofErr w:type="gramStart"/>
            <w:r w:rsidRPr="00AD7890">
              <w:rPr>
                <w:b/>
                <w:color w:val="F17B63"/>
                <w:sz w:val="18"/>
                <w:szCs w:val="18"/>
              </w:rPr>
              <w:t>답 :</w:t>
            </w:r>
            <w:proofErr w:type="gramEnd"/>
            <w:r w:rsidRPr="00AD7890">
              <w:rPr>
                <w:b/>
                <w:color w:val="F17B63"/>
                <w:sz w:val="18"/>
                <w:szCs w:val="18"/>
              </w:rPr>
              <w:t xml:space="preserve"> </w:t>
            </w:r>
            <w:r w:rsidRPr="00AD7890">
              <w:rPr>
                <w:color w:val="BCC3C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136DC9" w14:paraId="0C5442D0" w14:textId="77777777">
        <w:trPr>
          <w:trHeight w:hRule="exact" w:val="164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675AC919" w14:textId="77777777" w:rsidR="00136DC9" w:rsidRPr="00AD7890" w:rsidRDefault="00000000">
            <w:pPr>
              <w:spacing w:after="80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 xml:space="preserve">4.  </w:t>
            </w:r>
            <w:r w:rsidRPr="00AD7890">
              <w:rPr>
                <w:color w:val="6B7280"/>
                <w:sz w:val="18"/>
                <w:szCs w:val="18"/>
              </w:rPr>
              <w:t>문제를 입력하세요.</w:t>
            </w:r>
          </w:p>
          <w:p w14:paraId="20E1AA70" w14:textId="77777777" w:rsidR="00136DC9" w:rsidRPr="00AD7890" w:rsidRDefault="00000000">
            <w:pPr>
              <w:spacing w:before="40" w:after="0"/>
              <w:rPr>
                <w:sz w:val="18"/>
                <w:szCs w:val="18"/>
              </w:rPr>
            </w:pPr>
            <w:proofErr w:type="gramStart"/>
            <w:r w:rsidRPr="00AD7890">
              <w:rPr>
                <w:b/>
                <w:color w:val="F17B63"/>
                <w:sz w:val="18"/>
                <w:szCs w:val="18"/>
              </w:rPr>
              <w:t>답 :</w:t>
            </w:r>
            <w:proofErr w:type="gramEnd"/>
            <w:r w:rsidRPr="00AD7890">
              <w:rPr>
                <w:b/>
                <w:color w:val="F17B63"/>
                <w:sz w:val="18"/>
                <w:szCs w:val="18"/>
              </w:rPr>
              <w:t xml:space="preserve"> </w:t>
            </w:r>
            <w:r w:rsidRPr="00AD7890">
              <w:rPr>
                <w:color w:val="BCC3C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136DC9" w14:paraId="657CAEFD" w14:textId="77777777">
        <w:trPr>
          <w:trHeight w:hRule="exact" w:val="164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1793DAEA" w14:textId="77777777" w:rsidR="00136DC9" w:rsidRPr="00AD7890" w:rsidRDefault="00000000">
            <w:pPr>
              <w:spacing w:after="80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 xml:space="preserve">5.  </w:t>
            </w:r>
            <w:r w:rsidRPr="00AD7890">
              <w:rPr>
                <w:color w:val="6B7280"/>
                <w:sz w:val="18"/>
                <w:szCs w:val="18"/>
              </w:rPr>
              <w:t>문제를 입력하세요.</w:t>
            </w:r>
          </w:p>
          <w:p w14:paraId="1E420313" w14:textId="77777777" w:rsidR="00136DC9" w:rsidRPr="00AD7890" w:rsidRDefault="00000000">
            <w:pPr>
              <w:spacing w:before="40" w:after="0"/>
              <w:rPr>
                <w:sz w:val="18"/>
                <w:szCs w:val="18"/>
              </w:rPr>
            </w:pPr>
            <w:proofErr w:type="gramStart"/>
            <w:r w:rsidRPr="00AD7890">
              <w:rPr>
                <w:b/>
                <w:color w:val="F17B63"/>
                <w:sz w:val="18"/>
                <w:szCs w:val="18"/>
              </w:rPr>
              <w:t>답 :</w:t>
            </w:r>
            <w:proofErr w:type="gramEnd"/>
            <w:r w:rsidRPr="00AD7890">
              <w:rPr>
                <w:b/>
                <w:color w:val="F17B63"/>
                <w:sz w:val="18"/>
                <w:szCs w:val="18"/>
              </w:rPr>
              <w:t xml:space="preserve"> </w:t>
            </w:r>
            <w:r w:rsidRPr="00AD7890">
              <w:rPr>
                <w:color w:val="BCC3C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136DC9" w14:paraId="6567C3EC" w14:textId="77777777">
        <w:trPr>
          <w:trHeight w:hRule="exact" w:val="164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7B521DDC" w14:textId="77777777" w:rsidR="00136DC9" w:rsidRPr="00AD7890" w:rsidRDefault="00000000">
            <w:pPr>
              <w:spacing w:after="80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 xml:space="preserve">6.  </w:t>
            </w:r>
            <w:r w:rsidRPr="00AD7890">
              <w:rPr>
                <w:color w:val="6B7280"/>
                <w:sz w:val="18"/>
                <w:szCs w:val="18"/>
              </w:rPr>
              <w:t>문제를 입력하세요.</w:t>
            </w:r>
          </w:p>
          <w:p w14:paraId="18508E17" w14:textId="77777777" w:rsidR="00136DC9" w:rsidRPr="00AD7890" w:rsidRDefault="00000000">
            <w:pPr>
              <w:spacing w:before="40" w:after="0"/>
              <w:rPr>
                <w:sz w:val="18"/>
                <w:szCs w:val="18"/>
              </w:rPr>
            </w:pPr>
            <w:proofErr w:type="gramStart"/>
            <w:r w:rsidRPr="00AD7890">
              <w:rPr>
                <w:b/>
                <w:color w:val="F17B63"/>
                <w:sz w:val="18"/>
                <w:szCs w:val="18"/>
              </w:rPr>
              <w:t>답 :</w:t>
            </w:r>
            <w:proofErr w:type="gramEnd"/>
            <w:r w:rsidRPr="00AD7890">
              <w:rPr>
                <w:b/>
                <w:color w:val="F17B63"/>
                <w:sz w:val="18"/>
                <w:szCs w:val="18"/>
              </w:rPr>
              <w:t xml:space="preserve"> </w:t>
            </w:r>
            <w:r w:rsidRPr="00AD7890">
              <w:rPr>
                <w:color w:val="BCC3CA"/>
                <w:sz w:val="18"/>
                <w:szCs w:val="18"/>
              </w:rPr>
              <w:t>________________________________________________________________________________</w:t>
            </w:r>
          </w:p>
        </w:tc>
      </w:tr>
    </w:tbl>
    <w:p w14:paraId="58D41E15" w14:textId="77777777" w:rsidR="00136DC9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1"/>
        </w:rPr>
        <w:t>채점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39"/>
      </w:tblGrid>
      <w:tr w:rsidR="00136DC9" w14:paraId="1A018F8D" w14:textId="77777777">
        <w:trPr>
          <w:trHeight w:hRule="exact" w:val="624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C92F44D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>총점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CB324AA" w14:textId="77777777" w:rsidR="00136DC9" w:rsidRPr="00AD7890" w:rsidRDefault="00136DC9" w:rsidP="00AD78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F923671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>점수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73F7F18" w14:textId="77777777" w:rsidR="00136DC9" w:rsidRPr="00AD7890" w:rsidRDefault="00136DC9" w:rsidP="00AD78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9FB80BB" w14:textId="77777777" w:rsidR="00136DC9" w:rsidRPr="00AD7890" w:rsidRDefault="00000000" w:rsidP="00AD7890">
            <w:pPr>
              <w:spacing w:after="0"/>
              <w:jc w:val="center"/>
              <w:rPr>
                <w:sz w:val="18"/>
                <w:szCs w:val="18"/>
              </w:rPr>
            </w:pPr>
            <w:r w:rsidRPr="00AD7890">
              <w:rPr>
                <w:b/>
                <w:color w:val="223454"/>
                <w:sz w:val="18"/>
                <w:szCs w:val="18"/>
              </w:rPr>
              <w:t>확인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0864492" w14:textId="77777777" w:rsidR="00136DC9" w:rsidRPr="00AD7890" w:rsidRDefault="00136DC9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48ECC706" w14:textId="77777777" w:rsidR="00136DC9" w:rsidRDefault="00000000">
      <w:pPr>
        <w:spacing w:before="60" w:after="0"/>
        <w:rPr>
          <w:lang w:eastAsia="ko-KR"/>
        </w:rPr>
      </w:pPr>
      <w:r>
        <w:rPr>
          <w:color w:val="6B7280"/>
          <w:sz w:val="14"/>
          <w:lang w:eastAsia="ko-KR"/>
        </w:rPr>
        <w:t>※ 답안 분량에 따라 문제 칸의 높이를 조절해 사용할 수 있습니다.</w:t>
      </w:r>
    </w:p>
    <w:p w14:paraId="3E9C10DD" w14:textId="77777777" w:rsidR="00136DC9" w:rsidRPr="00AD7890" w:rsidRDefault="00000000">
      <w:pPr>
        <w:spacing w:before="60" w:after="0"/>
        <w:jc w:val="center"/>
        <w:rPr>
          <w:sz w:val="16"/>
          <w:szCs w:val="16"/>
        </w:rPr>
      </w:pPr>
      <w:r w:rsidRPr="00AD7890">
        <w:rPr>
          <w:color w:val="6B7280"/>
          <w:sz w:val="16"/>
          <w:szCs w:val="16"/>
        </w:rPr>
        <w:t>EDUCATION BOX · edu.informationbox.kr</w:t>
      </w:r>
    </w:p>
    <w:sectPr w:rsidR="00136DC9" w:rsidRPr="00AD7890" w:rsidSect="00AD7890">
      <w:pgSz w:w="11906" w:h="16838"/>
      <w:pgMar w:top="993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2782901">
    <w:abstractNumId w:val="8"/>
  </w:num>
  <w:num w:numId="2" w16cid:durableId="2051033234">
    <w:abstractNumId w:val="6"/>
  </w:num>
  <w:num w:numId="3" w16cid:durableId="787284188">
    <w:abstractNumId w:val="5"/>
  </w:num>
  <w:num w:numId="4" w16cid:durableId="861210712">
    <w:abstractNumId w:val="4"/>
  </w:num>
  <w:num w:numId="5" w16cid:durableId="63308421">
    <w:abstractNumId w:val="7"/>
  </w:num>
  <w:num w:numId="6" w16cid:durableId="20982074">
    <w:abstractNumId w:val="3"/>
  </w:num>
  <w:num w:numId="7" w16cid:durableId="65541192">
    <w:abstractNumId w:val="2"/>
  </w:num>
  <w:num w:numId="8" w16cid:durableId="907229392">
    <w:abstractNumId w:val="1"/>
  </w:num>
  <w:num w:numId="9" w16cid:durableId="1009600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DC9"/>
    <w:rsid w:val="0015074B"/>
    <w:rsid w:val="0029639D"/>
    <w:rsid w:val="00326F90"/>
    <w:rsid w:val="00AA1D8D"/>
    <w:rsid w:val="00AD7890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49EF8F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2026-10-01T16:21:00Z</dcterms:modified>
  <cp:category/>
</cp:coreProperties>
</file>