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9009A7" w14:paraId="7267AC67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6D173C5A" w14:textId="77777777" w:rsidR="009009A7" w:rsidRDefault="009009A7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2F73393D" w14:textId="77777777" w:rsidR="009009A7" w:rsidRDefault="009009A7"/>
        </w:tc>
      </w:tr>
    </w:tbl>
    <w:p w14:paraId="0E4DE40E" w14:textId="77777777" w:rsidR="009009A7" w:rsidRDefault="00000000">
      <w:pPr>
        <w:spacing w:before="100" w:after="0"/>
        <w:rPr>
          <w:lang w:eastAsia="ko-KR"/>
        </w:rPr>
      </w:pPr>
      <w:r>
        <w:rPr>
          <w:b/>
          <w:color w:val="F17B63"/>
          <w:lang w:eastAsia="ko-KR"/>
        </w:rPr>
        <w:t>TOPIC WRITING</w:t>
      </w:r>
    </w:p>
    <w:p w14:paraId="5D32B1A5" w14:textId="77777777" w:rsidR="009009A7" w:rsidRDefault="00000000">
      <w:pPr>
        <w:spacing w:after="40"/>
        <w:rPr>
          <w:lang w:eastAsia="ko-KR"/>
        </w:rPr>
      </w:pPr>
      <w:r>
        <w:rPr>
          <w:b/>
          <w:color w:val="223454"/>
          <w:sz w:val="44"/>
          <w:lang w:eastAsia="ko-KR"/>
        </w:rPr>
        <w:t>주제 글쓰기 활동지</w:t>
      </w:r>
    </w:p>
    <w:p w14:paraId="7CD5E87F" w14:textId="77777777" w:rsidR="009009A7" w:rsidRDefault="00000000">
      <w:pPr>
        <w:spacing w:after="80"/>
        <w:rPr>
          <w:lang w:eastAsia="ko-KR"/>
        </w:rPr>
      </w:pPr>
      <w:r>
        <w:rPr>
          <w:color w:val="6B7280"/>
          <w:sz w:val="16"/>
          <w:lang w:eastAsia="ko-KR"/>
        </w:rPr>
        <w:t>주제에 대한 생각을 떠올리고, 차근차근 한 편의 글로 완성해 보세요.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2377"/>
        <w:gridCol w:w="1166"/>
        <w:gridCol w:w="2312"/>
        <w:gridCol w:w="1090"/>
        <w:gridCol w:w="2388"/>
      </w:tblGrid>
      <w:tr w:rsidR="009009A7" w14:paraId="7F93EB89" w14:textId="77777777" w:rsidTr="0073209D">
        <w:trPr>
          <w:trHeight w:hRule="exact" w:val="510"/>
        </w:trPr>
        <w:tc>
          <w:tcPr>
            <w:tcW w:w="11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5453D02" w14:textId="77777777" w:rsidR="009009A7" w:rsidRPr="0073209D" w:rsidRDefault="00000000" w:rsidP="0073209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3209D">
              <w:rPr>
                <w:b/>
                <w:color w:val="223454"/>
                <w:sz w:val="18"/>
                <w:szCs w:val="18"/>
              </w:rPr>
              <w:t>이름</w:t>
            </w:r>
            <w:proofErr w:type="spellEnd"/>
          </w:p>
        </w:tc>
        <w:tc>
          <w:tcPr>
            <w:tcW w:w="23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C424CB8" w14:textId="77777777" w:rsidR="009009A7" w:rsidRPr="0073209D" w:rsidRDefault="009009A7" w:rsidP="0073209D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6860443" w14:textId="77777777" w:rsidR="009009A7" w:rsidRPr="0073209D" w:rsidRDefault="00000000" w:rsidP="0073209D">
            <w:pPr>
              <w:spacing w:after="0"/>
              <w:jc w:val="center"/>
              <w:rPr>
                <w:sz w:val="18"/>
                <w:szCs w:val="18"/>
              </w:rPr>
            </w:pPr>
            <w:r w:rsidRPr="0073209D">
              <w:rPr>
                <w:b/>
                <w:color w:val="223454"/>
                <w:sz w:val="18"/>
                <w:szCs w:val="18"/>
              </w:rPr>
              <w:t>학년·반</w:t>
            </w:r>
          </w:p>
        </w:tc>
        <w:tc>
          <w:tcPr>
            <w:tcW w:w="231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E5E5AE0" w14:textId="77777777" w:rsidR="009009A7" w:rsidRPr="0073209D" w:rsidRDefault="009009A7" w:rsidP="0073209D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4D129BA" w14:textId="77777777" w:rsidR="009009A7" w:rsidRPr="0073209D" w:rsidRDefault="00000000" w:rsidP="0073209D">
            <w:pPr>
              <w:spacing w:after="0"/>
              <w:jc w:val="center"/>
              <w:rPr>
                <w:sz w:val="18"/>
                <w:szCs w:val="18"/>
              </w:rPr>
            </w:pPr>
            <w:r w:rsidRPr="0073209D">
              <w:rPr>
                <w:b/>
                <w:color w:val="223454"/>
                <w:sz w:val="18"/>
                <w:szCs w:val="18"/>
              </w:rPr>
              <w:t>날짜</w:t>
            </w:r>
          </w:p>
        </w:tc>
        <w:tc>
          <w:tcPr>
            <w:tcW w:w="238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73AA334" w14:textId="77777777" w:rsidR="009009A7" w:rsidRPr="0073209D" w:rsidRDefault="00000000">
            <w:pPr>
              <w:spacing w:after="0"/>
              <w:rPr>
                <w:sz w:val="18"/>
                <w:szCs w:val="18"/>
              </w:rPr>
            </w:pPr>
            <w:r w:rsidRPr="0073209D">
              <w:rPr>
                <w:color w:val="223454"/>
                <w:sz w:val="18"/>
                <w:szCs w:val="18"/>
              </w:rPr>
              <w:t>20     년     월     일</w:t>
            </w:r>
          </w:p>
        </w:tc>
      </w:tr>
    </w:tbl>
    <w:p w14:paraId="68BFEB51" w14:textId="77777777" w:rsidR="009009A7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1"/>
        </w:rPr>
        <w:t>오늘의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글쓰기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주제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9009A7" w14:paraId="6EC498E8" w14:textId="77777777">
        <w:trPr>
          <w:trHeight w:hRule="exact" w:val="794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5B368B4" w14:textId="77777777" w:rsidR="009009A7" w:rsidRDefault="00000000">
            <w:pPr>
              <w:spacing w:after="0"/>
            </w:pPr>
            <w:r>
              <w:rPr>
                <w:b/>
                <w:color w:val="223454"/>
                <w:sz w:val="18"/>
              </w:rPr>
              <w:t xml:space="preserve">주제 : </w:t>
            </w:r>
          </w:p>
        </w:tc>
      </w:tr>
    </w:tbl>
    <w:p w14:paraId="072ADC1E" w14:textId="77777777" w:rsidR="009009A7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1"/>
        </w:rPr>
        <w:t>생각 열기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9009A7" w14:paraId="1F0218F4" w14:textId="77777777">
        <w:trPr>
          <w:trHeight w:hRule="exact" w:val="1417"/>
        </w:trPr>
        <w:tc>
          <w:tcPr>
            <w:tcW w:w="34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</w:tcPr>
          <w:p w14:paraId="124B2AAA" w14:textId="77777777" w:rsidR="009009A7" w:rsidRPr="0073209D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73209D">
              <w:rPr>
                <w:b/>
                <w:color w:val="223454"/>
                <w:sz w:val="18"/>
                <w:szCs w:val="18"/>
                <w:lang w:eastAsia="ko-KR"/>
              </w:rPr>
              <w:t>누가 · 무엇이</w:t>
            </w:r>
          </w:p>
          <w:p w14:paraId="68B08556" w14:textId="77777777" w:rsidR="009009A7" w:rsidRPr="0073209D" w:rsidRDefault="00000000">
            <w:pPr>
              <w:rPr>
                <w:sz w:val="16"/>
                <w:szCs w:val="16"/>
                <w:lang w:eastAsia="ko-KR"/>
              </w:rPr>
            </w:pPr>
            <w:r w:rsidRPr="0073209D">
              <w:rPr>
                <w:color w:val="6B7280"/>
                <w:sz w:val="16"/>
                <w:szCs w:val="16"/>
                <w:lang w:eastAsia="ko-KR"/>
              </w:rPr>
              <w:t>주제와 관련된 사람이나 대상을 적어 보세요.</w:t>
            </w:r>
          </w:p>
        </w:tc>
        <w:tc>
          <w:tcPr>
            <w:tcW w:w="34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</w:tcPr>
          <w:p w14:paraId="56F81C51" w14:textId="77777777" w:rsidR="009009A7" w:rsidRPr="0073209D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73209D">
              <w:rPr>
                <w:b/>
                <w:color w:val="223454"/>
                <w:sz w:val="18"/>
                <w:szCs w:val="18"/>
                <w:lang w:eastAsia="ko-KR"/>
              </w:rPr>
              <w:t>언제 · 어디서</w:t>
            </w:r>
          </w:p>
          <w:p w14:paraId="076334BC" w14:textId="77777777" w:rsidR="009009A7" w:rsidRPr="0073209D" w:rsidRDefault="00000000">
            <w:pPr>
              <w:rPr>
                <w:sz w:val="16"/>
                <w:szCs w:val="16"/>
                <w:lang w:eastAsia="ko-KR"/>
              </w:rPr>
            </w:pPr>
            <w:r w:rsidRPr="0073209D">
              <w:rPr>
                <w:color w:val="6B7280"/>
                <w:sz w:val="16"/>
                <w:szCs w:val="16"/>
                <w:lang w:eastAsia="ko-KR"/>
              </w:rPr>
              <w:t>시간과 장소를 떠올려 보세요.</w:t>
            </w:r>
          </w:p>
        </w:tc>
        <w:tc>
          <w:tcPr>
            <w:tcW w:w="34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</w:tcPr>
          <w:p w14:paraId="03EAB398" w14:textId="77777777" w:rsidR="009009A7" w:rsidRPr="0073209D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73209D">
              <w:rPr>
                <w:b/>
                <w:color w:val="223454"/>
                <w:sz w:val="18"/>
                <w:szCs w:val="18"/>
                <w:lang w:eastAsia="ko-KR"/>
              </w:rPr>
              <w:t>어떤 일이</w:t>
            </w:r>
          </w:p>
          <w:p w14:paraId="5DF87089" w14:textId="77777777" w:rsidR="009009A7" w:rsidRPr="0073209D" w:rsidRDefault="00000000">
            <w:pPr>
              <w:rPr>
                <w:sz w:val="16"/>
                <w:szCs w:val="16"/>
                <w:lang w:eastAsia="ko-KR"/>
              </w:rPr>
            </w:pPr>
            <w:r w:rsidRPr="0073209D">
              <w:rPr>
                <w:color w:val="6B7280"/>
                <w:sz w:val="16"/>
                <w:szCs w:val="16"/>
                <w:lang w:eastAsia="ko-KR"/>
              </w:rPr>
              <w:t>무슨 일이 있었는지 적어 보세요.</w:t>
            </w:r>
          </w:p>
        </w:tc>
      </w:tr>
      <w:tr w:rsidR="009009A7" w14:paraId="0E8AF5AC" w14:textId="77777777">
        <w:trPr>
          <w:trHeight w:hRule="exact" w:val="1417"/>
        </w:trPr>
        <w:tc>
          <w:tcPr>
            <w:tcW w:w="34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</w:tcPr>
          <w:p w14:paraId="2E8412AC" w14:textId="77777777" w:rsidR="009009A7" w:rsidRPr="0073209D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73209D">
              <w:rPr>
                <w:b/>
                <w:color w:val="223454"/>
                <w:sz w:val="18"/>
                <w:szCs w:val="18"/>
                <w:lang w:eastAsia="ko-KR"/>
              </w:rPr>
              <w:t>내 생각</w:t>
            </w:r>
          </w:p>
          <w:p w14:paraId="1BCD15A5" w14:textId="77777777" w:rsidR="009009A7" w:rsidRPr="0073209D" w:rsidRDefault="00000000">
            <w:pPr>
              <w:rPr>
                <w:sz w:val="16"/>
                <w:szCs w:val="16"/>
                <w:lang w:eastAsia="ko-KR"/>
              </w:rPr>
            </w:pPr>
            <w:r w:rsidRPr="0073209D">
              <w:rPr>
                <w:color w:val="6B7280"/>
                <w:sz w:val="16"/>
                <w:szCs w:val="16"/>
                <w:lang w:eastAsia="ko-KR"/>
              </w:rPr>
              <w:t>그 일에 대해 어떤 생각이 들었나요?</w:t>
            </w:r>
          </w:p>
        </w:tc>
        <w:tc>
          <w:tcPr>
            <w:tcW w:w="34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</w:tcPr>
          <w:p w14:paraId="25C42785" w14:textId="77777777" w:rsidR="009009A7" w:rsidRPr="0073209D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73209D">
              <w:rPr>
                <w:b/>
                <w:color w:val="223454"/>
                <w:sz w:val="18"/>
                <w:szCs w:val="18"/>
                <w:lang w:eastAsia="ko-KR"/>
              </w:rPr>
              <w:t>느낌</w:t>
            </w:r>
          </w:p>
          <w:p w14:paraId="712CE537" w14:textId="77777777" w:rsidR="009009A7" w:rsidRPr="0073209D" w:rsidRDefault="00000000">
            <w:pPr>
              <w:rPr>
                <w:sz w:val="16"/>
                <w:szCs w:val="16"/>
                <w:lang w:eastAsia="ko-KR"/>
              </w:rPr>
            </w:pPr>
            <w:r w:rsidRPr="0073209D">
              <w:rPr>
                <w:color w:val="6B7280"/>
                <w:sz w:val="16"/>
                <w:szCs w:val="16"/>
                <w:lang w:eastAsia="ko-KR"/>
              </w:rPr>
              <w:t>어떤 기분이 들었나요?</w:t>
            </w:r>
          </w:p>
        </w:tc>
        <w:tc>
          <w:tcPr>
            <w:tcW w:w="34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</w:tcPr>
          <w:p w14:paraId="62626F42" w14:textId="77777777" w:rsidR="009009A7" w:rsidRPr="0073209D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73209D">
              <w:rPr>
                <w:b/>
                <w:color w:val="223454"/>
                <w:sz w:val="18"/>
                <w:szCs w:val="18"/>
                <w:lang w:eastAsia="ko-KR"/>
              </w:rPr>
              <w:t>꼭 쓰고 싶은 말</w:t>
            </w:r>
          </w:p>
          <w:p w14:paraId="75530F9D" w14:textId="77777777" w:rsidR="009009A7" w:rsidRPr="0073209D" w:rsidRDefault="00000000">
            <w:pPr>
              <w:rPr>
                <w:sz w:val="16"/>
                <w:szCs w:val="16"/>
                <w:lang w:eastAsia="ko-KR"/>
              </w:rPr>
            </w:pPr>
            <w:r w:rsidRPr="0073209D">
              <w:rPr>
                <w:color w:val="6B7280"/>
                <w:sz w:val="16"/>
                <w:szCs w:val="16"/>
                <w:lang w:eastAsia="ko-KR"/>
              </w:rPr>
              <w:t>글에 꼭 넣고 싶은 내용을 적어 보세요.</w:t>
            </w:r>
          </w:p>
        </w:tc>
      </w:tr>
    </w:tbl>
    <w:p w14:paraId="03FF6FE0" w14:textId="77777777" w:rsidR="009009A7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1"/>
        </w:rPr>
        <w:t>글의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순서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정하기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9009A7" w14:paraId="07680C57" w14:textId="77777777">
        <w:trPr>
          <w:trHeight w:hRule="exact" w:val="1361"/>
        </w:trPr>
        <w:tc>
          <w:tcPr>
            <w:tcW w:w="34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7973942D" w14:textId="77777777" w:rsidR="009009A7" w:rsidRPr="0073209D" w:rsidRDefault="00000000">
            <w:pPr>
              <w:rPr>
                <w:sz w:val="18"/>
                <w:szCs w:val="18"/>
                <w:lang w:eastAsia="ko-KR"/>
              </w:rPr>
            </w:pPr>
            <w:r w:rsidRPr="0073209D">
              <w:rPr>
                <w:b/>
                <w:color w:val="F17B63"/>
                <w:sz w:val="18"/>
                <w:szCs w:val="18"/>
                <w:lang w:eastAsia="ko-KR"/>
              </w:rPr>
              <w:t>처음</w:t>
            </w:r>
          </w:p>
          <w:p w14:paraId="62087E34" w14:textId="77777777" w:rsidR="009009A7" w:rsidRPr="0073209D" w:rsidRDefault="00000000">
            <w:pPr>
              <w:rPr>
                <w:sz w:val="16"/>
                <w:szCs w:val="16"/>
                <w:lang w:eastAsia="ko-KR"/>
              </w:rPr>
            </w:pPr>
            <w:r w:rsidRPr="0073209D">
              <w:rPr>
                <w:color w:val="6B7280"/>
                <w:sz w:val="16"/>
                <w:szCs w:val="16"/>
                <w:lang w:eastAsia="ko-KR"/>
              </w:rPr>
              <w:t>어떻게 시작할까요?</w:t>
            </w:r>
          </w:p>
        </w:tc>
        <w:tc>
          <w:tcPr>
            <w:tcW w:w="34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7ADE7478" w14:textId="77777777" w:rsidR="009009A7" w:rsidRPr="0073209D" w:rsidRDefault="00000000">
            <w:pPr>
              <w:rPr>
                <w:sz w:val="18"/>
                <w:szCs w:val="18"/>
                <w:lang w:eastAsia="ko-KR"/>
              </w:rPr>
            </w:pPr>
            <w:r w:rsidRPr="0073209D">
              <w:rPr>
                <w:b/>
                <w:color w:val="F17B63"/>
                <w:sz w:val="18"/>
                <w:szCs w:val="18"/>
                <w:lang w:eastAsia="ko-KR"/>
              </w:rPr>
              <w:t>가운데</w:t>
            </w:r>
          </w:p>
          <w:p w14:paraId="432708CB" w14:textId="77777777" w:rsidR="009009A7" w:rsidRPr="0073209D" w:rsidRDefault="00000000">
            <w:pPr>
              <w:rPr>
                <w:sz w:val="16"/>
                <w:szCs w:val="16"/>
                <w:lang w:eastAsia="ko-KR"/>
              </w:rPr>
            </w:pPr>
            <w:r w:rsidRPr="0073209D">
              <w:rPr>
                <w:color w:val="6B7280"/>
                <w:sz w:val="16"/>
                <w:szCs w:val="16"/>
                <w:lang w:eastAsia="ko-KR"/>
              </w:rPr>
              <w:t>가장 자세히 쓸 내용은?</w:t>
            </w:r>
          </w:p>
        </w:tc>
        <w:tc>
          <w:tcPr>
            <w:tcW w:w="34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4B892E7C" w14:textId="77777777" w:rsidR="009009A7" w:rsidRPr="0073209D" w:rsidRDefault="00000000">
            <w:pPr>
              <w:rPr>
                <w:sz w:val="18"/>
                <w:szCs w:val="18"/>
                <w:lang w:eastAsia="ko-KR"/>
              </w:rPr>
            </w:pPr>
            <w:r w:rsidRPr="0073209D">
              <w:rPr>
                <w:b/>
                <w:color w:val="F17B63"/>
                <w:sz w:val="18"/>
                <w:szCs w:val="18"/>
                <w:lang w:eastAsia="ko-KR"/>
              </w:rPr>
              <w:t>끝</w:t>
            </w:r>
          </w:p>
          <w:p w14:paraId="68C9239C" w14:textId="77777777" w:rsidR="009009A7" w:rsidRPr="0073209D" w:rsidRDefault="00000000">
            <w:pPr>
              <w:rPr>
                <w:sz w:val="16"/>
                <w:szCs w:val="16"/>
                <w:lang w:eastAsia="ko-KR"/>
              </w:rPr>
            </w:pPr>
            <w:r w:rsidRPr="0073209D">
              <w:rPr>
                <w:color w:val="6B7280"/>
                <w:sz w:val="16"/>
                <w:szCs w:val="16"/>
                <w:lang w:eastAsia="ko-KR"/>
              </w:rPr>
              <w:t>어떻게 마무리할까요?</w:t>
            </w:r>
          </w:p>
        </w:tc>
      </w:tr>
    </w:tbl>
    <w:p w14:paraId="3DAE11F7" w14:textId="77777777" w:rsidR="009009A7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1"/>
        </w:rPr>
        <w:t>주제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글쓰기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9009A7" w14:paraId="09BF7EEE" w14:textId="77777777" w:rsidTr="0073209D">
        <w:trPr>
          <w:trHeight w:hRule="exact" w:val="3824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59F3F896" w14:textId="77777777" w:rsidR="009009A7" w:rsidRDefault="00000000">
            <w:pPr>
              <w:spacing w:after="0" w:line="372" w:lineRule="auto"/>
            </w:pPr>
            <w:r>
              <w:rPr>
                <w:color w:val="BEC5CC"/>
                <w:sz w:val="18"/>
                <w:u w:val="single"/>
              </w:rPr>
              <w:t xml:space="preserve">                                                                                           </w:t>
            </w:r>
          </w:p>
          <w:p w14:paraId="7F9473BF" w14:textId="77777777" w:rsidR="009009A7" w:rsidRDefault="00000000">
            <w:pPr>
              <w:spacing w:after="0" w:line="372" w:lineRule="auto"/>
            </w:pPr>
            <w:r>
              <w:rPr>
                <w:color w:val="BEC5CC"/>
                <w:sz w:val="18"/>
                <w:u w:val="single"/>
              </w:rPr>
              <w:t xml:space="preserve">                                                                                           </w:t>
            </w:r>
          </w:p>
          <w:p w14:paraId="7D295DBE" w14:textId="77777777" w:rsidR="009009A7" w:rsidRDefault="00000000">
            <w:pPr>
              <w:spacing w:after="0" w:line="372" w:lineRule="auto"/>
            </w:pPr>
            <w:r>
              <w:rPr>
                <w:color w:val="BEC5CC"/>
                <w:sz w:val="18"/>
                <w:u w:val="single"/>
              </w:rPr>
              <w:t xml:space="preserve">                                                                                           </w:t>
            </w:r>
          </w:p>
          <w:p w14:paraId="36FE4FDD" w14:textId="77777777" w:rsidR="009009A7" w:rsidRDefault="00000000">
            <w:pPr>
              <w:spacing w:after="0" w:line="372" w:lineRule="auto"/>
            </w:pPr>
            <w:r>
              <w:rPr>
                <w:color w:val="BEC5CC"/>
                <w:sz w:val="18"/>
                <w:u w:val="single"/>
              </w:rPr>
              <w:t xml:space="preserve">                                                                                           </w:t>
            </w:r>
          </w:p>
          <w:p w14:paraId="554AA547" w14:textId="77777777" w:rsidR="009009A7" w:rsidRDefault="00000000">
            <w:pPr>
              <w:spacing w:after="0" w:line="372" w:lineRule="auto"/>
            </w:pPr>
            <w:r>
              <w:rPr>
                <w:color w:val="BEC5CC"/>
                <w:sz w:val="18"/>
                <w:u w:val="single"/>
              </w:rPr>
              <w:t xml:space="preserve">                                                                                           </w:t>
            </w:r>
          </w:p>
          <w:p w14:paraId="2BB38663" w14:textId="77777777" w:rsidR="009009A7" w:rsidRDefault="00000000">
            <w:pPr>
              <w:spacing w:after="0" w:line="372" w:lineRule="auto"/>
            </w:pPr>
            <w:r>
              <w:rPr>
                <w:color w:val="BEC5CC"/>
                <w:sz w:val="18"/>
                <w:u w:val="single"/>
              </w:rPr>
              <w:t xml:space="preserve">                                                                                           </w:t>
            </w:r>
          </w:p>
          <w:p w14:paraId="21374588" w14:textId="77777777" w:rsidR="009009A7" w:rsidRDefault="00000000">
            <w:pPr>
              <w:spacing w:after="0" w:line="372" w:lineRule="auto"/>
            </w:pPr>
            <w:r>
              <w:rPr>
                <w:color w:val="BEC5CC"/>
                <w:sz w:val="18"/>
                <w:u w:val="single"/>
              </w:rPr>
              <w:t xml:space="preserve">                                                                                           </w:t>
            </w:r>
          </w:p>
          <w:p w14:paraId="60732368" w14:textId="77777777" w:rsidR="009009A7" w:rsidRDefault="00000000">
            <w:pPr>
              <w:spacing w:after="0" w:line="372" w:lineRule="auto"/>
            </w:pPr>
            <w:r>
              <w:rPr>
                <w:color w:val="BEC5CC"/>
                <w:sz w:val="18"/>
                <w:u w:val="single"/>
              </w:rPr>
              <w:t xml:space="preserve">                                                                                           </w:t>
            </w:r>
          </w:p>
          <w:p w14:paraId="3C22450B" w14:textId="77777777" w:rsidR="009009A7" w:rsidRDefault="00000000">
            <w:pPr>
              <w:spacing w:after="0" w:line="372" w:lineRule="auto"/>
            </w:pPr>
            <w:r>
              <w:rPr>
                <w:color w:val="BEC5CC"/>
                <w:sz w:val="18"/>
                <w:u w:val="single"/>
              </w:rPr>
              <w:t xml:space="preserve">                                                                                           </w:t>
            </w:r>
          </w:p>
        </w:tc>
      </w:tr>
    </w:tbl>
    <w:p w14:paraId="12753253" w14:textId="77777777" w:rsidR="009009A7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1"/>
        </w:rPr>
        <w:t>글을 다 쓴 뒤 확인해요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9009A7" w14:paraId="2404A83B" w14:textId="77777777">
        <w:trPr>
          <w:trHeight w:hRule="exact" w:val="624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5186708" w14:textId="77777777" w:rsidR="009009A7" w:rsidRPr="0073209D" w:rsidRDefault="00000000">
            <w:pPr>
              <w:spacing w:after="0"/>
              <w:jc w:val="center"/>
              <w:rPr>
                <w:sz w:val="16"/>
                <w:szCs w:val="16"/>
              </w:rPr>
            </w:pPr>
            <w:r w:rsidRPr="0073209D">
              <w:rPr>
                <w:color w:val="223454"/>
                <w:sz w:val="16"/>
                <w:szCs w:val="16"/>
              </w:rPr>
              <w:t>□ 주제에 맞게 썼어요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4355F53" w14:textId="77777777" w:rsidR="009009A7" w:rsidRPr="0073209D" w:rsidRDefault="00000000">
            <w:pPr>
              <w:spacing w:after="0"/>
              <w:jc w:val="center"/>
              <w:rPr>
                <w:sz w:val="16"/>
                <w:szCs w:val="16"/>
                <w:lang w:eastAsia="ko-KR"/>
              </w:rPr>
            </w:pPr>
            <w:r w:rsidRPr="0073209D">
              <w:rPr>
                <w:color w:val="223454"/>
                <w:sz w:val="16"/>
                <w:szCs w:val="16"/>
                <w:lang w:eastAsia="ko-KR"/>
              </w:rPr>
              <w:t>□ 순서가 자연스러워요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E969639" w14:textId="77777777" w:rsidR="009009A7" w:rsidRPr="0073209D" w:rsidRDefault="00000000">
            <w:pPr>
              <w:spacing w:after="0"/>
              <w:jc w:val="center"/>
              <w:rPr>
                <w:sz w:val="16"/>
                <w:szCs w:val="16"/>
                <w:lang w:eastAsia="ko-KR"/>
              </w:rPr>
            </w:pPr>
            <w:r w:rsidRPr="0073209D">
              <w:rPr>
                <w:color w:val="223454"/>
                <w:sz w:val="16"/>
                <w:szCs w:val="16"/>
                <w:lang w:eastAsia="ko-KR"/>
              </w:rPr>
              <w:t xml:space="preserve">□ 문장을 끝까지 </w:t>
            </w:r>
            <w:proofErr w:type="spellStart"/>
            <w:r w:rsidRPr="0073209D">
              <w:rPr>
                <w:color w:val="223454"/>
                <w:sz w:val="16"/>
                <w:szCs w:val="16"/>
                <w:lang w:eastAsia="ko-KR"/>
              </w:rPr>
              <w:t>썼어요</w:t>
            </w:r>
            <w:proofErr w:type="spellEnd"/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20DBC7C" w14:textId="77777777" w:rsidR="009009A7" w:rsidRPr="0073209D" w:rsidRDefault="00000000">
            <w:pPr>
              <w:spacing w:after="0"/>
              <w:jc w:val="center"/>
              <w:rPr>
                <w:sz w:val="16"/>
                <w:szCs w:val="16"/>
                <w:lang w:eastAsia="ko-KR"/>
              </w:rPr>
            </w:pPr>
            <w:r w:rsidRPr="0073209D">
              <w:rPr>
                <w:color w:val="223454"/>
                <w:sz w:val="16"/>
                <w:szCs w:val="16"/>
                <w:lang w:eastAsia="ko-KR"/>
              </w:rPr>
              <w:t>□ 맞춤법을 확인했어요</w:t>
            </w:r>
          </w:p>
        </w:tc>
      </w:tr>
    </w:tbl>
    <w:p w14:paraId="61B6A856" w14:textId="77777777" w:rsidR="009009A7" w:rsidRPr="0073209D" w:rsidRDefault="00000000">
      <w:pPr>
        <w:spacing w:before="60" w:after="0"/>
        <w:jc w:val="center"/>
        <w:rPr>
          <w:sz w:val="16"/>
          <w:szCs w:val="16"/>
        </w:rPr>
      </w:pPr>
      <w:r w:rsidRPr="0073209D">
        <w:rPr>
          <w:color w:val="6B7280"/>
          <w:sz w:val="16"/>
          <w:szCs w:val="16"/>
        </w:rPr>
        <w:t>EDUCATION BOX · edu.informationbox.kr</w:t>
      </w:r>
    </w:p>
    <w:sectPr w:rsidR="009009A7" w:rsidRPr="0073209D" w:rsidSect="0073209D">
      <w:pgSz w:w="11906" w:h="16838"/>
      <w:pgMar w:top="993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7733669">
    <w:abstractNumId w:val="8"/>
  </w:num>
  <w:num w:numId="2" w16cid:durableId="59601141">
    <w:abstractNumId w:val="6"/>
  </w:num>
  <w:num w:numId="3" w16cid:durableId="473566882">
    <w:abstractNumId w:val="5"/>
  </w:num>
  <w:num w:numId="4" w16cid:durableId="718437591">
    <w:abstractNumId w:val="4"/>
  </w:num>
  <w:num w:numId="5" w16cid:durableId="125900326">
    <w:abstractNumId w:val="7"/>
  </w:num>
  <w:num w:numId="6" w16cid:durableId="1269504893">
    <w:abstractNumId w:val="3"/>
  </w:num>
  <w:num w:numId="7" w16cid:durableId="715470674">
    <w:abstractNumId w:val="2"/>
  </w:num>
  <w:num w:numId="8" w16cid:durableId="473182073">
    <w:abstractNumId w:val="1"/>
  </w:num>
  <w:num w:numId="9" w16cid:durableId="523518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209D"/>
    <w:rsid w:val="009009A7"/>
    <w:rsid w:val="00AA1D8D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CE9973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2026-10-01T16:03:00Z</dcterms:modified>
  <cp:category/>
</cp:coreProperties>
</file>