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rHeight w:val="170" w:hRule="exact"/>
        </w:trPr>
        <w:tc>
          <w:tcPr>
            <w:tcW w:type="dxa" w:w="5216"/>
            <w:shd w:fill="223454"/>
            <w:tcBorders>
              <w:top w:val="single" w:sz="0" w:color="223454"/>
              <w:left w:val="single" w:sz="0" w:color="223454"/>
              <w:bottom w:val="single" w:sz="0" w:color="223454"/>
              <w:right w:val="single" w:sz="0" w:color="223454"/>
            </w:tcBorders>
          </w:tcPr>
          <w:p/>
        </w:tc>
        <w:tc>
          <w:tcPr>
            <w:tcW w:type="dxa" w:w="5216"/>
            <w:shd w:fill="F17B63"/>
            <w:tcBorders>
              <w:top w:val="single" w:sz="0" w:color="F17B63"/>
              <w:left w:val="single" w:sz="0" w:color="F17B63"/>
              <w:bottom w:val="single" w:sz="0" w:color="F17B63"/>
              <w:right w:val="single" w:sz="0" w:color="F17B63"/>
            </w:tcBorders>
          </w:tcPr>
          <w:p/>
        </w:tc>
      </w:tr>
    </w:tbl>
    <w:p>
      <w:pPr>
        <w:spacing w:before="100" w:after="0"/>
      </w:pPr>
      <w:r>
        <w:rPr>
          <w:b/>
          <w:color w:val="F17B63"/>
          <w:sz w:val="17"/>
        </w:rPr>
        <w:t>EXPERIENTIAL LEARNING REPORT</w:t>
      </w:r>
    </w:p>
    <w:p>
      <w:pPr>
        <w:spacing w:before="0" w:after="60"/>
      </w:pPr>
      <w:r>
        <w:rPr>
          <w:b/>
          <w:color w:val="223454"/>
          <w:sz w:val="46"/>
        </w:rPr>
        <w:t>체험학습 보고서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39"/>
        <w:gridCol w:w="1739"/>
        <w:gridCol w:w="1739"/>
        <w:gridCol w:w="1739"/>
        <w:gridCol w:w="1739"/>
        <w:gridCol w:w="1739"/>
      </w:tblGrid>
      <w:tr>
        <w:trPr>
          <w:trHeight w:val="510" w:hRule="exact"/>
        </w:trPr>
        <w:tc>
          <w:tcPr>
            <w:tcW w:type="dxa" w:w="173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7F4EC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이름</w:t>
            </w:r>
          </w:p>
        </w:tc>
        <w:tc>
          <w:tcPr>
            <w:tcW w:type="dxa" w:w="173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FFFFF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  <w:tc>
          <w:tcPr>
            <w:tcW w:type="dxa" w:w="173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7F4EC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학년·반</w:t>
            </w:r>
          </w:p>
        </w:tc>
        <w:tc>
          <w:tcPr>
            <w:tcW w:type="dxa" w:w="173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FFFFF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  <w:tc>
          <w:tcPr>
            <w:tcW w:type="dxa" w:w="173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7F4EC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체험일</w:t>
            </w:r>
          </w:p>
        </w:tc>
        <w:tc>
          <w:tcPr>
            <w:tcW w:type="dxa" w:w="173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FFFFF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</w:tr>
      <w:tr>
        <w:trPr>
          <w:trHeight w:val="510" w:hRule="exact"/>
        </w:trPr>
        <w:tc>
          <w:tcPr>
            <w:tcW w:type="dxa" w:w="173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7F4EC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체험 장소</w:t>
            </w:r>
          </w:p>
        </w:tc>
        <w:tc>
          <w:tcPr>
            <w:tcW w:type="dxa" w:w="173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FFFFF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  <w:tc>
          <w:tcPr>
            <w:tcW w:type="dxa" w:w="173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7F4EC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함께한 사람</w:t>
            </w:r>
          </w:p>
        </w:tc>
        <w:tc>
          <w:tcPr>
            <w:tcW w:type="dxa" w:w="173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FFFFF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  <w:tc>
          <w:tcPr>
            <w:tcW w:type="dxa" w:w="173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7F4EC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날씨</w:t>
            </w:r>
          </w:p>
        </w:tc>
        <w:tc>
          <w:tcPr>
            <w:tcW w:type="dxa" w:w="173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FFFFF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</w:tr>
    </w:tbl>
    <w:p>
      <w:pPr>
        <w:spacing w:before="8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어디에서 무엇을 체험했나요?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rPr>
          <w:trHeight w:val="1247" w:hRule="exact"/>
        </w:trPr>
        <w:tc>
          <w:tcPr>
            <w:tcW w:type="dxa" w:w="10432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B7280"/>
                <w:sz w:val="15"/>
              </w:rPr>
              <w:t>체험한 장소와 활동을 자세히 적어 보세요.</w:t>
            </w:r>
          </w:p>
        </w:tc>
      </w:tr>
    </w:tbl>
    <w:p>
      <w:pPr>
        <w:spacing w:before="8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체험하면서 새롭게 알게 된 점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rPr>
          <w:trHeight w:val="1361" w:hRule="exact"/>
        </w:trPr>
        <w:tc>
          <w:tcPr>
            <w:tcW w:type="dxa" w:w="10432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B7280"/>
                <w:sz w:val="15"/>
              </w:rPr>
              <w:t>새롭게 배우거나 알게 된 내용을 적어 보세요.</w:t>
            </w:r>
          </w:p>
        </w:tc>
      </w:tr>
    </w:tbl>
    <w:p>
      <w:pPr>
        <w:spacing w:before="8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가장 기억에 남는 장면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rHeight w:val="2098" w:hRule="exact"/>
        </w:trPr>
        <w:tc>
          <w:tcPr>
            <w:tcW w:type="dxa" w:w="5216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6B7280"/>
                <w:sz w:val="15"/>
              </w:rPr>
              <w:t>그림 또는 사진 붙이는 곳</w:t>
            </w:r>
          </w:p>
        </w:tc>
        <w:tc>
          <w:tcPr>
            <w:tcW w:type="dxa" w:w="5216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6B7280"/>
                <w:sz w:val="15"/>
              </w:rPr>
              <w:t>그림 또는 사진 붙이는 곳</w:t>
            </w:r>
          </w:p>
        </w:tc>
      </w:tr>
    </w:tbl>
    <w:p>
      <w:pPr>
        <w:spacing w:before="8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가장 기억에 남는 이유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rPr>
          <w:trHeight w:val="1077" w:hRule="exact"/>
        </w:trPr>
        <w:tc>
          <w:tcPr>
            <w:tcW w:type="dxa" w:w="10432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B7280"/>
                <w:sz w:val="15"/>
              </w:rPr>
              <w:t>왜 기억에 남았는지 적어 보세요.</w:t>
            </w:r>
          </w:p>
        </w:tc>
      </w:tr>
    </w:tbl>
    <w:p>
      <w:pPr>
        <w:spacing w:before="8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체험학습을 마치고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rHeight w:val="624" w:hRule="exact"/>
        </w:trPr>
        <w:tc>
          <w:tcPr>
            <w:tcW w:type="dxa" w:w="5216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재미있었던 점</w:t>
            </w:r>
          </w:p>
        </w:tc>
        <w:tc>
          <w:tcPr>
            <w:tcW w:type="dxa" w:w="5216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</w:tr>
      <w:tr>
        <w:trPr>
          <w:trHeight w:val="624" w:hRule="exact"/>
        </w:trPr>
        <w:tc>
          <w:tcPr>
            <w:tcW w:type="dxa" w:w="5216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아쉬웠던 점</w:t>
            </w:r>
          </w:p>
        </w:tc>
        <w:tc>
          <w:tcPr>
            <w:tcW w:type="dxa" w:w="5216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</w:tr>
      <w:tr>
        <w:trPr>
          <w:trHeight w:val="624" w:hRule="exact"/>
        </w:trPr>
        <w:tc>
          <w:tcPr>
            <w:tcW w:type="dxa" w:w="5216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다음에 더 해보고 싶은 것</w:t>
            </w:r>
          </w:p>
        </w:tc>
        <w:tc>
          <w:tcPr>
            <w:tcW w:type="dxa" w:w="5216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</w:tr>
    </w:tbl>
    <w:p>
      <w:pPr>
        <w:spacing w:before="60" w:after="0"/>
        <w:jc w:val="center"/>
      </w:pPr>
      <w:r>
        <w:rPr>
          <w:color w:val="6B7280"/>
          <w:sz w:val="14"/>
        </w:rPr>
        <w:t>EDUCATION BOX · edu.informationbox.kr</w:t>
      </w:r>
    </w:p>
    <w:sectPr w:rsidR="00FC693F" w:rsidRPr="0006063C" w:rsidSect="00034616">
      <w:pgSz w:w="11906" w:h="16838"/>
      <w:pgMar w:top="567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