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90" w:type="dxa"/>
        <w:tblLayout w:type="fixed"/>
        <w:tblLook w:val="04A0" w:firstRow="1" w:lastRow="0" w:firstColumn="1" w:lastColumn="0" w:noHBand="0" w:noVBand="1"/>
      </w:tblPr>
      <w:tblGrid>
        <w:gridCol w:w="7795"/>
        <w:gridCol w:w="7795"/>
      </w:tblGrid>
      <w:tr w:rsidR="009708A4" w14:paraId="5A224E90" w14:textId="77777777">
        <w:trPr>
          <w:trHeight w:hRule="exact" w:val="170"/>
        </w:trPr>
        <w:tc>
          <w:tcPr>
            <w:tcW w:w="7795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1C9FE46B" w14:textId="77777777" w:rsidR="009708A4" w:rsidRDefault="009708A4"/>
        </w:tc>
        <w:tc>
          <w:tcPr>
            <w:tcW w:w="7795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3D0A95D1" w14:textId="77777777" w:rsidR="009708A4" w:rsidRDefault="009708A4"/>
        </w:tc>
      </w:tr>
    </w:tbl>
    <w:p w14:paraId="712CC9C5" w14:textId="77777777" w:rsidR="009708A4" w:rsidRDefault="00000000" w:rsidP="00F74EB2">
      <w:pPr>
        <w:spacing w:before="80" w:after="0" w:line="240" w:lineRule="auto"/>
      </w:pPr>
      <w:r>
        <w:rPr>
          <w:b/>
          <w:color w:val="F17B63"/>
          <w:sz w:val="17"/>
        </w:rPr>
        <w:t>ATTENDANCE SHEET</w:t>
      </w:r>
    </w:p>
    <w:p w14:paraId="5E457424" w14:textId="77777777" w:rsidR="009708A4" w:rsidRDefault="00000000" w:rsidP="00F74EB2">
      <w:pPr>
        <w:spacing w:after="40" w:line="240" w:lineRule="auto"/>
      </w:pPr>
      <w:r>
        <w:rPr>
          <w:b/>
          <w:color w:val="223454"/>
          <w:sz w:val="44"/>
        </w:rPr>
        <w:t>출석부</w:t>
      </w:r>
    </w:p>
    <w:tbl>
      <w:tblPr>
        <w:tblW w:w="15406" w:type="dxa"/>
        <w:jc w:val="center"/>
        <w:tblLayout w:type="fixed"/>
        <w:tblLook w:val="04A0" w:firstRow="1" w:lastRow="0" w:firstColumn="1" w:lastColumn="0" w:noHBand="0" w:noVBand="1"/>
      </w:tblPr>
      <w:tblGrid>
        <w:gridCol w:w="1926"/>
        <w:gridCol w:w="1926"/>
        <w:gridCol w:w="1926"/>
        <w:gridCol w:w="1926"/>
        <w:gridCol w:w="1926"/>
        <w:gridCol w:w="1926"/>
        <w:gridCol w:w="1926"/>
        <w:gridCol w:w="1924"/>
      </w:tblGrid>
      <w:tr w:rsidR="00F74EB2" w14:paraId="01C56039" w14:textId="6FCE488B" w:rsidTr="00F74EB2">
        <w:trPr>
          <w:trHeight w:hRule="exact" w:val="391"/>
          <w:jc w:val="center"/>
        </w:trPr>
        <w:tc>
          <w:tcPr>
            <w:tcW w:w="1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2985605F" w14:textId="77777777" w:rsidR="00F74EB2" w:rsidRPr="00F74EB2" w:rsidRDefault="00F74EB2" w:rsidP="00F74EB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F74EB2">
              <w:rPr>
                <w:b/>
                <w:color w:val="223454"/>
                <w:sz w:val="18"/>
                <w:szCs w:val="18"/>
              </w:rPr>
              <w:t>기관·반</w:t>
            </w:r>
            <w:proofErr w:type="spellEnd"/>
          </w:p>
        </w:tc>
        <w:tc>
          <w:tcPr>
            <w:tcW w:w="1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FFFFF"/>
            <w:vAlign w:val="center"/>
          </w:tcPr>
          <w:p w14:paraId="7CCEE770" w14:textId="77777777" w:rsidR="00F74EB2" w:rsidRPr="00F74EB2" w:rsidRDefault="00F74EB2" w:rsidP="00F74EB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2891A61B" w14:textId="77777777" w:rsidR="00F74EB2" w:rsidRPr="00F74EB2" w:rsidRDefault="00F74EB2" w:rsidP="00F74EB2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담당자</w:t>
            </w:r>
          </w:p>
        </w:tc>
        <w:tc>
          <w:tcPr>
            <w:tcW w:w="1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FFFFF"/>
            <w:vAlign w:val="center"/>
          </w:tcPr>
          <w:p w14:paraId="769E1B5E" w14:textId="77777777" w:rsidR="00F74EB2" w:rsidRPr="00F74EB2" w:rsidRDefault="00F74EB2" w:rsidP="00F74EB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2A8CE2E1" w14:textId="77777777" w:rsidR="00F74EB2" w:rsidRPr="00F74EB2" w:rsidRDefault="00F74EB2" w:rsidP="00F74EB2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기간</w:t>
            </w:r>
          </w:p>
        </w:tc>
        <w:tc>
          <w:tcPr>
            <w:tcW w:w="1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FFFFF"/>
            <w:vAlign w:val="center"/>
          </w:tcPr>
          <w:p w14:paraId="79E8A3C8" w14:textId="77777777" w:rsidR="00F74EB2" w:rsidRPr="00F74EB2" w:rsidRDefault="00F74EB2" w:rsidP="00F74EB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6CE02BE3" w14:textId="77777777" w:rsidR="00F74EB2" w:rsidRPr="00F74EB2" w:rsidRDefault="00F74EB2" w:rsidP="00F74EB2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요일·시간</w:t>
            </w:r>
          </w:p>
        </w:tc>
        <w:tc>
          <w:tcPr>
            <w:tcW w:w="192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FFFFF"/>
            <w:vAlign w:val="center"/>
          </w:tcPr>
          <w:p w14:paraId="6F008398" w14:textId="77777777" w:rsidR="00F74EB2" w:rsidRPr="00F74EB2" w:rsidRDefault="00F74EB2" w:rsidP="00F74EB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0C0923E1" w14:textId="77777777" w:rsidR="009708A4" w:rsidRDefault="00000000">
      <w:pPr>
        <w:spacing w:before="60" w:after="30"/>
      </w:pPr>
      <w:r>
        <w:rPr>
          <w:color w:val="F17B63"/>
          <w:sz w:val="15"/>
        </w:rPr>
        <w:t xml:space="preserve">■ </w:t>
      </w:r>
      <w:proofErr w:type="spellStart"/>
      <w:r>
        <w:rPr>
          <w:b/>
          <w:color w:val="223454"/>
          <w:sz w:val="21"/>
        </w:rPr>
        <w:t>출석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현황</w:t>
      </w:r>
      <w:proofErr w:type="spellEnd"/>
    </w:p>
    <w:tbl>
      <w:tblPr>
        <w:tblW w:w="15441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391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926"/>
        <w:gridCol w:w="926"/>
        <w:gridCol w:w="1636"/>
      </w:tblGrid>
      <w:tr w:rsidR="009708A4" w14:paraId="22A9E7E0" w14:textId="77777777" w:rsidTr="00F74EB2">
        <w:trPr>
          <w:trHeight w:hRule="exact" w:val="415"/>
          <w:jc w:val="center"/>
        </w:trPr>
        <w:tc>
          <w:tcPr>
            <w:tcW w:w="926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55B238EB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번호</w:t>
            </w:r>
          </w:p>
        </w:tc>
        <w:tc>
          <w:tcPr>
            <w:tcW w:w="1391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313E7976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이름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44C67637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1회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0CB1E75D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2회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200583EC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3회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0EA2C3DD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4회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1540A192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5회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6B831EED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6회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20464F7A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7회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4463CC05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8회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4396A758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9회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059EB869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10회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351534AA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11회</w:t>
            </w:r>
          </w:p>
        </w:tc>
        <w:tc>
          <w:tcPr>
            <w:tcW w:w="803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09923128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12회</w:t>
            </w:r>
          </w:p>
        </w:tc>
        <w:tc>
          <w:tcPr>
            <w:tcW w:w="926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48748560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출석</w:t>
            </w:r>
          </w:p>
        </w:tc>
        <w:tc>
          <w:tcPr>
            <w:tcW w:w="926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392D9668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결석</w:t>
            </w:r>
          </w:p>
        </w:tc>
        <w:tc>
          <w:tcPr>
            <w:tcW w:w="1636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24EFE827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FFFFFF"/>
                <w:sz w:val="18"/>
                <w:szCs w:val="18"/>
              </w:rPr>
              <w:t>비고</w:t>
            </w:r>
          </w:p>
        </w:tc>
      </w:tr>
      <w:tr w:rsidR="009708A4" w14:paraId="1BF4A28D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6B314FB1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1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DCB38E7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852DCA5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DE780E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5490B6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E46BD5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ADA8D6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D70216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1BE5CF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F011C9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8B3854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A0DEC1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327C1CA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742578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723794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6F17AD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901FA85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25FFDC01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130CB3B9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2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9577208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ABE951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C6A7AA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BF1518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3D2A77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36ED22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D80E0E1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440194A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A1707F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099980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F6908D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B85464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2E6A6C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599F47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E446BF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1EE1748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215F48C5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63A7EAB4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3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BE3F227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2CD983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45430F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CE86C0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B84DD4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32A929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346669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ED9E65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865DE9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719089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66A87FA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FEF71D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FEF0DC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0F0B93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DFDC9E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C3827E5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7280D793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5F777978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4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57BCA83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914B5D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A91DAE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888381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CDDD36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504F87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ABC5DA5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761652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E7327D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2CC61A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5CB623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683BF4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74EFFA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CB3A91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36A293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ABB6790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3275E312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53DB218E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5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8A327DE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63D3CF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65907A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088754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E08012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4221A2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B51245A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2EC6BB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2EDD95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9B8F5B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7B65B8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9E1DD7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8F9605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1F1C21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2B0007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50F9939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61956FAB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6F94FF54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6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21438E5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CD77AF1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194298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C0AA9F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02734D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B23A461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165E98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DBC435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A70715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6B9FA4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7C3CC3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D7F147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F408D3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A775AF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FE98E9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E10478B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1C8A8048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3CE9DA99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7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273F380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551601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DE17161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CC79A9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08157C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D10985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0B082B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E947DA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1A5463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C83579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5C40AC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CDD723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6739B9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C24FA8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1ACAF0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8C30458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65226E98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08681B9B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8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CF7CDCC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99EBF55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A1F10E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4D7118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9C9468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9A4AADA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D3B2AF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1EB067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062DAF1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B762AB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F5270A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8B9526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89BCE4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C4559DA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B94D4C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7B425FE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71314943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74F99794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9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6390B38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5701FF5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986F82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9EBF86A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CA5F67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5EC115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C60EFD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DDD293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8844D8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69FD0D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C1BD845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34494D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90E409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2D1987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DD3918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882E8FF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5C15AE48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0AD48C40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10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7151EF0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0508CB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D32424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C25B82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E16442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74238E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28EE07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E47406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E7E885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741FC4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977F4E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9FA215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BDE235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3FF339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06B50B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00572E6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1E61CAC9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46CBE57F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11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730197F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B4EE73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D0A01A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3EE2C1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31F93E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D79DB5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6DF502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013861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80C25F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518D64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4E2784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F2D251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1F3DEE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3BA588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EE3C18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28473F8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34C0E2D6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28AD44C2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12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A3381BF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50549D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6EF761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B91D27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443894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DF63A2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A22412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F29BA6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EE1B1DA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370D25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A41F46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F4AC282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2149E9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C14C48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3C40EF7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37EDBBF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7371DFC0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66CB0B46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13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67C6CFA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E6D5F8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4F78EE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832C06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E0B68D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6C1AF8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F77F3C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7D037C5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9F83A9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2EB706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D44850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8AF1975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07069C9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396F40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11D5AC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E2F9B9F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7EAF400E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72A1C368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14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2D253F5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9EBBC7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3AAE32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DD802B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2EBFF6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2B176E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D2BFC3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B78E5CA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814353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A4B9AF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183B5FD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4E98BB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EA1DF65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303FF7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B6BF635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7D12CC5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  <w:tr w:rsidR="009708A4" w14:paraId="6C8F428D" w14:textId="77777777" w:rsidTr="00F74EB2">
        <w:trPr>
          <w:trHeight w:hRule="exact" w:val="376"/>
          <w:jc w:val="center"/>
        </w:trPr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243945A9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15</w:t>
            </w:r>
          </w:p>
        </w:tc>
        <w:tc>
          <w:tcPr>
            <w:tcW w:w="1391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4321F83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1EFCA7E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7381ECF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F02DFA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C4A548B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A9A3AA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9C8F0B6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CC73A13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20BE171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CD46D51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C7277EC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E6F6BC1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385AED8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A916550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6E8ADE4" w14:textId="77777777" w:rsidR="009708A4" w:rsidRPr="00F74EB2" w:rsidRDefault="009708A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763D92D" w14:textId="77777777" w:rsidR="009708A4" w:rsidRPr="00F74EB2" w:rsidRDefault="009708A4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7DAE3779" w14:textId="77777777" w:rsidR="009708A4" w:rsidRDefault="00000000">
      <w:pPr>
        <w:spacing w:before="40" w:after="0"/>
        <w:jc w:val="right"/>
        <w:rPr>
          <w:lang w:eastAsia="ko-KR"/>
        </w:rPr>
      </w:pPr>
      <w:r>
        <w:rPr>
          <w:color w:val="6B7280"/>
          <w:sz w:val="14"/>
          <w:lang w:eastAsia="ko-KR"/>
        </w:rPr>
        <w:t>출석 ○   지각 △   결석 ×   조퇴 ▽   기타 ·</w:t>
      </w:r>
    </w:p>
    <w:p w14:paraId="1F930B7B" w14:textId="77777777" w:rsidR="009708A4" w:rsidRDefault="00000000">
      <w:pPr>
        <w:spacing w:before="60" w:after="30"/>
      </w:pPr>
      <w:r>
        <w:rPr>
          <w:color w:val="F17B63"/>
          <w:sz w:val="15"/>
        </w:rPr>
        <w:t xml:space="preserve">■ </w:t>
      </w:r>
      <w:proofErr w:type="spellStart"/>
      <w:r>
        <w:rPr>
          <w:b/>
          <w:color w:val="223454"/>
          <w:sz w:val="21"/>
        </w:rPr>
        <w:t>출결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특이사항</w:t>
      </w:r>
      <w:proofErr w:type="spellEnd"/>
    </w:p>
    <w:tbl>
      <w:tblPr>
        <w:tblW w:w="15466" w:type="dxa"/>
        <w:jc w:val="center"/>
        <w:tblLayout w:type="fixed"/>
        <w:tblLook w:val="04A0" w:firstRow="1" w:lastRow="0" w:firstColumn="1" w:lastColumn="0" w:noHBand="0" w:noVBand="1"/>
      </w:tblPr>
      <w:tblGrid>
        <w:gridCol w:w="3867"/>
        <w:gridCol w:w="3867"/>
        <w:gridCol w:w="3867"/>
        <w:gridCol w:w="3865"/>
      </w:tblGrid>
      <w:tr w:rsidR="009708A4" w14:paraId="2531396A" w14:textId="77777777" w:rsidTr="00F74EB2">
        <w:trPr>
          <w:trHeight w:hRule="exact" w:val="390"/>
          <w:jc w:val="center"/>
        </w:trPr>
        <w:tc>
          <w:tcPr>
            <w:tcW w:w="3867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672C1E29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F74EB2">
              <w:rPr>
                <w:b/>
                <w:color w:val="223454"/>
                <w:sz w:val="18"/>
                <w:szCs w:val="18"/>
              </w:rPr>
              <w:t>날짜</w:t>
            </w:r>
            <w:proofErr w:type="spellEnd"/>
          </w:p>
        </w:tc>
        <w:tc>
          <w:tcPr>
            <w:tcW w:w="3867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228DF8BE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이름</w:t>
            </w:r>
          </w:p>
        </w:tc>
        <w:tc>
          <w:tcPr>
            <w:tcW w:w="3867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3B8C4F70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출결·특이사항</w:t>
            </w:r>
          </w:p>
        </w:tc>
        <w:tc>
          <w:tcPr>
            <w:tcW w:w="3865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10D0614B" w14:textId="77777777" w:rsidR="009708A4" w:rsidRPr="00F74E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74EB2">
              <w:rPr>
                <w:b/>
                <w:color w:val="223454"/>
                <w:sz w:val="18"/>
                <w:szCs w:val="18"/>
              </w:rPr>
              <w:t>확인</w:t>
            </w:r>
          </w:p>
        </w:tc>
      </w:tr>
      <w:tr w:rsidR="009708A4" w14:paraId="02CC5493" w14:textId="77777777" w:rsidTr="00F74EB2">
        <w:trPr>
          <w:trHeight w:hRule="exact" w:val="402"/>
          <w:jc w:val="center"/>
        </w:trPr>
        <w:tc>
          <w:tcPr>
            <w:tcW w:w="3867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C744FB4" w14:textId="77777777" w:rsidR="009708A4" w:rsidRDefault="009708A4">
            <w:pPr>
              <w:spacing w:after="0"/>
              <w:jc w:val="center"/>
            </w:pPr>
          </w:p>
        </w:tc>
        <w:tc>
          <w:tcPr>
            <w:tcW w:w="3867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5228F12" w14:textId="77777777" w:rsidR="009708A4" w:rsidRDefault="009708A4">
            <w:pPr>
              <w:spacing w:after="0"/>
              <w:jc w:val="center"/>
            </w:pPr>
          </w:p>
        </w:tc>
        <w:tc>
          <w:tcPr>
            <w:tcW w:w="3867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9D787EB" w14:textId="77777777" w:rsidR="009708A4" w:rsidRDefault="009708A4">
            <w:pPr>
              <w:spacing w:after="0"/>
              <w:jc w:val="center"/>
            </w:pPr>
          </w:p>
        </w:tc>
        <w:tc>
          <w:tcPr>
            <w:tcW w:w="3865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C862F2B" w14:textId="77777777" w:rsidR="009708A4" w:rsidRDefault="009708A4">
            <w:pPr>
              <w:spacing w:after="0"/>
              <w:jc w:val="center"/>
            </w:pPr>
          </w:p>
        </w:tc>
      </w:tr>
      <w:tr w:rsidR="009708A4" w14:paraId="1DD88D08" w14:textId="77777777" w:rsidTr="00F74EB2">
        <w:trPr>
          <w:trHeight w:hRule="exact" w:val="402"/>
          <w:jc w:val="center"/>
        </w:trPr>
        <w:tc>
          <w:tcPr>
            <w:tcW w:w="3867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3D5379B" w14:textId="77777777" w:rsidR="009708A4" w:rsidRDefault="009708A4">
            <w:pPr>
              <w:spacing w:after="0"/>
              <w:jc w:val="center"/>
            </w:pPr>
          </w:p>
        </w:tc>
        <w:tc>
          <w:tcPr>
            <w:tcW w:w="3867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5C33BF5" w14:textId="77777777" w:rsidR="009708A4" w:rsidRDefault="009708A4">
            <w:pPr>
              <w:spacing w:after="0"/>
              <w:jc w:val="center"/>
            </w:pPr>
          </w:p>
        </w:tc>
        <w:tc>
          <w:tcPr>
            <w:tcW w:w="3867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DE00025" w14:textId="77777777" w:rsidR="009708A4" w:rsidRDefault="009708A4">
            <w:pPr>
              <w:spacing w:after="0"/>
              <w:jc w:val="center"/>
            </w:pPr>
          </w:p>
        </w:tc>
        <w:tc>
          <w:tcPr>
            <w:tcW w:w="3865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572529F" w14:textId="77777777" w:rsidR="009708A4" w:rsidRDefault="009708A4">
            <w:pPr>
              <w:spacing w:after="0"/>
              <w:jc w:val="center"/>
            </w:pPr>
          </w:p>
        </w:tc>
      </w:tr>
    </w:tbl>
    <w:p w14:paraId="17A73BA2" w14:textId="77777777" w:rsidR="009708A4" w:rsidRPr="004D79CE" w:rsidRDefault="00000000">
      <w:pPr>
        <w:spacing w:before="30" w:after="0"/>
        <w:jc w:val="center"/>
        <w:rPr>
          <w:szCs w:val="16"/>
        </w:rPr>
      </w:pPr>
      <w:r w:rsidRPr="004D79CE">
        <w:rPr>
          <w:color w:val="6B7280"/>
          <w:szCs w:val="16"/>
        </w:rPr>
        <w:t>EDUCATION BOX · edu.informationbox.kr</w:t>
      </w:r>
    </w:p>
    <w:sectPr w:rsidR="009708A4" w:rsidRPr="004D79CE" w:rsidSect="00034616">
      <w:pgSz w:w="16838" w:h="11906"/>
      <w:pgMar w:top="510" w:right="624" w:bottom="51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5777223">
    <w:abstractNumId w:val="8"/>
  </w:num>
  <w:num w:numId="2" w16cid:durableId="867572105">
    <w:abstractNumId w:val="6"/>
  </w:num>
  <w:num w:numId="3" w16cid:durableId="1776897206">
    <w:abstractNumId w:val="5"/>
  </w:num>
  <w:num w:numId="4" w16cid:durableId="281812556">
    <w:abstractNumId w:val="4"/>
  </w:num>
  <w:num w:numId="5" w16cid:durableId="175000509">
    <w:abstractNumId w:val="7"/>
  </w:num>
  <w:num w:numId="6" w16cid:durableId="2080975107">
    <w:abstractNumId w:val="3"/>
  </w:num>
  <w:num w:numId="7" w16cid:durableId="1744720600">
    <w:abstractNumId w:val="2"/>
  </w:num>
  <w:num w:numId="8" w16cid:durableId="1443303125">
    <w:abstractNumId w:val="1"/>
  </w:num>
  <w:num w:numId="9" w16cid:durableId="196904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79CE"/>
    <w:rsid w:val="009708A4"/>
    <w:rsid w:val="009A709C"/>
    <w:rsid w:val="00AA1D8D"/>
    <w:rsid w:val="00B47730"/>
    <w:rsid w:val="00BA4020"/>
    <w:rsid w:val="00CB0664"/>
    <w:rsid w:val="00F74E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285D1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6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2026-10-01T14:10:00Z</dcterms:modified>
  <cp:category/>
</cp:coreProperties>
</file>