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6"/>
        <w:gridCol w:w="5216"/>
      </w:tblGrid>
      <w:tr w:rsidR="00AF37E5" w14:paraId="23DE8267" w14:textId="77777777">
        <w:trPr>
          <w:trHeight w:hRule="exact" w:val="170"/>
          <w:jc w:val="center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719A266C" w14:textId="77777777" w:rsidR="00AF37E5" w:rsidRDefault="00AF37E5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41C0FE09" w14:textId="77777777" w:rsidR="00AF37E5" w:rsidRDefault="00AF37E5"/>
        </w:tc>
      </w:tr>
    </w:tbl>
    <w:p w14:paraId="2A3D68CF" w14:textId="77777777" w:rsidR="00AF37E5" w:rsidRDefault="00000000">
      <w:pPr>
        <w:spacing w:before="100" w:after="0"/>
      </w:pPr>
      <w:r>
        <w:rPr>
          <w:b/>
          <w:color w:val="F17B63"/>
        </w:rPr>
        <w:t>PARENT CONSULTATION RECORD</w:t>
      </w:r>
    </w:p>
    <w:p w14:paraId="10EA9A4E" w14:textId="77777777" w:rsidR="00AF37E5" w:rsidRDefault="00000000">
      <w:pPr>
        <w:spacing w:after="60"/>
      </w:pPr>
      <w:r>
        <w:rPr>
          <w:b/>
          <w:color w:val="223454"/>
          <w:sz w:val="46"/>
        </w:rPr>
        <w:t>학부모 상담일지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39"/>
        <w:gridCol w:w="1739"/>
        <w:gridCol w:w="1739"/>
        <w:gridCol w:w="1739"/>
        <w:gridCol w:w="1739"/>
        <w:gridCol w:w="1739"/>
      </w:tblGrid>
      <w:tr w:rsidR="00AF37E5" w14:paraId="62322C98" w14:textId="77777777">
        <w:trPr>
          <w:trHeight w:hRule="exact" w:val="510"/>
          <w:jc w:val="center"/>
        </w:trPr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32E524B" w14:textId="77777777" w:rsidR="00AF37E5" w:rsidRDefault="00000000" w:rsidP="00A85458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학생 이름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317C44F" w14:textId="77777777" w:rsidR="00AF37E5" w:rsidRDefault="00AF37E5" w:rsidP="00A85458">
            <w:pPr>
              <w:spacing w:after="0"/>
              <w:jc w:val="center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1D30C53" w14:textId="77777777" w:rsidR="00AF37E5" w:rsidRDefault="00000000" w:rsidP="00A85458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학년·반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88CAF48" w14:textId="77777777" w:rsidR="00AF37E5" w:rsidRDefault="00AF37E5" w:rsidP="00A85458">
            <w:pPr>
              <w:spacing w:after="0"/>
              <w:jc w:val="center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82D42FC" w14:textId="77777777" w:rsidR="00AF37E5" w:rsidRDefault="00000000" w:rsidP="00A85458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상담일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B6F919D" w14:textId="77777777" w:rsidR="00AF37E5" w:rsidRDefault="00AF37E5" w:rsidP="00A85458">
            <w:pPr>
              <w:spacing w:after="0"/>
              <w:jc w:val="center"/>
            </w:pPr>
          </w:p>
        </w:tc>
      </w:tr>
      <w:tr w:rsidR="00AF37E5" w14:paraId="616E6340" w14:textId="77777777">
        <w:trPr>
          <w:trHeight w:hRule="exact" w:val="510"/>
          <w:jc w:val="center"/>
        </w:trPr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9E5A706" w14:textId="77777777" w:rsidR="00AF37E5" w:rsidRDefault="00000000" w:rsidP="00A85458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보호자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A4568EC" w14:textId="77777777" w:rsidR="00AF37E5" w:rsidRDefault="00AF37E5" w:rsidP="00A85458">
            <w:pPr>
              <w:spacing w:after="0"/>
              <w:jc w:val="center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3D6F41D" w14:textId="77777777" w:rsidR="00AF37E5" w:rsidRDefault="00000000" w:rsidP="00A85458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상담 방법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85FAFDD" w14:textId="77777777" w:rsidR="00AF37E5" w:rsidRDefault="00AF37E5" w:rsidP="00A85458">
            <w:pPr>
              <w:spacing w:after="0"/>
              <w:jc w:val="center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9EA7505" w14:textId="77777777" w:rsidR="00AF37E5" w:rsidRDefault="00000000" w:rsidP="00A85458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상담자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2982273" w14:textId="77777777" w:rsidR="00AF37E5" w:rsidRDefault="00AF37E5" w:rsidP="00A85458">
            <w:pPr>
              <w:spacing w:after="0"/>
              <w:jc w:val="center"/>
            </w:pPr>
          </w:p>
        </w:tc>
      </w:tr>
    </w:tbl>
    <w:p w14:paraId="62E28768" w14:textId="77777777" w:rsidR="00AF37E5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상담 전 확인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94"/>
        <w:gridCol w:w="7022"/>
      </w:tblGrid>
      <w:tr w:rsidR="00AF37E5" w14:paraId="677B30CE" w14:textId="77777777" w:rsidTr="00A85458">
        <w:trPr>
          <w:trHeight w:hRule="exact" w:val="676"/>
          <w:jc w:val="center"/>
        </w:trPr>
        <w:tc>
          <w:tcPr>
            <w:tcW w:w="33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77195F9" w14:textId="77777777" w:rsidR="00AF37E5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  <w:sz w:val="16"/>
              </w:rPr>
              <w:t>상담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요청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내용</w:t>
            </w:r>
            <w:proofErr w:type="spellEnd"/>
          </w:p>
        </w:tc>
        <w:tc>
          <w:tcPr>
            <w:tcW w:w="70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B93283B" w14:textId="77777777" w:rsidR="00AF37E5" w:rsidRDefault="00AF37E5">
            <w:pPr>
              <w:spacing w:after="0"/>
            </w:pPr>
          </w:p>
        </w:tc>
      </w:tr>
      <w:tr w:rsidR="00AF37E5" w14:paraId="2856A30E" w14:textId="77777777" w:rsidTr="00A85458">
        <w:trPr>
          <w:trHeight w:hRule="exact" w:val="676"/>
          <w:jc w:val="center"/>
        </w:trPr>
        <w:tc>
          <w:tcPr>
            <w:tcW w:w="33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C0C32B6" w14:textId="77777777" w:rsidR="00AF37E5" w:rsidRDefault="00000000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223454"/>
                <w:sz w:val="16"/>
                <w:lang w:eastAsia="ko-KR"/>
              </w:rPr>
              <w:t>학생의 학교생활·학습 상황</w:t>
            </w:r>
          </w:p>
        </w:tc>
        <w:tc>
          <w:tcPr>
            <w:tcW w:w="70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B027530" w14:textId="77777777" w:rsidR="00AF37E5" w:rsidRDefault="00AF37E5">
            <w:pPr>
              <w:spacing w:after="0"/>
              <w:rPr>
                <w:lang w:eastAsia="ko-KR"/>
              </w:rPr>
            </w:pPr>
          </w:p>
        </w:tc>
      </w:tr>
      <w:tr w:rsidR="00AF37E5" w14:paraId="08E01886" w14:textId="77777777" w:rsidTr="00A85458">
        <w:trPr>
          <w:trHeight w:hRule="exact" w:val="676"/>
          <w:jc w:val="center"/>
        </w:trPr>
        <w:tc>
          <w:tcPr>
            <w:tcW w:w="33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EBA2A3A" w14:textId="77777777" w:rsidR="00AF37E5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  <w:sz w:val="16"/>
              </w:rPr>
              <w:t>미리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확인할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사항</w:t>
            </w:r>
            <w:proofErr w:type="spellEnd"/>
          </w:p>
        </w:tc>
        <w:tc>
          <w:tcPr>
            <w:tcW w:w="70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6F2BA40" w14:textId="77777777" w:rsidR="00AF37E5" w:rsidRDefault="00AF37E5">
            <w:pPr>
              <w:spacing w:after="0"/>
            </w:pPr>
          </w:p>
        </w:tc>
      </w:tr>
    </w:tbl>
    <w:p w14:paraId="1819760B" w14:textId="77777777" w:rsidR="00AF37E5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상담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내용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94"/>
        <w:gridCol w:w="7022"/>
      </w:tblGrid>
      <w:tr w:rsidR="00AF37E5" w14:paraId="7E85B101" w14:textId="77777777" w:rsidTr="00A85458">
        <w:trPr>
          <w:trHeight w:hRule="exact" w:val="751"/>
          <w:jc w:val="center"/>
        </w:trPr>
        <w:tc>
          <w:tcPr>
            <w:tcW w:w="33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3D241AA" w14:textId="77777777" w:rsidR="00AF37E5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  <w:sz w:val="16"/>
              </w:rPr>
              <w:t>학습·과제</w:t>
            </w:r>
            <w:proofErr w:type="spellEnd"/>
          </w:p>
        </w:tc>
        <w:tc>
          <w:tcPr>
            <w:tcW w:w="70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42DDD0A" w14:textId="77777777" w:rsidR="00AF37E5" w:rsidRDefault="00AF37E5">
            <w:pPr>
              <w:spacing w:after="0"/>
            </w:pPr>
          </w:p>
        </w:tc>
      </w:tr>
      <w:tr w:rsidR="00AF37E5" w14:paraId="4B47B74D" w14:textId="77777777" w:rsidTr="00A85458">
        <w:trPr>
          <w:trHeight w:hRule="exact" w:val="751"/>
          <w:jc w:val="center"/>
        </w:trPr>
        <w:tc>
          <w:tcPr>
            <w:tcW w:w="33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9E4748A" w14:textId="77777777" w:rsidR="00AF37E5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학교생활·교우관계</w:t>
            </w:r>
          </w:p>
        </w:tc>
        <w:tc>
          <w:tcPr>
            <w:tcW w:w="70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C57B1AA" w14:textId="77777777" w:rsidR="00AF37E5" w:rsidRDefault="00AF37E5">
            <w:pPr>
              <w:spacing w:after="0"/>
            </w:pPr>
          </w:p>
        </w:tc>
      </w:tr>
      <w:tr w:rsidR="00AF37E5" w14:paraId="1205A7D0" w14:textId="77777777" w:rsidTr="00A85458">
        <w:trPr>
          <w:trHeight w:hRule="exact" w:val="751"/>
          <w:jc w:val="center"/>
        </w:trPr>
        <w:tc>
          <w:tcPr>
            <w:tcW w:w="33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94FD838" w14:textId="77777777" w:rsidR="00AF37E5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생활습관·태도</w:t>
            </w:r>
          </w:p>
        </w:tc>
        <w:tc>
          <w:tcPr>
            <w:tcW w:w="70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726AE9E" w14:textId="77777777" w:rsidR="00AF37E5" w:rsidRDefault="00AF37E5">
            <w:pPr>
              <w:spacing w:after="0"/>
            </w:pPr>
          </w:p>
        </w:tc>
      </w:tr>
      <w:tr w:rsidR="00AF37E5" w14:paraId="5226FBE0" w14:textId="77777777" w:rsidTr="00A85458">
        <w:trPr>
          <w:trHeight w:hRule="exact" w:val="751"/>
          <w:jc w:val="center"/>
        </w:trPr>
        <w:tc>
          <w:tcPr>
            <w:tcW w:w="33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E0383D1" w14:textId="77777777" w:rsidR="00AF37E5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가정에서의 모습</w:t>
            </w:r>
          </w:p>
        </w:tc>
        <w:tc>
          <w:tcPr>
            <w:tcW w:w="70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7E4DE09" w14:textId="77777777" w:rsidR="00AF37E5" w:rsidRDefault="00AF37E5">
            <w:pPr>
              <w:spacing w:after="0"/>
            </w:pPr>
          </w:p>
        </w:tc>
      </w:tr>
      <w:tr w:rsidR="00AF37E5" w14:paraId="06F2B73C" w14:textId="77777777" w:rsidTr="00A85458">
        <w:trPr>
          <w:trHeight w:hRule="exact" w:val="751"/>
          <w:jc w:val="center"/>
        </w:trPr>
        <w:tc>
          <w:tcPr>
            <w:tcW w:w="33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C999CD6" w14:textId="77777777" w:rsidR="00AF37E5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기타 상담 내용</w:t>
            </w:r>
          </w:p>
        </w:tc>
        <w:tc>
          <w:tcPr>
            <w:tcW w:w="702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C229D20" w14:textId="77777777" w:rsidR="00AF37E5" w:rsidRDefault="00AF37E5">
            <w:pPr>
              <w:spacing w:after="0"/>
            </w:pPr>
          </w:p>
        </w:tc>
      </w:tr>
    </w:tbl>
    <w:p w14:paraId="286C2DC6" w14:textId="77777777" w:rsidR="00AF37E5" w:rsidRDefault="00000000">
      <w:pPr>
        <w:spacing w:before="90" w:after="40"/>
        <w:rPr>
          <w:lang w:eastAsia="ko-KR"/>
        </w:rPr>
      </w:pPr>
      <w:r>
        <w:rPr>
          <w:color w:val="F17B63"/>
          <w:sz w:val="16"/>
          <w:lang w:eastAsia="ko-KR"/>
        </w:rPr>
        <w:t xml:space="preserve">■ </w:t>
      </w:r>
      <w:r>
        <w:rPr>
          <w:b/>
          <w:color w:val="223454"/>
          <w:sz w:val="22"/>
          <w:lang w:eastAsia="ko-KR"/>
        </w:rPr>
        <w:t>상담 결과 · 지도 계획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93"/>
        <w:gridCol w:w="7021"/>
      </w:tblGrid>
      <w:tr w:rsidR="00AF37E5" w14:paraId="2A890D06" w14:textId="77777777" w:rsidTr="00A85458">
        <w:trPr>
          <w:trHeight w:hRule="exact" w:val="712"/>
          <w:jc w:val="center"/>
        </w:trPr>
        <w:tc>
          <w:tcPr>
            <w:tcW w:w="33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924C884" w14:textId="77777777" w:rsidR="00AF37E5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23454"/>
                <w:sz w:val="16"/>
              </w:rPr>
              <w:t>상담</w:t>
            </w:r>
            <w:proofErr w:type="spellEnd"/>
            <w:r>
              <w:rPr>
                <w:b/>
                <w:color w:val="223454"/>
                <w:sz w:val="16"/>
              </w:rPr>
              <w:t xml:space="preserve"> </w:t>
            </w:r>
            <w:proofErr w:type="spellStart"/>
            <w:r>
              <w:rPr>
                <w:b/>
                <w:color w:val="223454"/>
                <w:sz w:val="16"/>
              </w:rPr>
              <w:t>결과</w:t>
            </w:r>
            <w:proofErr w:type="spellEnd"/>
          </w:p>
        </w:tc>
        <w:tc>
          <w:tcPr>
            <w:tcW w:w="702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32D43A5" w14:textId="77777777" w:rsidR="00AF37E5" w:rsidRDefault="00AF37E5">
            <w:pPr>
              <w:spacing w:after="0"/>
            </w:pPr>
          </w:p>
        </w:tc>
      </w:tr>
      <w:tr w:rsidR="00AF37E5" w14:paraId="68593E2B" w14:textId="77777777" w:rsidTr="00A85458">
        <w:trPr>
          <w:trHeight w:hRule="exact" w:val="712"/>
          <w:jc w:val="center"/>
        </w:trPr>
        <w:tc>
          <w:tcPr>
            <w:tcW w:w="33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6C57139" w14:textId="77777777" w:rsidR="00AF37E5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가정 협조 사항</w:t>
            </w:r>
          </w:p>
        </w:tc>
        <w:tc>
          <w:tcPr>
            <w:tcW w:w="702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F9593F0" w14:textId="77777777" w:rsidR="00AF37E5" w:rsidRDefault="00AF37E5">
            <w:pPr>
              <w:spacing w:after="0"/>
            </w:pPr>
          </w:p>
        </w:tc>
      </w:tr>
      <w:tr w:rsidR="00AF37E5" w14:paraId="23E77C5E" w14:textId="77777777" w:rsidTr="00A85458">
        <w:trPr>
          <w:trHeight w:hRule="exact" w:val="712"/>
          <w:jc w:val="center"/>
        </w:trPr>
        <w:tc>
          <w:tcPr>
            <w:tcW w:w="33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2B2EB9C" w14:textId="77777777" w:rsidR="00AF37E5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학교·기관 지도 계획</w:t>
            </w:r>
          </w:p>
        </w:tc>
        <w:tc>
          <w:tcPr>
            <w:tcW w:w="702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505A067" w14:textId="77777777" w:rsidR="00AF37E5" w:rsidRDefault="00AF37E5">
            <w:pPr>
              <w:spacing w:after="0"/>
            </w:pPr>
          </w:p>
        </w:tc>
      </w:tr>
    </w:tbl>
    <w:p w14:paraId="029AD9AD" w14:textId="77777777" w:rsidR="00AF37E5" w:rsidRDefault="00000000">
      <w:pPr>
        <w:spacing w:before="9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추후 확인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04"/>
        <w:gridCol w:w="2604"/>
        <w:gridCol w:w="2604"/>
        <w:gridCol w:w="2604"/>
      </w:tblGrid>
      <w:tr w:rsidR="00AF37E5" w14:paraId="44915232" w14:textId="77777777" w:rsidTr="00A85458">
        <w:trPr>
          <w:trHeight w:hRule="exact" w:val="630"/>
          <w:jc w:val="center"/>
        </w:trPr>
        <w:tc>
          <w:tcPr>
            <w:tcW w:w="26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99D65D1" w14:textId="77777777" w:rsidR="00AF37E5" w:rsidRDefault="00000000" w:rsidP="00A85458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추후 상담</w:t>
            </w:r>
          </w:p>
        </w:tc>
        <w:tc>
          <w:tcPr>
            <w:tcW w:w="26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657BD98" w14:textId="77777777" w:rsidR="00AF37E5" w:rsidRDefault="00000000">
            <w:pPr>
              <w:spacing w:after="0"/>
            </w:pPr>
            <w:r>
              <w:rPr>
                <w:color w:val="223454"/>
                <w:sz w:val="16"/>
              </w:rPr>
              <w:t>□ 필요  □ 불필요</w:t>
            </w:r>
          </w:p>
        </w:tc>
        <w:tc>
          <w:tcPr>
            <w:tcW w:w="26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F1169AC" w14:textId="77777777" w:rsidR="00AF37E5" w:rsidRDefault="00000000" w:rsidP="00A85458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확인 예정일</w:t>
            </w:r>
          </w:p>
        </w:tc>
        <w:tc>
          <w:tcPr>
            <w:tcW w:w="26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A0FA09B" w14:textId="77777777" w:rsidR="00AF37E5" w:rsidRDefault="00AF37E5">
            <w:pPr>
              <w:spacing w:after="0"/>
            </w:pPr>
          </w:p>
        </w:tc>
      </w:tr>
      <w:tr w:rsidR="00AF37E5" w14:paraId="0B9C91A8" w14:textId="77777777" w:rsidTr="00A85458">
        <w:trPr>
          <w:trHeight w:hRule="exact" w:val="840"/>
          <w:jc w:val="center"/>
        </w:trPr>
        <w:tc>
          <w:tcPr>
            <w:tcW w:w="26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60B139F" w14:textId="77777777" w:rsidR="00AF37E5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추가 메모</w:t>
            </w:r>
          </w:p>
        </w:tc>
        <w:tc>
          <w:tcPr>
            <w:tcW w:w="7812" w:type="dxa"/>
            <w:gridSpan w:val="3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1FC6ADE" w14:textId="77777777" w:rsidR="00AF37E5" w:rsidRDefault="00AF37E5">
            <w:pPr>
              <w:spacing w:after="0"/>
            </w:pPr>
          </w:p>
        </w:tc>
      </w:tr>
      <w:tr w:rsidR="00AF37E5" w14:paraId="761C54FE" w14:textId="77777777" w:rsidTr="00A85458">
        <w:trPr>
          <w:trHeight w:hRule="exact" w:val="561"/>
          <w:jc w:val="center"/>
        </w:trPr>
        <w:tc>
          <w:tcPr>
            <w:tcW w:w="26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08C86B1" w14:textId="77777777" w:rsidR="00AF37E5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상담자 확인</w:t>
            </w:r>
          </w:p>
        </w:tc>
        <w:tc>
          <w:tcPr>
            <w:tcW w:w="26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A17F1AA" w14:textId="77777777" w:rsidR="00AF37E5" w:rsidRDefault="00000000" w:rsidP="00A85458">
            <w:pPr>
              <w:spacing w:after="0"/>
              <w:jc w:val="right"/>
            </w:pPr>
            <w:r>
              <w:rPr>
                <w:color w:val="223454"/>
                <w:sz w:val="16"/>
              </w:rPr>
              <w:t>(서명)</w:t>
            </w:r>
          </w:p>
        </w:tc>
        <w:tc>
          <w:tcPr>
            <w:tcW w:w="26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39EFDE6" w14:textId="77777777" w:rsidR="00AF37E5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보호자 확인</w:t>
            </w:r>
          </w:p>
        </w:tc>
        <w:tc>
          <w:tcPr>
            <w:tcW w:w="26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57F0CD7" w14:textId="77777777" w:rsidR="00AF37E5" w:rsidRDefault="00000000" w:rsidP="00A85458">
            <w:pPr>
              <w:spacing w:after="0"/>
              <w:jc w:val="right"/>
            </w:pPr>
            <w:r>
              <w:rPr>
                <w:color w:val="223454"/>
                <w:sz w:val="16"/>
              </w:rPr>
              <w:t>(서명)</w:t>
            </w:r>
          </w:p>
        </w:tc>
      </w:tr>
    </w:tbl>
    <w:p w14:paraId="37F579A7" w14:textId="77777777" w:rsidR="00AF37E5" w:rsidRPr="00A85458" w:rsidRDefault="00000000">
      <w:pPr>
        <w:spacing w:before="50" w:after="0"/>
        <w:jc w:val="center"/>
        <w:rPr>
          <w:sz w:val="16"/>
          <w:szCs w:val="16"/>
        </w:rPr>
      </w:pPr>
      <w:r w:rsidRPr="00A85458">
        <w:rPr>
          <w:color w:val="6B7280"/>
          <w:sz w:val="16"/>
          <w:szCs w:val="16"/>
        </w:rPr>
        <w:t>EDUCATION BOX · edu.informationbox.kr</w:t>
      </w:r>
    </w:p>
    <w:sectPr w:rsidR="00AF37E5" w:rsidRPr="00A85458" w:rsidSect="00034616">
      <w:pgSz w:w="11906" w:h="16838"/>
      <w:pgMar w:top="567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0603500">
    <w:abstractNumId w:val="8"/>
  </w:num>
  <w:num w:numId="2" w16cid:durableId="1432120401">
    <w:abstractNumId w:val="6"/>
  </w:num>
  <w:num w:numId="3" w16cid:durableId="271784025">
    <w:abstractNumId w:val="5"/>
  </w:num>
  <w:num w:numId="4" w16cid:durableId="1777673322">
    <w:abstractNumId w:val="4"/>
  </w:num>
  <w:num w:numId="5" w16cid:durableId="851727588">
    <w:abstractNumId w:val="7"/>
  </w:num>
  <w:num w:numId="6" w16cid:durableId="1799760806">
    <w:abstractNumId w:val="3"/>
  </w:num>
  <w:num w:numId="7" w16cid:durableId="1591811123">
    <w:abstractNumId w:val="2"/>
  </w:num>
  <w:num w:numId="8" w16cid:durableId="938681267">
    <w:abstractNumId w:val="1"/>
  </w:num>
  <w:num w:numId="9" w16cid:durableId="1501845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85458"/>
    <w:rsid w:val="00AA1D8D"/>
    <w:rsid w:val="00AF37E5"/>
    <w:rsid w:val="00B47730"/>
    <w:rsid w:val="00BA40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2EBE68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2026-10-01T09:03:00Z</dcterms:modified>
  <cp:category/>
</cp:coreProperties>
</file>