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781573" w14:paraId="54055E8F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73DEBCEC" w14:textId="77777777" w:rsidR="00781573" w:rsidRDefault="00781573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43028DC4" w14:textId="77777777" w:rsidR="00781573" w:rsidRDefault="00781573"/>
        </w:tc>
      </w:tr>
    </w:tbl>
    <w:p w14:paraId="6D09834A" w14:textId="77777777" w:rsidR="00781573" w:rsidRDefault="00000000">
      <w:pPr>
        <w:spacing w:before="100" w:after="0"/>
      </w:pPr>
      <w:r>
        <w:rPr>
          <w:b/>
          <w:color w:val="F17B63"/>
        </w:rPr>
        <w:t>STUDENT OBSERVATION RECORD</w:t>
      </w:r>
    </w:p>
    <w:p w14:paraId="20FEAAF1" w14:textId="77777777" w:rsidR="00781573" w:rsidRDefault="00000000">
      <w:pPr>
        <w:spacing w:after="60"/>
      </w:pPr>
      <w:r>
        <w:rPr>
          <w:b/>
          <w:color w:val="223454"/>
          <w:sz w:val="46"/>
        </w:rPr>
        <w:t>학생 관찰 기록지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2236"/>
        <w:gridCol w:w="1450"/>
        <w:gridCol w:w="2028"/>
        <w:gridCol w:w="1374"/>
        <w:gridCol w:w="2104"/>
      </w:tblGrid>
      <w:tr w:rsidR="00781573" w14:paraId="655BF0DF" w14:textId="77777777" w:rsidTr="00DA1094">
        <w:trPr>
          <w:trHeight w:hRule="exact" w:val="510"/>
        </w:trPr>
        <w:tc>
          <w:tcPr>
            <w:tcW w:w="124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4F0992B" w14:textId="77777777" w:rsidR="00781573" w:rsidRDefault="00000000">
            <w:pPr>
              <w:spacing w:after="0"/>
            </w:pPr>
            <w:proofErr w:type="spellStart"/>
            <w:r>
              <w:rPr>
                <w:b/>
                <w:color w:val="223454"/>
                <w:sz w:val="16"/>
              </w:rPr>
              <w:t>학생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이름</w:t>
            </w:r>
            <w:proofErr w:type="spellEnd"/>
          </w:p>
        </w:tc>
        <w:tc>
          <w:tcPr>
            <w:tcW w:w="223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D30FA9B" w14:textId="77777777" w:rsidR="00781573" w:rsidRDefault="00781573">
            <w:pPr>
              <w:spacing w:after="0"/>
            </w:pPr>
          </w:p>
        </w:tc>
        <w:tc>
          <w:tcPr>
            <w:tcW w:w="145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B0B1367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학년·반</w:t>
            </w:r>
          </w:p>
        </w:tc>
        <w:tc>
          <w:tcPr>
            <w:tcW w:w="20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2F44370" w14:textId="77777777" w:rsidR="00781573" w:rsidRDefault="00781573">
            <w:pPr>
              <w:spacing w:after="0"/>
            </w:pPr>
          </w:p>
        </w:tc>
        <w:tc>
          <w:tcPr>
            <w:tcW w:w="137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FCC048A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관찰일</w:t>
            </w:r>
          </w:p>
        </w:tc>
        <w:tc>
          <w:tcPr>
            <w:tcW w:w="21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0D70EB4" w14:textId="77777777" w:rsidR="00781573" w:rsidRDefault="00781573">
            <w:pPr>
              <w:spacing w:after="0"/>
            </w:pPr>
          </w:p>
        </w:tc>
      </w:tr>
      <w:tr w:rsidR="00781573" w14:paraId="6E78D44A" w14:textId="77777777" w:rsidTr="00DA1094">
        <w:trPr>
          <w:trHeight w:hRule="exact" w:val="510"/>
        </w:trPr>
        <w:tc>
          <w:tcPr>
            <w:tcW w:w="124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33480EB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관찰자</w:t>
            </w:r>
          </w:p>
        </w:tc>
        <w:tc>
          <w:tcPr>
            <w:tcW w:w="223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0426C0B" w14:textId="77777777" w:rsidR="00781573" w:rsidRDefault="00781573">
            <w:pPr>
              <w:spacing w:after="0"/>
            </w:pPr>
          </w:p>
        </w:tc>
        <w:tc>
          <w:tcPr>
            <w:tcW w:w="145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F37D66F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관찰 시간</w:t>
            </w:r>
          </w:p>
        </w:tc>
        <w:tc>
          <w:tcPr>
            <w:tcW w:w="20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C2A4481" w14:textId="77777777" w:rsidR="00781573" w:rsidRDefault="00781573">
            <w:pPr>
              <w:spacing w:after="0"/>
            </w:pPr>
          </w:p>
        </w:tc>
        <w:tc>
          <w:tcPr>
            <w:tcW w:w="137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C92DD29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관찰 장소</w:t>
            </w:r>
          </w:p>
        </w:tc>
        <w:tc>
          <w:tcPr>
            <w:tcW w:w="21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93B2EA1" w14:textId="77777777" w:rsidR="00781573" w:rsidRDefault="00781573">
            <w:pPr>
              <w:spacing w:after="0"/>
            </w:pPr>
          </w:p>
        </w:tc>
      </w:tr>
    </w:tbl>
    <w:p w14:paraId="2C751A30" w14:textId="77777777" w:rsidR="00781573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관찰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상황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922"/>
      </w:tblGrid>
      <w:tr w:rsidR="00781573" w14:paraId="53749A7D" w14:textId="77777777" w:rsidTr="00DA1094">
        <w:trPr>
          <w:trHeight w:hRule="exact" w:val="567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37A6E4B" w14:textId="77777777" w:rsidR="00781573" w:rsidRDefault="00000000">
            <w:pPr>
              <w:spacing w:after="0"/>
            </w:pPr>
            <w:proofErr w:type="spellStart"/>
            <w:r>
              <w:rPr>
                <w:b/>
                <w:color w:val="223454"/>
                <w:sz w:val="16"/>
              </w:rPr>
              <w:t>관찰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활동·상황</w:t>
            </w:r>
            <w:proofErr w:type="spellEnd"/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AE5F855" w14:textId="77777777" w:rsidR="00781573" w:rsidRDefault="00781573">
            <w:pPr>
              <w:spacing w:after="0"/>
            </w:pPr>
          </w:p>
        </w:tc>
      </w:tr>
      <w:tr w:rsidR="00781573" w14:paraId="471FCE72" w14:textId="77777777" w:rsidTr="00DA1094">
        <w:trPr>
          <w:trHeight w:hRule="exact" w:val="567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B577D6F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함께한 사람</w:t>
            </w:r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673E4DE" w14:textId="77777777" w:rsidR="00781573" w:rsidRDefault="00781573">
            <w:pPr>
              <w:spacing w:after="0"/>
            </w:pPr>
          </w:p>
        </w:tc>
      </w:tr>
      <w:tr w:rsidR="00781573" w14:paraId="35E2EE83" w14:textId="77777777" w:rsidTr="00DA1094">
        <w:trPr>
          <w:trHeight w:hRule="exact" w:val="567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A3FD54A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관찰 배경</w:t>
            </w:r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DE6449B" w14:textId="77777777" w:rsidR="00781573" w:rsidRDefault="00781573">
            <w:pPr>
              <w:spacing w:after="0"/>
            </w:pPr>
          </w:p>
        </w:tc>
      </w:tr>
    </w:tbl>
    <w:p w14:paraId="5DE4E956" w14:textId="77777777" w:rsidR="00781573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학생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행동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관찰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922"/>
      </w:tblGrid>
      <w:tr w:rsidR="00781573" w14:paraId="49BC0CD9" w14:textId="77777777" w:rsidTr="00DA1094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1D8689A" w14:textId="77777777" w:rsidR="00781573" w:rsidRDefault="00000000">
            <w:pPr>
              <w:spacing w:after="0"/>
            </w:pPr>
            <w:proofErr w:type="spellStart"/>
            <w:r>
              <w:rPr>
                <w:b/>
                <w:color w:val="223454"/>
                <w:sz w:val="16"/>
              </w:rPr>
              <w:t>학습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참여·집중</w:t>
            </w:r>
            <w:proofErr w:type="spellEnd"/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631A60C" w14:textId="77777777" w:rsidR="00781573" w:rsidRDefault="00781573">
            <w:pPr>
              <w:spacing w:after="0"/>
            </w:pPr>
          </w:p>
        </w:tc>
      </w:tr>
      <w:tr w:rsidR="00781573" w14:paraId="04BCEB4F" w14:textId="77777777" w:rsidTr="00DA1094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E45CFA7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친구와의 관계</w:t>
            </w:r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73C05F1" w14:textId="77777777" w:rsidR="00781573" w:rsidRDefault="00781573">
            <w:pPr>
              <w:spacing w:after="0"/>
            </w:pPr>
          </w:p>
        </w:tc>
      </w:tr>
      <w:tr w:rsidR="00781573" w14:paraId="45C1440B" w14:textId="77777777" w:rsidTr="00DA1094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E9BF9BC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의사표현·소통</w:t>
            </w:r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0C87871" w14:textId="77777777" w:rsidR="00781573" w:rsidRDefault="00781573">
            <w:pPr>
              <w:spacing w:after="0"/>
            </w:pPr>
          </w:p>
        </w:tc>
      </w:tr>
      <w:tr w:rsidR="00781573" w14:paraId="5CCDA1FD" w14:textId="77777777" w:rsidTr="00DA1094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25C2E4B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규칙·생활 태도</w:t>
            </w:r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568B3FC" w14:textId="77777777" w:rsidR="00781573" w:rsidRDefault="00781573">
            <w:pPr>
              <w:spacing w:after="0"/>
            </w:pPr>
          </w:p>
        </w:tc>
      </w:tr>
      <w:tr w:rsidR="00781573" w14:paraId="06ADC30D" w14:textId="77777777" w:rsidTr="00DA1094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7CC3FC6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감정·행동 반응</w:t>
            </w:r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1B7791A" w14:textId="77777777" w:rsidR="00781573" w:rsidRDefault="00781573">
            <w:pPr>
              <w:spacing w:after="0"/>
            </w:pPr>
          </w:p>
        </w:tc>
      </w:tr>
    </w:tbl>
    <w:p w14:paraId="53206CB7" w14:textId="77777777" w:rsidR="00781573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구체적인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관찰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기록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781573" w14:paraId="3A4F80F9" w14:textId="77777777">
        <w:trPr>
          <w:trHeight w:hRule="exact" w:val="136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DF77BA7" w14:textId="77777777" w:rsidR="00781573" w:rsidRDefault="00000000">
            <w:pPr>
              <w:spacing w:after="0"/>
              <w:rPr>
                <w:lang w:eastAsia="ko-KR"/>
              </w:rPr>
            </w:pPr>
            <w:r>
              <w:rPr>
                <w:color w:val="6B7280"/>
                <w:sz w:val="15"/>
                <w:lang w:eastAsia="ko-KR"/>
              </w:rPr>
              <w:t>관찰한 행동이나 말을 판단 없이 구체적으로 기록해 주세요.</w:t>
            </w:r>
          </w:p>
        </w:tc>
      </w:tr>
    </w:tbl>
    <w:p w14:paraId="171398FE" w14:textId="77777777" w:rsidR="00781573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관찰</w:t>
      </w:r>
      <w:proofErr w:type="spellEnd"/>
      <w:r>
        <w:rPr>
          <w:b/>
          <w:color w:val="223454"/>
          <w:sz w:val="22"/>
        </w:rPr>
        <w:t xml:space="preserve"> 후 </w:t>
      </w:r>
      <w:proofErr w:type="spellStart"/>
      <w:r>
        <w:rPr>
          <w:b/>
          <w:color w:val="223454"/>
          <w:sz w:val="22"/>
        </w:rPr>
        <w:t>기록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922"/>
      </w:tblGrid>
      <w:tr w:rsidR="00781573" w14:paraId="19629040" w14:textId="77777777" w:rsidTr="00DA1094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5E0F527" w14:textId="77777777" w:rsidR="00781573" w:rsidRDefault="00000000">
            <w:pPr>
              <w:spacing w:after="0"/>
            </w:pPr>
            <w:proofErr w:type="spellStart"/>
            <w:r>
              <w:rPr>
                <w:b/>
                <w:color w:val="223454"/>
                <w:sz w:val="16"/>
              </w:rPr>
              <w:t>강점·긍정적인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변화</w:t>
            </w:r>
            <w:proofErr w:type="spellEnd"/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229D1CE" w14:textId="77777777" w:rsidR="00781573" w:rsidRDefault="00781573">
            <w:pPr>
              <w:spacing w:after="0"/>
            </w:pPr>
          </w:p>
        </w:tc>
      </w:tr>
      <w:tr w:rsidR="00781573" w14:paraId="64517E6F" w14:textId="77777777" w:rsidTr="00DA1094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5449482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도움이 필요한 부분</w:t>
            </w:r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30224FA" w14:textId="77777777" w:rsidR="00781573" w:rsidRDefault="00781573">
            <w:pPr>
              <w:spacing w:after="0"/>
            </w:pPr>
          </w:p>
        </w:tc>
      </w:tr>
      <w:tr w:rsidR="00781573" w14:paraId="343F00A7" w14:textId="77777777" w:rsidTr="00DA1094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56C4C95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지도·지원 계획</w:t>
            </w:r>
          </w:p>
        </w:tc>
        <w:tc>
          <w:tcPr>
            <w:tcW w:w="69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6C2A4F4" w14:textId="77777777" w:rsidR="00781573" w:rsidRDefault="00781573">
            <w:pPr>
              <w:spacing w:after="0"/>
            </w:pPr>
          </w:p>
        </w:tc>
      </w:tr>
    </w:tbl>
    <w:p w14:paraId="7008E29A" w14:textId="77777777" w:rsidR="00781573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추후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확인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3265"/>
        <w:gridCol w:w="1838"/>
        <w:gridCol w:w="3378"/>
      </w:tblGrid>
      <w:tr w:rsidR="00781573" w14:paraId="269CF6F6" w14:textId="77777777" w:rsidTr="00DA1094">
        <w:trPr>
          <w:trHeight w:hRule="exact" w:val="510"/>
        </w:trPr>
        <w:tc>
          <w:tcPr>
            <w:tcW w:w="195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FEA2948" w14:textId="77777777" w:rsidR="00781573" w:rsidRDefault="00000000">
            <w:pPr>
              <w:spacing w:after="0"/>
            </w:pPr>
            <w:proofErr w:type="spellStart"/>
            <w:r>
              <w:rPr>
                <w:b/>
                <w:color w:val="223454"/>
                <w:sz w:val="15"/>
              </w:rPr>
              <w:t>추가</w:t>
            </w:r>
            <w:proofErr w:type="spellEnd"/>
            <w:r>
              <w:rPr>
                <w:b/>
                <w:color w:val="223454"/>
                <w:sz w:val="15"/>
              </w:rPr>
              <w:t xml:space="preserve"> </w:t>
            </w:r>
            <w:proofErr w:type="spellStart"/>
            <w:r>
              <w:rPr>
                <w:b/>
                <w:color w:val="223454"/>
                <w:sz w:val="15"/>
              </w:rPr>
              <w:t>관찰</w:t>
            </w:r>
            <w:proofErr w:type="spellEnd"/>
          </w:p>
        </w:tc>
        <w:tc>
          <w:tcPr>
            <w:tcW w:w="326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53E6208" w14:textId="77777777" w:rsidR="00781573" w:rsidRDefault="00000000">
            <w:pPr>
              <w:spacing w:after="0"/>
            </w:pPr>
            <w:r>
              <w:rPr>
                <w:color w:val="223454"/>
                <w:sz w:val="15"/>
              </w:rPr>
              <w:t>□ 필요  □ 불필요</w:t>
            </w:r>
          </w:p>
        </w:tc>
        <w:tc>
          <w:tcPr>
            <w:tcW w:w="183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543B38E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다음 확인일</w:t>
            </w:r>
          </w:p>
        </w:tc>
        <w:tc>
          <w:tcPr>
            <w:tcW w:w="337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14C4918" w14:textId="77777777" w:rsidR="00781573" w:rsidRDefault="00781573">
            <w:pPr>
              <w:spacing w:after="0"/>
            </w:pPr>
          </w:p>
        </w:tc>
      </w:tr>
      <w:tr w:rsidR="00781573" w14:paraId="1FC07B08" w14:textId="77777777" w:rsidTr="00DA1094">
        <w:trPr>
          <w:trHeight w:hRule="exact" w:val="510"/>
        </w:trPr>
        <w:tc>
          <w:tcPr>
            <w:tcW w:w="195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EBAFBA7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보호자 상담</w:t>
            </w:r>
          </w:p>
        </w:tc>
        <w:tc>
          <w:tcPr>
            <w:tcW w:w="326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6553007" w14:textId="77777777" w:rsidR="00781573" w:rsidRDefault="00000000">
            <w:pPr>
              <w:spacing w:after="0"/>
            </w:pPr>
            <w:r>
              <w:rPr>
                <w:color w:val="223454"/>
                <w:sz w:val="15"/>
              </w:rPr>
              <w:t>□ 필요  □ 불필요</w:t>
            </w:r>
          </w:p>
        </w:tc>
        <w:tc>
          <w:tcPr>
            <w:tcW w:w="183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D2047D8" w14:textId="77777777" w:rsidR="00781573" w:rsidRDefault="00000000">
            <w:pPr>
              <w:spacing w:after="0"/>
            </w:pPr>
            <w:r>
              <w:rPr>
                <w:b/>
                <w:color w:val="223454"/>
                <w:sz w:val="15"/>
              </w:rPr>
              <w:t>기타</w:t>
            </w:r>
          </w:p>
        </w:tc>
        <w:tc>
          <w:tcPr>
            <w:tcW w:w="337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A71185D" w14:textId="77777777" w:rsidR="00781573" w:rsidRDefault="00781573">
            <w:pPr>
              <w:spacing w:after="0"/>
            </w:pPr>
          </w:p>
        </w:tc>
      </w:tr>
    </w:tbl>
    <w:p w14:paraId="363CB42E" w14:textId="77777777" w:rsidR="00781573" w:rsidRPr="00DA1094" w:rsidRDefault="00000000">
      <w:pPr>
        <w:spacing w:before="60" w:after="0"/>
        <w:jc w:val="center"/>
        <w:rPr>
          <w:sz w:val="16"/>
          <w:szCs w:val="16"/>
        </w:rPr>
      </w:pPr>
      <w:r w:rsidRPr="00DA1094">
        <w:rPr>
          <w:color w:val="6B7280"/>
          <w:sz w:val="16"/>
          <w:szCs w:val="16"/>
        </w:rPr>
        <w:t>EDUCATION BOX · edu.informationbox.kr</w:t>
      </w:r>
    </w:p>
    <w:sectPr w:rsidR="00781573" w:rsidRPr="00DA1094" w:rsidSect="00034616">
      <w:pgSz w:w="11906" w:h="16838"/>
      <w:pgMar w:top="567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5050872">
    <w:abstractNumId w:val="8"/>
  </w:num>
  <w:num w:numId="2" w16cid:durableId="1849708358">
    <w:abstractNumId w:val="6"/>
  </w:num>
  <w:num w:numId="3" w16cid:durableId="504977947">
    <w:abstractNumId w:val="5"/>
  </w:num>
  <w:num w:numId="4" w16cid:durableId="788008217">
    <w:abstractNumId w:val="4"/>
  </w:num>
  <w:num w:numId="5" w16cid:durableId="98834718">
    <w:abstractNumId w:val="7"/>
  </w:num>
  <w:num w:numId="6" w16cid:durableId="305092200">
    <w:abstractNumId w:val="3"/>
  </w:num>
  <w:num w:numId="7" w16cid:durableId="1010571192">
    <w:abstractNumId w:val="2"/>
  </w:num>
  <w:num w:numId="8" w16cid:durableId="975723102">
    <w:abstractNumId w:val="1"/>
  </w:num>
  <w:num w:numId="9" w16cid:durableId="58989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1573"/>
    <w:rsid w:val="00AA1D8D"/>
    <w:rsid w:val="00B47730"/>
    <w:rsid w:val="00BA4020"/>
    <w:rsid w:val="00CB0664"/>
    <w:rsid w:val="00DA1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5E765C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2026-10-01T14:20:00Z</dcterms:modified>
  <cp:category/>
</cp:coreProperties>
</file>