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59"/>
        <w:gridCol w:w="5159"/>
      </w:tblGrid>
      <w:tr w:rsidR="00B30FD8" w14:paraId="1D54DE2F" w14:textId="77777777">
        <w:trPr>
          <w:trHeight w:hRule="exact" w:val="170"/>
          <w:jc w:val="center"/>
        </w:trPr>
        <w:tc>
          <w:tcPr>
            <w:tcW w:w="5159" w:type="dxa"/>
            <w:tcBorders>
              <w:top w:val="single" w:sz="0" w:space="0" w:color="223454"/>
              <w:left w:val="single" w:sz="0" w:space="0" w:color="223454"/>
              <w:bottom w:val="single" w:sz="0" w:space="0" w:color="223454"/>
              <w:right w:val="single" w:sz="0" w:space="0" w:color="223454"/>
            </w:tcBorders>
            <w:shd w:val="clear" w:color="auto" w:fill="223454"/>
          </w:tcPr>
          <w:p w14:paraId="3913F52A" w14:textId="77777777" w:rsidR="00B30FD8" w:rsidRDefault="00B30FD8"/>
        </w:tc>
        <w:tc>
          <w:tcPr>
            <w:tcW w:w="5159" w:type="dxa"/>
            <w:tcBorders>
              <w:top w:val="single" w:sz="0" w:space="0" w:color="F17B63"/>
              <w:left w:val="single" w:sz="0" w:space="0" w:color="F17B63"/>
              <w:bottom w:val="single" w:sz="0" w:space="0" w:color="F17B63"/>
              <w:right w:val="single" w:sz="0" w:space="0" w:color="F17B63"/>
            </w:tcBorders>
            <w:shd w:val="clear" w:color="auto" w:fill="F17B63"/>
          </w:tcPr>
          <w:p w14:paraId="4DB113E4" w14:textId="77777777" w:rsidR="00B30FD8" w:rsidRDefault="00B30FD8"/>
        </w:tc>
      </w:tr>
    </w:tbl>
    <w:p w14:paraId="5BDC6812" w14:textId="77777777" w:rsidR="00B30FD8" w:rsidRDefault="00000000">
      <w:pPr>
        <w:spacing w:before="140" w:after="0"/>
      </w:pPr>
      <w:r>
        <w:rPr>
          <w:b/>
          <w:color w:val="F17B63"/>
        </w:rPr>
        <w:t>STUDY PLAN</w:t>
      </w:r>
    </w:p>
    <w:p w14:paraId="319160D1" w14:textId="77777777" w:rsidR="00B30FD8" w:rsidRDefault="00000000">
      <w:pPr>
        <w:spacing w:after="80"/>
      </w:pPr>
      <w:r>
        <w:rPr>
          <w:b/>
          <w:color w:val="223454"/>
          <w:sz w:val="50"/>
        </w:rPr>
        <w:t>학습계획표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20"/>
        <w:gridCol w:w="1720"/>
        <w:gridCol w:w="1720"/>
        <w:gridCol w:w="1720"/>
        <w:gridCol w:w="1720"/>
        <w:gridCol w:w="1720"/>
      </w:tblGrid>
      <w:tr w:rsidR="00B30FD8" w14:paraId="2990299A" w14:textId="77777777">
        <w:trPr>
          <w:trHeight w:hRule="exact" w:val="624"/>
          <w:jc w:val="center"/>
        </w:trPr>
        <w:tc>
          <w:tcPr>
            <w:tcW w:w="172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tcMar>
              <w:top w:w="85" w:type="dxa"/>
              <w:left w:w="113" w:type="dxa"/>
              <w:bottom w:w="85" w:type="dxa"/>
              <w:right w:w="113" w:type="dxa"/>
            </w:tcMar>
            <w:vAlign w:val="center"/>
          </w:tcPr>
          <w:p w14:paraId="313C0971" w14:textId="77777777" w:rsidR="00B30FD8" w:rsidRDefault="00000000">
            <w:pPr>
              <w:spacing w:after="0"/>
            </w:pPr>
            <w:r>
              <w:rPr>
                <w:b/>
                <w:color w:val="223454"/>
              </w:rPr>
              <w:t>이름</w:t>
            </w:r>
          </w:p>
        </w:tc>
        <w:tc>
          <w:tcPr>
            <w:tcW w:w="172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tcMar>
              <w:top w:w="85" w:type="dxa"/>
              <w:left w:w="113" w:type="dxa"/>
              <w:bottom w:w="85" w:type="dxa"/>
              <w:right w:w="113" w:type="dxa"/>
            </w:tcMar>
            <w:vAlign w:val="center"/>
          </w:tcPr>
          <w:p w14:paraId="674313E2" w14:textId="77777777" w:rsidR="00B30FD8" w:rsidRDefault="00B30FD8">
            <w:pPr>
              <w:spacing w:after="0"/>
            </w:pPr>
          </w:p>
        </w:tc>
        <w:tc>
          <w:tcPr>
            <w:tcW w:w="172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tcMar>
              <w:top w:w="85" w:type="dxa"/>
              <w:left w:w="113" w:type="dxa"/>
              <w:bottom w:w="85" w:type="dxa"/>
              <w:right w:w="113" w:type="dxa"/>
            </w:tcMar>
            <w:vAlign w:val="center"/>
          </w:tcPr>
          <w:p w14:paraId="135EAB28" w14:textId="77777777" w:rsidR="00B30FD8" w:rsidRDefault="00000000">
            <w:pPr>
              <w:spacing w:after="0"/>
            </w:pPr>
            <w:r>
              <w:rPr>
                <w:b/>
                <w:color w:val="223454"/>
              </w:rPr>
              <w:t>기간</w:t>
            </w:r>
          </w:p>
        </w:tc>
        <w:tc>
          <w:tcPr>
            <w:tcW w:w="172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tcMar>
              <w:top w:w="85" w:type="dxa"/>
              <w:left w:w="113" w:type="dxa"/>
              <w:bottom w:w="85" w:type="dxa"/>
              <w:right w:w="113" w:type="dxa"/>
            </w:tcMar>
            <w:vAlign w:val="center"/>
          </w:tcPr>
          <w:p w14:paraId="31D8E025" w14:textId="77777777" w:rsidR="00B30FD8" w:rsidRDefault="00B30FD8">
            <w:pPr>
              <w:spacing w:after="0"/>
            </w:pPr>
          </w:p>
        </w:tc>
        <w:tc>
          <w:tcPr>
            <w:tcW w:w="172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tcMar>
              <w:top w:w="85" w:type="dxa"/>
              <w:left w:w="113" w:type="dxa"/>
              <w:bottom w:w="85" w:type="dxa"/>
              <w:right w:w="113" w:type="dxa"/>
            </w:tcMar>
            <w:vAlign w:val="center"/>
          </w:tcPr>
          <w:p w14:paraId="681BB146" w14:textId="77777777" w:rsidR="00B30FD8" w:rsidRDefault="00000000">
            <w:pPr>
              <w:spacing w:after="0"/>
            </w:pPr>
            <w:r>
              <w:rPr>
                <w:b/>
                <w:color w:val="223454"/>
              </w:rPr>
              <w:t>이번 목표</w:t>
            </w:r>
          </w:p>
        </w:tc>
        <w:tc>
          <w:tcPr>
            <w:tcW w:w="172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tcMar>
              <w:top w:w="85" w:type="dxa"/>
              <w:left w:w="113" w:type="dxa"/>
              <w:bottom w:w="85" w:type="dxa"/>
              <w:right w:w="113" w:type="dxa"/>
            </w:tcMar>
            <w:vAlign w:val="center"/>
          </w:tcPr>
          <w:p w14:paraId="096CAF5D" w14:textId="77777777" w:rsidR="00B30FD8" w:rsidRDefault="00B30FD8">
            <w:pPr>
              <w:spacing w:after="0"/>
            </w:pPr>
          </w:p>
        </w:tc>
      </w:tr>
    </w:tbl>
    <w:p w14:paraId="1A98AFDF" w14:textId="77777777" w:rsidR="00B30FD8" w:rsidRDefault="00000000">
      <w:pPr>
        <w:spacing w:before="120" w:after="60"/>
      </w:pPr>
      <w:r>
        <w:rPr>
          <w:b/>
          <w:color w:val="223454"/>
          <w:sz w:val="24"/>
        </w:rPr>
        <w:t>학습 목표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59"/>
        <w:gridCol w:w="5159"/>
      </w:tblGrid>
      <w:tr w:rsidR="00B30FD8" w14:paraId="6697631C" w14:textId="77777777">
        <w:trPr>
          <w:trHeight w:hRule="exact" w:val="567"/>
          <w:jc w:val="center"/>
        </w:trPr>
        <w:tc>
          <w:tcPr>
            <w:tcW w:w="515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tcMar>
              <w:top w:w="56" w:type="dxa"/>
              <w:left w:w="113" w:type="dxa"/>
              <w:bottom w:w="56" w:type="dxa"/>
              <w:right w:w="113" w:type="dxa"/>
            </w:tcMar>
            <w:vAlign w:val="center"/>
          </w:tcPr>
          <w:p w14:paraId="6E9FB6F4" w14:textId="77777777" w:rsidR="00B30FD8" w:rsidRDefault="00000000">
            <w:pPr>
              <w:spacing w:after="0"/>
              <w:jc w:val="center"/>
            </w:pPr>
            <w:r>
              <w:rPr>
                <w:b/>
                <w:color w:val="223454"/>
                <w:sz w:val="17"/>
              </w:rPr>
              <w:t>핵심 목표</w:t>
            </w:r>
          </w:p>
        </w:tc>
        <w:tc>
          <w:tcPr>
            <w:tcW w:w="515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tcMar>
              <w:top w:w="56" w:type="dxa"/>
              <w:left w:w="113" w:type="dxa"/>
              <w:bottom w:w="56" w:type="dxa"/>
              <w:right w:w="113" w:type="dxa"/>
            </w:tcMar>
            <w:vAlign w:val="center"/>
          </w:tcPr>
          <w:p w14:paraId="003AB0A5" w14:textId="77777777" w:rsidR="00B30FD8" w:rsidRDefault="00B30FD8">
            <w:pPr>
              <w:spacing w:after="0"/>
            </w:pPr>
          </w:p>
        </w:tc>
      </w:tr>
      <w:tr w:rsidR="00B30FD8" w14:paraId="181E5D46" w14:textId="77777777">
        <w:trPr>
          <w:trHeight w:hRule="exact" w:val="567"/>
          <w:jc w:val="center"/>
        </w:trPr>
        <w:tc>
          <w:tcPr>
            <w:tcW w:w="515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tcMar>
              <w:top w:w="56" w:type="dxa"/>
              <w:left w:w="113" w:type="dxa"/>
              <w:bottom w:w="56" w:type="dxa"/>
              <w:right w:w="113" w:type="dxa"/>
            </w:tcMar>
            <w:vAlign w:val="center"/>
          </w:tcPr>
          <w:p w14:paraId="58C219B7" w14:textId="77777777" w:rsidR="00B30FD8" w:rsidRDefault="00000000">
            <w:pPr>
              <w:spacing w:after="0"/>
              <w:jc w:val="center"/>
            </w:pPr>
            <w:r>
              <w:rPr>
                <w:b/>
                <w:color w:val="223454"/>
                <w:sz w:val="17"/>
              </w:rPr>
              <w:t>집중 과목</w:t>
            </w:r>
          </w:p>
        </w:tc>
        <w:tc>
          <w:tcPr>
            <w:tcW w:w="515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tcMar>
              <w:top w:w="56" w:type="dxa"/>
              <w:left w:w="113" w:type="dxa"/>
              <w:bottom w:w="56" w:type="dxa"/>
              <w:right w:w="113" w:type="dxa"/>
            </w:tcMar>
            <w:vAlign w:val="center"/>
          </w:tcPr>
          <w:p w14:paraId="296162F7" w14:textId="77777777" w:rsidR="00B30FD8" w:rsidRDefault="00B30FD8">
            <w:pPr>
              <w:spacing w:after="0"/>
            </w:pPr>
          </w:p>
        </w:tc>
      </w:tr>
      <w:tr w:rsidR="00B30FD8" w14:paraId="7BE3AA47" w14:textId="77777777">
        <w:trPr>
          <w:trHeight w:hRule="exact" w:val="567"/>
          <w:jc w:val="center"/>
        </w:trPr>
        <w:tc>
          <w:tcPr>
            <w:tcW w:w="515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tcMar>
              <w:top w:w="56" w:type="dxa"/>
              <w:left w:w="113" w:type="dxa"/>
              <w:bottom w:w="56" w:type="dxa"/>
              <w:right w:w="113" w:type="dxa"/>
            </w:tcMar>
            <w:vAlign w:val="center"/>
          </w:tcPr>
          <w:p w14:paraId="5FECFB1A" w14:textId="77777777" w:rsidR="00B30FD8" w:rsidRDefault="00000000">
            <w:pPr>
              <w:spacing w:after="0"/>
              <w:jc w:val="center"/>
            </w:pPr>
            <w:r>
              <w:rPr>
                <w:b/>
                <w:color w:val="223454"/>
                <w:sz w:val="17"/>
              </w:rPr>
              <w:t>완료 기준</w:t>
            </w:r>
          </w:p>
        </w:tc>
        <w:tc>
          <w:tcPr>
            <w:tcW w:w="515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tcMar>
              <w:top w:w="56" w:type="dxa"/>
              <w:left w:w="113" w:type="dxa"/>
              <w:bottom w:w="56" w:type="dxa"/>
              <w:right w:w="113" w:type="dxa"/>
            </w:tcMar>
            <w:vAlign w:val="center"/>
          </w:tcPr>
          <w:p w14:paraId="216A08E3" w14:textId="77777777" w:rsidR="00B30FD8" w:rsidRDefault="00B30FD8">
            <w:pPr>
              <w:spacing w:after="0"/>
            </w:pPr>
          </w:p>
        </w:tc>
      </w:tr>
    </w:tbl>
    <w:p w14:paraId="68086060" w14:textId="77777777" w:rsidR="00B30FD8" w:rsidRDefault="00000000">
      <w:pPr>
        <w:spacing w:before="120" w:after="60"/>
      </w:pPr>
      <w:r>
        <w:rPr>
          <w:b/>
          <w:color w:val="223454"/>
          <w:sz w:val="24"/>
        </w:rPr>
        <w:t>학습 계획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4"/>
        <w:gridCol w:w="1701"/>
        <w:gridCol w:w="2835"/>
        <w:gridCol w:w="2268"/>
        <w:gridCol w:w="1701"/>
        <w:gridCol w:w="821"/>
      </w:tblGrid>
      <w:tr w:rsidR="00B30FD8" w14:paraId="44954D2F" w14:textId="77777777" w:rsidTr="003D6461">
        <w:trPr>
          <w:trHeight w:hRule="exact" w:val="567"/>
          <w:jc w:val="center"/>
        </w:trPr>
        <w:tc>
          <w:tcPr>
            <w:tcW w:w="994" w:type="dxa"/>
            <w:tcBorders>
              <w:top w:val="single" w:sz="7" w:space="0" w:color="223454"/>
              <w:left w:val="single" w:sz="7" w:space="0" w:color="223454"/>
              <w:bottom w:val="single" w:sz="7" w:space="0" w:color="223454"/>
              <w:right w:val="single" w:sz="7" w:space="0" w:color="223454"/>
            </w:tcBorders>
            <w:shd w:val="clear" w:color="auto" w:fill="223454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4662303" w14:textId="77777777" w:rsidR="00B30FD8" w:rsidRDefault="00000000">
            <w:pPr>
              <w:spacing w:after="0"/>
              <w:jc w:val="center"/>
            </w:pPr>
            <w:proofErr w:type="spellStart"/>
            <w:r>
              <w:rPr>
                <w:b/>
                <w:color w:val="FFFFFF"/>
              </w:rPr>
              <w:t>완료</w:t>
            </w:r>
            <w:proofErr w:type="spellEnd"/>
          </w:p>
        </w:tc>
        <w:tc>
          <w:tcPr>
            <w:tcW w:w="1701" w:type="dxa"/>
            <w:tcBorders>
              <w:top w:val="single" w:sz="7" w:space="0" w:color="223454"/>
              <w:left w:val="single" w:sz="7" w:space="0" w:color="223454"/>
              <w:bottom w:val="single" w:sz="7" w:space="0" w:color="223454"/>
              <w:right w:val="single" w:sz="7" w:space="0" w:color="223454"/>
            </w:tcBorders>
            <w:shd w:val="clear" w:color="auto" w:fill="223454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D59DF49" w14:textId="77777777" w:rsidR="00B30FD8" w:rsidRDefault="00000000">
            <w:pPr>
              <w:spacing w:after="0"/>
              <w:jc w:val="center"/>
            </w:pPr>
            <w:r>
              <w:rPr>
                <w:b/>
                <w:color w:val="FFFFFF"/>
              </w:rPr>
              <w:t>과목</w:t>
            </w:r>
          </w:p>
        </w:tc>
        <w:tc>
          <w:tcPr>
            <w:tcW w:w="2835" w:type="dxa"/>
            <w:tcBorders>
              <w:top w:val="single" w:sz="7" w:space="0" w:color="223454"/>
              <w:left w:val="single" w:sz="7" w:space="0" w:color="223454"/>
              <w:bottom w:val="single" w:sz="7" w:space="0" w:color="223454"/>
              <w:right w:val="single" w:sz="7" w:space="0" w:color="223454"/>
            </w:tcBorders>
            <w:shd w:val="clear" w:color="auto" w:fill="223454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BD7F25F" w14:textId="77777777" w:rsidR="00B30FD8" w:rsidRDefault="00000000">
            <w:pPr>
              <w:spacing w:after="0"/>
              <w:jc w:val="center"/>
            </w:pPr>
            <w:r>
              <w:rPr>
                <w:b/>
                <w:color w:val="FFFFFF"/>
              </w:rPr>
              <w:t>공부할 내용</w:t>
            </w:r>
          </w:p>
        </w:tc>
        <w:tc>
          <w:tcPr>
            <w:tcW w:w="2268" w:type="dxa"/>
            <w:tcBorders>
              <w:top w:val="single" w:sz="7" w:space="0" w:color="223454"/>
              <w:left w:val="single" w:sz="7" w:space="0" w:color="223454"/>
              <w:bottom w:val="single" w:sz="7" w:space="0" w:color="223454"/>
              <w:right w:val="single" w:sz="7" w:space="0" w:color="223454"/>
            </w:tcBorders>
            <w:shd w:val="clear" w:color="auto" w:fill="223454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67A1449" w14:textId="77777777" w:rsidR="00B30FD8" w:rsidRDefault="00000000">
            <w:pPr>
              <w:spacing w:after="0"/>
              <w:jc w:val="center"/>
            </w:pPr>
            <w:r>
              <w:rPr>
                <w:b/>
                <w:color w:val="FFFFFF"/>
              </w:rPr>
              <w:t>목표량</w:t>
            </w:r>
          </w:p>
        </w:tc>
        <w:tc>
          <w:tcPr>
            <w:tcW w:w="1701" w:type="dxa"/>
            <w:tcBorders>
              <w:top w:val="single" w:sz="7" w:space="0" w:color="223454"/>
              <w:left w:val="single" w:sz="7" w:space="0" w:color="223454"/>
              <w:bottom w:val="single" w:sz="7" w:space="0" w:color="223454"/>
              <w:right w:val="single" w:sz="7" w:space="0" w:color="223454"/>
            </w:tcBorders>
            <w:shd w:val="clear" w:color="auto" w:fill="223454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468EC0B" w14:textId="77777777" w:rsidR="00B30FD8" w:rsidRDefault="00000000">
            <w:pPr>
              <w:spacing w:after="0"/>
              <w:jc w:val="center"/>
            </w:pPr>
            <w:r>
              <w:rPr>
                <w:b/>
                <w:color w:val="FFFFFF"/>
              </w:rPr>
              <w:t>계획일</w:t>
            </w:r>
          </w:p>
        </w:tc>
        <w:tc>
          <w:tcPr>
            <w:tcW w:w="821" w:type="dxa"/>
            <w:tcBorders>
              <w:top w:val="single" w:sz="7" w:space="0" w:color="223454"/>
              <w:left w:val="single" w:sz="7" w:space="0" w:color="223454"/>
              <w:bottom w:val="single" w:sz="7" w:space="0" w:color="223454"/>
              <w:right w:val="single" w:sz="7" w:space="0" w:color="223454"/>
            </w:tcBorders>
            <w:shd w:val="clear" w:color="auto" w:fill="223454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8342C53" w14:textId="77777777" w:rsidR="00B30FD8" w:rsidRDefault="00000000">
            <w:pPr>
              <w:spacing w:after="0"/>
              <w:jc w:val="center"/>
            </w:pPr>
            <w:r>
              <w:rPr>
                <w:b/>
                <w:color w:val="FFFFFF"/>
              </w:rPr>
              <w:t>확인</w:t>
            </w:r>
          </w:p>
        </w:tc>
      </w:tr>
      <w:tr w:rsidR="00B30FD8" w14:paraId="5DA925DC" w14:textId="77777777" w:rsidTr="003D6461">
        <w:trPr>
          <w:trHeight w:hRule="exact" w:val="794"/>
          <w:jc w:val="center"/>
        </w:trPr>
        <w:tc>
          <w:tcPr>
            <w:tcW w:w="994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 w14:paraId="2EBEE688" w14:textId="77777777" w:rsidR="00B30FD8" w:rsidRDefault="00000000">
            <w:pPr>
              <w:spacing w:after="0"/>
              <w:jc w:val="center"/>
            </w:pPr>
            <w:r>
              <w:rPr>
                <w:color w:val="223454"/>
              </w:rPr>
              <w:t>□</w:t>
            </w:r>
          </w:p>
        </w:tc>
        <w:tc>
          <w:tcPr>
            <w:tcW w:w="1701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 w14:paraId="6C9EBCCE" w14:textId="77777777" w:rsidR="00B30FD8" w:rsidRDefault="00B30FD8">
            <w:pPr>
              <w:spacing w:after="0"/>
            </w:pPr>
          </w:p>
        </w:tc>
        <w:tc>
          <w:tcPr>
            <w:tcW w:w="2835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 w14:paraId="20BE1D07" w14:textId="77777777" w:rsidR="00B30FD8" w:rsidRDefault="00B30FD8">
            <w:pPr>
              <w:spacing w:after="0"/>
            </w:pPr>
          </w:p>
        </w:tc>
        <w:tc>
          <w:tcPr>
            <w:tcW w:w="226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 w14:paraId="386C687D" w14:textId="77777777" w:rsidR="00B30FD8" w:rsidRDefault="00B30FD8">
            <w:pPr>
              <w:spacing w:after="0"/>
            </w:pPr>
          </w:p>
        </w:tc>
        <w:tc>
          <w:tcPr>
            <w:tcW w:w="1701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 w14:paraId="31F1602C" w14:textId="77777777" w:rsidR="00B30FD8" w:rsidRDefault="00B30FD8">
            <w:pPr>
              <w:spacing w:after="0"/>
            </w:pPr>
          </w:p>
        </w:tc>
        <w:tc>
          <w:tcPr>
            <w:tcW w:w="821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 w14:paraId="14034CE2" w14:textId="77777777" w:rsidR="00B30FD8" w:rsidRDefault="00000000">
            <w:pPr>
              <w:spacing w:after="0"/>
              <w:jc w:val="center"/>
            </w:pPr>
            <w:r>
              <w:rPr>
                <w:color w:val="223454"/>
              </w:rPr>
              <w:t>□</w:t>
            </w:r>
          </w:p>
        </w:tc>
      </w:tr>
      <w:tr w:rsidR="00B30FD8" w14:paraId="08930378" w14:textId="77777777" w:rsidTr="003D6461">
        <w:trPr>
          <w:trHeight w:hRule="exact" w:val="794"/>
          <w:jc w:val="center"/>
        </w:trPr>
        <w:tc>
          <w:tcPr>
            <w:tcW w:w="994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 w14:paraId="3D1E45C2" w14:textId="77777777" w:rsidR="00B30FD8" w:rsidRDefault="00000000">
            <w:pPr>
              <w:spacing w:after="0"/>
              <w:jc w:val="center"/>
            </w:pPr>
            <w:r>
              <w:rPr>
                <w:color w:val="223454"/>
              </w:rPr>
              <w:t>□</w:t>
            </w:r>
          </w:p>
        </w:tc>
        <w:tc>
          <w:tcPr>
            <w:tcW w:w="1701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 w14:paraId="4D66FF57" w14:textId="77777777" w:rsidR="00B30FD8" w:rsidRDefault="00B30FD8">
            <w:pPr>
              <w:spacing w:after="0"/>
            </w:pPr>
          </w:p>
        </w:tc>
        <w:tc>
          <w:tcPr>
            <w:tcW w:w="2835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 w14:paraId="035E7A9C" w14:textId="77777777" w:rsidR="00B30FD8" w:rsidRDefault="00B30FD8">
            <w:pPr>
              <w:spacing w:after="0"/>
            </w:pPr>
          </w:p>
        </w:tc>
        <w:tc>
          <w:tcPr>
            <w:tcW w:w="226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 w14:paraId="5A926985" w14:textId="77777777" w:rsidR="00B30FD8" w:rsidRDefault="00B30FD8">
            <w:pPr>
              <w:spacing w:after="0"/>
            </w:pPr>
          </w:p>
        </w:tc>
        <w:tc>
          <w:tcPr>
            <w:tcW w:w="1701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 w14:paraId="3DE6EBA8" w14:textId="77777777" w:rsidR="00B30FD8" w:rsidRDefault="00B30FD8">
            <w:pPr>
              <w:spacing w:after="0"/>
            </w:pPr>
          </w:p>
        </w:tc>
        <w:tc>
          <w:tcPr>
            <w:tcW w:w="821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 w14:paraId="5EEB6BCA" w14:textId="77777777" w:rsidR="00B30FD8" w:rsidRDefault="00000000">
            <w:pPr>
              <w:spacing w:after="0"/>
              <w:jc w:val="center"/>
            </w:pPr>
            <w:r>
              <w:rPr>
                <w:color w:val="223454"/>
              </w:rPr>
              <w:t>□</w:t>
            </w:r>
          </w:p>
        </w:tc>
      </w:tr>
      <w:tr w:rsidR="00B30FD8" w14:paraId="1C825198" w14:textId="77777777" w:rsidTr="003D6461">
        <w:trPr>
          <w:trHeight w:hRule="exact" w:val="794"/>
          <w:jc w:val="center"/>
        </w:trPr>
        <w:tc>
          <w:tcPr>
            <w:tcW w:w="994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 w14:paraId="0AF8D954" w14:textId="77777777" w:rsidR="00B30FD8" w:rsidRDefault="00000000">
            <w:pPr>
              <w:spacing w:after="0"/>
              <w:jc w:val="center"/>
            </w:pPr>
            <w:r>
              <w:rPr>
                <w:color w:val="223454"/>
              </w:rPr>
              <w:t>□</w:t>
            </w:r>
          </w:p>
        </w:tc>
        <w:tc>
          <w:tcPr>
            <w:tcW w:w="1701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 w14:paraId="07B630FA" w14:textId="77777777" w:rsidR="00B30FD8" w:rsidRDefault="00B30FD8">
            <w:pPr>
              <w:spacing w:after="0"/>
            </w:pPr>
          </w:p>
        </w:tc>
        <w:tc>
          <w:tcPr>
            <w:tcW w:w="2835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 w14:paraId="7381A8E7" w14:textId="77777777" w:rsidR="00B30FD8" w:rsidRDefault="00B30FD8">
            <w:pPr>
              <w:spacing w:after="0"/>
            </w:pPr>
          </w:p>
        </w:tc>
        <w:tc>
          <w:tcPr>
            <w:tcW w:w="226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 w14:paraId="5039AE10" w14:textId="77777777" w:rsidR="00B30FD8" w:rsidRDefault="00B30FD8">
            <w:pPr>
              <w:spacing w:after="0"/>
            </w:pPr>
          </w:p>
        </w:tc>
        <w:tc>
          <w:tcPr>
            <w:tcW w:w="1701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 w14:paraId="4FD7774D" w14:textId="77777777" w:rsidR="00B30FD8" w:rsidRDefault="00B30FD8">
            <w:pPr>
              <w:spacing w:after="0"/>
            </w:pPr>
          </w:p>
        </w:tc>
        <w:tc>
          <w:tcPr>
            <w:tcW w:w="821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 w14:paraId="1808967F" w14:textId="77777777" w:rsidR="00B30FD8" w:rsidRDefault="00000000">
            <w:pPr>
              <w:spacing w:after="0"/>
              <w:jc w:val="center"/>
            </w:pPr>
            <w:r>
              <w:rPr>
                <w:color w:val="223454"/>
              </w:rPr>
              <w:t>□</w:t>
            </w:r>
          </w:p>
        </w:tc>
      </w:tr>
      <w:tr w:rsidR="00B30FD8" w14:paraId="277E81AE" w14:textId="77777777" w:rsidTr="003D6461">
        <w:trPr>
          <w:trHeight w:hRule="exact" w:val="794"/>
          <w:jc w:val="center"/>
        </w:trPr>
        <w:tc>
          <w:tcPr>
            <w:tcW w:w="994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 w14:paraId="4E80E452" w14:textId="77777777" w:rsidR="00B30FD8" w:rsidRDefault="00000000">
            <w:pPr>
              <w:spacing w:after="0"/>
              <w:jc w:val="center"/>
            </w:pPr>
            <w:r>
              <w:rPr>
                <w:color w:val="223454"/>
              </w:rPr>
              <w:t>□</w:t>
            </w:r>
          </w:p>
        </w:tc>
        <w:tc>
          <w:tcPr>
            <w:tcW w:w="1701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 w14:paraId="41C40F28" w14:textId="77777777" w:rsidR="00B30FD8" w:rsidRDefault="00B30FD8">
            <w:pPr>
              <w:spacing w:after="0"/>
            </w:pPr>
          </w:p>
        </w:tc>
        <w:tc>
          <w:tcPr>
            <w:tcW w:w="2835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 w14:paraId="1986448E" w14:textId="77777777" w:rsidR="00B30FD8" w:rsidRDefault="00B30FD8">
            <w:pPr>
              <w:spacing w:after="0"/>
            </w:pPr>
          </w:p>
        </w:tc>
        <w:tc>
          <w:tcPr>
            <w:tcW w:w="226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 w14:paraId="4F00B8F4" w14:textId="77777777" w:rsidR="00B30FD8" w:rsidRDefault="00B30FD8">
            <w:pPr>
              <w:spacing w:after="0"/>
            </w:pPr>
          </w:p>
        </w:tc>
        <w:tc>
          <w:tcPr>
            <w:tcW w:w="1701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 w14:paraId="69C43969" w14:textId="77777777" w:rsidR="00B30FD8" w:rsidRDefault="00B30FD8">
            <w:pPr>
              <w:spacing w:after="0"/>
            </w:pPr>
          </w:p>
        </w:tc>
        <w:tc>
          <w:tcPr>
            <w:tcW w:w="821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 w14:paraId="27DB6A01" w14:textId="77777777" w:rsidR="00B30FD8" w:rsidRDefault="00000000">
            <w:pPr>
              <w:spacing w:after="0"/>
              <w:jc w:val="center"/>
            </w:pPr>
            <w:r>
              <w:rPr>
                <w:color w:val="223454"/>
              </w:rPr>
              <w:t>□</w:t>
            </w:r>
          </w:p>
        </w:tc>
      </w:tr>
      <w:tr w:rsidR="00B30FD8" w14:paraId="02112D37" w14:textId="77777777" w:rsidTr="003D6461">
        <w:trPr>
          <w:trHeight w:hRule="exact" w:val="794"/>
          <w:jc w:val="center"/>
        </w:trPr>
        <w:tc>
          <w:tcPr>
            <w:tcW w:w="994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 w14:paraId="3B41B778" w14:textId="77777777" w:rsidR="00B30FD8" w:rsidRDefault="00000000">
            <w:pPr>
              <w:spacing w:after="0"/>
              <w:jc w:val="center"/>
            </w:pPr>
            <w:r>
              <w:rPr>
                <w:color w:val="223454"/>
              </w:rPr>
              <w:t>□</w:t>
            </w:r>
          </w:p>
        </w:tc>
        <w:tc>
          <w:tcPr>
            <w:tcW w:w="1701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 w14:paraId="63284677" w14:textId="77777777" w:rsidR="00B30FD8" w:rsidRDefault="00B30FD8">
            <w:pPr>
              <w:spacing w:after="0"/>
            </w:pPr>
          </w:p>
        </w:tc>
        <w:tc>
          <w:tcPr>
            <w:tcW w:w="2835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 w14:paraId="1B243533" w14:textId="77777777" w:rsidR="00B30FD8" w:rsidRDefault="00B30FD8">
            <w:pPr>
              <w:spacing w:after="0"/>
            </w:pPr>
          </w:p>
        </w:tc>
        <w:tc>
          <w:tcPr>
            <w:tcW w:w="226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 w14:paraId="5719A391" w14:textId="77777777" w:rsidR="00B30FD8" w:rsidRDefault="00B30FD8">
            <w:pPr>
              <w:spacing w:after="0"/>
            </w:pPr>
          </w:p>
        </w:tc>
        <w:tc>
          <w:tcPr>
            <w:tcW w:w="1701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 w14:paraId="0DA4DACE" w14:textId="77777777" w:rsidR="00B30FD8" w:rsidRDefault="00B30FD8">
            <w:pPr>
              <w:spacing w:after="0"/>
            </w:pPr>
          </w:p>
        </w:tc>
        <w:tc>
          <w:tcPr>
            <w:tcW w:w="821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 w14:paraId="086ABE3F" w14:textId="77777777" w:rsidR="00B30FD8" w:rsidRDefault="00000000">
            <w:pPr>
              <w:spacing w:after="0"/>
              <w:jc w:val="center"/>
            </w:pPr>
            <w:r>
              <w:rPr>
                <w:color w:val="223454"/>
              </w:rPr>
              <w:t>□</w:t>
            </w:r>
          </w:p>
        </w:tc>
      </w:tr>
      <w:tr w:rsidR="00B30FD8" w14:paraId="7F6D9B98" w14:textId="77777777" w:rsidTr="003D6461">
        <w:trPr>
          <w:trHeight w:hRule="exact" w:val="794"/>
          <w:jc w:val="center"/>
        </w:trPr>
        <w:tc>
          <w:tcPr>
            <w:tcW w:w="994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 w14:paraId="68003E8A" w14:textId="77777777" w:rsidR="00B30FD8" w:rsidRDefault="00000000">
            <w:pPr>
              <w:spacing w:after="0"/>
              <w:jc w:val="center"/>
            </w:pPr>
            <w:r>
              <w:rPr>
                <w:color w:val="223454"/>
              </w:rPr>
              <w:t>□</w:t>
            </w:r>
          </w:p>
        </w:tc>
        <w:tc>
          <w:tcPr>
            <w:tcW w:w="1701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 w14:paraId="6C6C30BD" w14:textId="77777777" w:rsidR="00B30FD8" w:rsidRDefault="00B30FD8">
            <w:pPr>
              <w:spacing w:after="0"/>
            </w:pPr>
          </w:p>
        </w:tc>
        <w:tc>
          <w:tcPr>
            <w:tcW w:w="2835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 w14:paraId="0D96B621" w14:textId="77777777" w:rsidR="00B30FD8" w:rsidRDefault="00B30FD8">
            <w:pPr>
              <w:spacing w:after="0"/>
            </w:pPr>
          </w:p>
        </w:tc>
        <w:tc>
          <w:tcPr>
            <w:tcW w:w="226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 w14:paraId="69D5C004" w14:textId="77777777" w:rsidR="00B30FD8" w:rsidRDefault="00B30FD8">
            <w:pPr>
              <w:spacing w:after="0"/>
            </w:pPr>
          </w:p>
        </w:tc>
        <w:tc>
          <w:tcPr>
            <w:tcW w:w="1701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 w14:paraId="483443DA" w14:textId="77777777" w:rsidR="00B30FD8" w:rsidRDefault="00B30FD8">
            <w:pPr>
              <w:spacing w:after="0"/>
            </w:pPr>
          </w:p>
        </w:tc>
        <w:tc>
          <w:tcPr>
            <w:tcW w:w="821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 w14:paraId="181BD957" w14:textId="77777777" w:rsidR="00B30FD8" w:rsidRDefault="00000000">
            <w:pPr>
              <w:spacing w:after="0"/>
              <w:jc w:val="center"/>
            </w:pPr>
            <w:r>
              <w:rPr>
                <w:color w:val="223454"/>
              </w:rPr>
              <w:t>□</w:t>
            </w:r>
          </w:p>
        </w:tc>
      </w:tr>
    </w:tbl>
    <w:p w14:paraId="2AF710E1" w14:textId="77777777" w:rsidR="00B30FD8" w:rsidRDefault="00000000">
      <w:pPr>
        <w:spacing w:before="120" w:after="60"/>
      </w:pPr>
      <w:proofErr w:type="spellStart"/>
      <w:r>
        <w:rPr>
          <w:b/>
          <w:color w:val="223454"/>
          <w:sz w:val="24"/>
        </w:rPr>
        <w:t>오늘부터</w:t>
      </w:r>
      <w:proofErr w:type="spellEnd"/>
      <w:r>
        <w:rPr>
          <w:b/>
          <w:color w:val="223454"/>
          <w:sz w:val="24"/>
        </w:rPr>
        <w:t xml:space="preserve"> </w:t>
      </w:r>
      <w:proofErr w:type="spellStart"/>
      <w:r>
        <w:rPr>
          <w:b/>
          <w:color w:val="223454"/>
          <w:sz w:val="24"/>
        </w:rPr>
        <w:t>실천하기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39"/>
        <w:gridCol w:w="3439"/>
        <w:gridCol w:w="3439"/>
      </w:tblGrid>
      <w:tr w:rsidR="00B30FD8" w14:paraId="5A611FD7" w14:textId="77777777">
        <w:trPr>
          <w:trHeight w:hRule="exact" w:val="510"/>
          <w:jc w:val="center"/>
        </w:trPr>
        <w:tc>
          <w:tcPr>
            <w:tcW w:w="343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34F488D" w14:textId="77777777" w:rsidR="00B30FD8" w:rsidRDefault="00000000">
            <w:pPr>
              <w:spacing w:after="0"/>
              <w:jc w:val="center"/>
            </w:pPr>
            <w:r>
              <w:rPr>
                <w:b/>
                <w:color w:val="223454"/>
                <w:sz w:val="17"/>
              </w:rPr>
              <w:t>오늘 꼭 할 공부</w:t>
            </w:r>
          </w:p>
        </w:tc>
        <w:tc>
          <w:tcPr>
            <w:tcW w:w="343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39F27A1" w14:textId="77777777" w:rsidR="00B30FD8" w:rsidRDefault="00000000">
            <w:pPr>
              <w:spacing w:after="0"/>
              <w:jc w:val="center"/>
            </w:pPr>
            <w:r>
              <w:rPr>
                <w:b/>
                <w:color w:val="223454"/>
                <w:sz w:val="17"/>
              </w:rPr>
              <w:t>복습할 내용</w:t>
            </w:r>
          </w:p>
        </w:tc>
        <w:tc>
          <w:tcPr>
            <w:tcW w:w="343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BC04699" w14:textId="77777777" w:rsidR="00B30FD8" w:rsidRDefault="00000000">
            <w:pPr>
              <w:spacing w:after="0"/>
              <w:jc w:val="center"/>
            </w:pPr>
            <w:r>
              <w:rPr>
                <w:b/>
                <w:color w:val="223454"/>
                <w:sz w:val="17"/>
              </w:rPr>
              <w:t>다음에 이어서 할 것</w:t>
            </w:r>
          </w:p>
        </w:tc>
      </w:tr>
      <w:tr w:rsidR="00B30FD8" w14:paraId="14BD159A" w14:textId="77777777">
        <w:trPr>
          <w:trHeight w:hRule="exact" w:val="1020"/>
          <w:jc w:val="center"/>
        </w:trPr>
        <w:tc>
          <w:tcPr>
            <w:tcW w:w="343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5B0F6727" w14:textId="77777777" w:rsidR="00B30FD8" w:rsidRDefault="00B30FD8">
            <w:pPr>
              <w:spacing w:after="0"/>
            </w:pPr>
          </w:p>
        </w:tc>
        <w:tc>
          <w:tcPr>
            <w:tcW w:w="343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78F51A28" w14:textId="77777777" w:rsidR="00B30FD8" w:rsidRDefault="00B30FD8">
            <w:pPr>
              <w:spacing w:after="0"/>
            </w:pPr>
          </w:p>
        </w:tc>
        <w:tc>
          <w:tcPr>
            <w:tcW w:w="343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6DF96C4F" w14:textId="77777777" w:rsidR="00B30FD8" w:rsidRDefault="00B30FD8">
            <w:pPr>
              <w:spacing w:after="0"/>
            </w:pPr>
          </w:p>
        </w:tc>
      </w:tr>
    </w:tbl>
    <w:p w14:paraId="34F27503" w14:textId="77777777" w:rsidR="00B30FD8" w:rsidRDefault="00000000">
      <w:pPr>
        <w:spacing w:before="100" w:after="0"/>
        <w:jc w:val="center"/>
      </w:pPr>
      <w:r>
        <w:rPr>
          <w:color w:val="6B7280"/>
          <w:sz w:val="15"/>
        </w:rPr>
        <w:t>EDUCATION BOX · edu.informationbox.kr</w:t>
      </w:r>
    </w:p>
    <w:sectPr w:rsidR="00B30FD8" w:rsidSect="003D6461">
      <w:pgSz w:w="11906" w:h="16838"/>
      <w:pgMar w:top="1135" w:right="794" w:bottom="624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9089462">
    <w:abstractNumId w:val="8"/>
  </w:num>
  <w:num w:numId="2" w16cid:durableId="68582180">
    <w:abstractNumId w:val="6"/>
  </w:num>
  <w:num w:numId="3" w16cid:durableId="2020814551">
    <w:abstractNumId w:val="5"/>
  </w:num>
  <w:num w:numId="4" w16cid:durableId="727650778">
    <w:abstractNumId w:val="4"/>
  </w:num>
  <w:num w:numId="5" w16cid:durableId="825630510">
    <w:abstractNumId w:val="7"/>
  </w:num>
  <w:num w:numId="6" w16cid:durableId="1421370017">
    <w:abstractNumId w:val="3"/>
  </w:num>
  <w:num w:numId="7" w16cid:durableId="547111685">
    <w:abstractNumId w:val="2"/>
  </w:num>
  <w:num w:numId="8" w16cid:durableId="1569488090">
    <w:abstractNumId w:val="1"/>
  </w:num>
  <w:num w:numId="9" w16cid:durableId="3185058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D6461"/>
    <w:rsid w:val="00AA1D8D"/>
    <w:rsid w:val="00B30FD8"/>
    <w:rsid w:val="00B47730"/>
    <w:rsid w:val="00BA402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F4C58DD"/>
  <w14:defaultImageDpi w14:val="300"/>
  <w15:docId w15:val="{A28457E8-BA15-4DC5-92EC-A1A6A6B99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맑은 고딕" w:eastAsia="맑은 고딕" w:hAnsi="맑은 고딕"/>
      <w:sz w:val="18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jihye hong</cp:lastModifiedBy>
  <cp:revision>2</cp:revision>
  <dcterms:created xsi:type="dcterms:W3CDTF">2013-12-23T23:15:00Z</dcterms:created>
  <dcterms:modified xsi:type="dcterms:W3CDTF">2026-10-01T06:11:00Z</dcterms:modified>
  <cp:category/>
</cp:coreProperties>
</file>