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739"/>
        <w:gridCol w:w="7739"/>
      </w:tblGrid>
      <w:tr w:rsidR="002776C9" w14:paraId="4E34465E" w14:textId="77777777">
        <w:trPr>
          <w:trHeight w:hRule="exact" w:val="170"/>
          <w:jc w:val="center"/>
        </w:trPr>
        <w:tc>
          <w:tcPr>
            <w:tcW w:w="773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4B3478E5" w14:textId="77777777" w:rsidR="002776C9" w:rsidRDefault="002776C9"/>
        </w:tc>
        <w:tc>
          <w:tcPr>
            <w:tcW w:w="773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370ECF52" w14:textId="77777777" w:rsidR="002776C9" w:rsidRDefault="002776C9"/>
        </w:tc>
      </w:tr>
    </w:tbl>
    <w:p w14:paraId="467C6C39" w14:textId="77777777" w:rsidR="002776C9" w:rsidRDefault="00000000">
      <w:pPr>
        <w:spacing w:before="100" w:after="0"/>
      </w:pPr>
      <w:r>
        <w:rPr>
          <w:b/>
          <w:color w:val="F17B63"/>
          <w:sz w:val="17"/>
        </w:rPr>
        <w:t>ACADEMY ATTENDANCE SHEET</w:t>
      </w:r>
    </w:p>
    <w:p w14:paraId="2E50AC03" w14:textId="77777777" w:rsidR="002776C9" w:rsidRDefault="00000000">
      <w:pPr>
        <w:spacing w:after="40"/>
      </w:pPr>
      <w:r>
        <w:rPr>
          <w:b/>
          <w:color w:val="223454"/>
          <w:sz w:val="44"/>
        </w:rPr>
        <w:t>학원 출석부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33"/>
        <w:gridCol w:w="1933"/>
        <w:gridCol w:w="1933"/>
        <w:gridCol w:w="1933"/>
        <w:gridCol w:w="1933"/>
        <w:gridCol w:w="1933"/>
        <w:gridCol w:w="1933"/>
        <w:gridCol w:w="1933"/>
      </w:tblGrid>
      <w:tr w:rsidR="002776C9" w14:paraId="14310DC7" w14:textId="77777777" w:rsidTr="00414D31">
        <w:trPr>
          <w:trHeight w:hRule="exact" w:val="509"/>
          <w:jc w:val="center"/>
        </w:trPr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7E3B8BE" w14:textId="77777777" w:rsidR="002776C9" w:rsidRPr="00414D31" w:rsidRDefault="00000000" w:rsidP="00414D31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학원·반</w:t>
            </w: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26334012" w14:textId="77777777" w:rsidR="002776C9" w:rsidRPr="00414D31" w:rsidRDefault="002776C9" w:rsidP="00414D31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172DAD5C" w14:textId="77777777" w:rsidR="002776C9" w:rsidRPr="00414D31" w:rsidRDefault="00000000" w:rsidP="00414D31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담당 강사</w:t>
            </w: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4E606C73" w14:textId="77777777" w:rsidR="002776C9" w:rsidRPr="00414D31" w:rsidRDefault="002776C9" w:rsidP="00414D31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42D634C" w14:textId="77777777" w:rsidR="002776C9" w:rsidRPr="00414D31" w:rsidRDefault="00000000" w:rsidP="00414D31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기간</w:t>
            </w: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3C474D8D" w14:textId="77777777" w:rsidR="002776C9" w:rsidRPr="00414D31" w:rsidRDefault="002776C9" w:rsidP="00414D31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1676E621" w14:textId="77777777" w:rsidR="002776C9" w:rsidRPr="00414D31" w:rsidRDefault="00000000" w:rsidP="00414D31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수업 요일·시간</w:t>
            </w:r>
          </w:p>
        </w:tc>
        <w:tc>
          <w:tcPr>
            <w:tcW w:w="1933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FFFFF"/>
            <w:vAlign w:val="center"/>
          </w:tcPr>
          <w:p w14:paraId="6A673389" w14:textId="77777777" w:rsidR="002776C9" w:rsidRPr="00414D31" w:rsidRDefault="002776C9" w:rsidP="00414D3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38EA3A33" w14:textId="77777777" w:rsidR="002776C9" w:rsidRDefault="00000000">
      <w:pPr>
        <w:spacing w:before="80" w:after="40"/>
      </w:pPr>
      <w:r>
        <w:rPr>
          <w:color w:val="F17B63"/>
          <w:sz w:val="15"/>
        </w:rPr>
        <w:t xml:space="preserve">■ </w:t>
      </w:r>
      <w:r>
        <w:rPr>
          <w:b/>
          <w:color w:val="223454"/>
          <w:sz w:val="21"/>
        </w:rPr>
        <w:t>월간 출석 현황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1354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</w:tblGrid>
      <w:tr w:rsidR="002776C9" w14:paraId="28B9EBEE" w14:textId="77777777" w:rsidTr="00414D31">
        <w:trPr>
          <w:trHeight w:hRule="exact" w:val="427"/>
          <w:jc w:val="center"/>
        </w:trPr>
        <w:tc>
          <w:tcPr>
            <w:tcW w:w="710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CC78521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414D31">
              <w:rPr>
                <w:b/>
                <w:color w:val="FFFFFF"/>
                <w:sz w:val="18"/>
                <w:szCs w:val="18"/>
              </w:rPr>
              <w:t>번호</w:t>
            </w:r>
            <w:proofErr w:type="spellEnd"/>
          </w:p>
        </w:tc>
        <w:tc>
          <w:tcPr>
            <w:tcW w:w="1354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5D4B0B38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학생 이름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22FA4115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1회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759F7F05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2회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2D8CC18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3회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521A7023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4회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5B4CCA21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5회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2BF3358C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6회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2C5A025E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7회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1419A711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8회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372B05A0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9회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0883ABC9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10회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3E61FDA2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출석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504C11DB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결석</w:t>
            </w:r>
          </w:p>
        </w:tc>
        <w:tc>
          <w:tcPr>
            <w:tcW w:w="1032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454"/>
            <w:vAlign w:val="center"/>
          </w:tcPr>
          <w:p w14:paraId="1155EEE1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FFFFFF"/>
                <w:sz w:val="18"/>
                <w:szCs w:val="18"/>
              </w:rPr>
              <w:t>비고</w:t>
            </w:r>
          </w:p>
        </w:tc>
      </w:tr>
      <w:tr w:rsidR="002776C9" w14:paraId="7DB5E3BA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F9CDA28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1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6A226C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B766A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7EA9B5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E57388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3210CB4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F137E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1FB2D1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BFE2C84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0FE975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201118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E0ABDA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D1AF73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E8A5491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BDB0E06" w14:textId="77777777" w:rsidR="002776C9" w:rsidRDefault="002776C9">
            <w:pPr>
              <w:spacing w:after="0"/>
              <w:jc w:val="center"/>
            </w:pPr>
          </w:p>
        </w:tc>
      </w:tr>
      <w:tr w:rsidR="002776C9" w14:paraId="5DCF398E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45EE57D2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2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3ABF9DD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79D86A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446A3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8AAE7B7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F88325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70126A7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2349AB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720A50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A6857C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FFD7E9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AEEFB6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D2FFC0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4E58A2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4F24860" w14:textId="77777777" w:rsidR="002776C9" w:rsidRDefault="002776C9">
            <w:pPr>
              <w:spacing w:after="0"/>
              <w:jc w:val="center"/>
            </w:pPr>
          </w:p>
        </w:tc>
      </w:tr>
      <w:tr w:rsidR="002776C9" w14:paraId="44450612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1DFDCA4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3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4207A89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D09B674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8A9746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7E4763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297855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9E3AD3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E797A9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61AC21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F1558A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F82497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AA087C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B86A03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6BDF2B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14426D" w14:textId="77777777" w:rsidR="002776C9" w:rsidRDefault="002776C9">
            <w:pPr>
              <w:spacing w:after="0"/>
              <w:jc w:val="center"/>
            </w:pPr>
          </w:p>
        </w:tc>
      </w:tr>
      <w:tr w:rsidR="002776C9" w14:paraId="18393270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706BC67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4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876896B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682AB1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DEA1CF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96635D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12CCB47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E7F4FF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52B832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15379D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A76CF1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AF30A27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8D97CD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A973BE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6E26AD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72A2E26" w14:textId="77777777" w:rsidR="002776C9" w:rsidRDefault="002776C9">
            <w:pPr>
              <w:spacing w:after="0"/>
              <w:jc w:val="center"/>
            </w:pPr>
          </w:p>
        </w:tc>
      </w:tr>
      <w:tr w:rsidR="002776C9" w14:paraId="12F827FB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6550A2DD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5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184F09E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40FD2A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E11818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0A1D8C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C05220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BF65BB4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528CBF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9260984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347E2C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7D2926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4474B2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E1B819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04871C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642926D" w14:textId="77777777" w:rsidR="002776C9" w:rsidRDefault="002776C9">
            <w:pPr>
              <w:spacing w:after="0"/>
              <w:jc w:val="center"/>
            </w:pPr>
          </w:p>
        </w:tc>
      </w:tr>
      <w:tr w:rsidR="002776C9" w14:paraId="0313C5A1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55228D7E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6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99AF54A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8C0DB8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9B33E2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C647C7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608C03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8C2108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8003CF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C2FC59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BC275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03E2D9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C68C74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AB220E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EA4E82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76BF144" w14:textId="77777777" w:rsidR="002776C9" w:rsidRDefault="002776C9">
            <w:pPr>
              <w:spacing w:after="0"/>
              <w:jc w:val="center"/>
            </w:pPr>
          </w:p>
        </w:tc>
      </w:tr>
      <w:tr w:rsidR="002776C9" w14:paraId="22D3184E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89151C9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9FB4A83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86660C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A9C70D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EA0BB5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3F17E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A83B31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97AFEA1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E874EF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7EC2EF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AD2BB8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7034C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8A5AC3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6CD298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7BEEE91" w14:textId="77777777" w:rsidR="002776C9" w:rsidRDefault="002776C9">
            <w:pPr>
              <w:spacing w:after="0"/>
              <w:jc w:val="center"/>
            </w:pPr>
          </w:p>
        </w:tc>
      </w:tr>
      <w:tr w:rsidR="002776C9" w14:paraId="6423DE0E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175823D5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B635E66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E29357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DF5CC5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9ADB7F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8786B8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EC3101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C4CEC3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E0FCE9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75E01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82356E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EC8E53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C0EED1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3A9568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26A53F7" w14:textId="77777777" w:rsidR="002776C9" w:rsidRDefault="002776C9">
            <w:pPr>
              <w:spacing w:after="0"/>
              <w:jc w:val="center"/>
            </w:pPr>
          </w:p>
        </w:tc>
      </w:tr>
      <w:tr w:rsidR="002776C9" w14:paraId="20230039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4F0AA92F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9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70951B4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B905A3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BE25C3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5F91255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F412AF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21AD2C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A15C05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F818AF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7BD4E7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4782D8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1778F6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2C42EF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B4A9271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6E0FBA7" w14:textId="77777777" w:rsidR="002776C9" w:rsidRDefault="002776C9">
            <w:pPr>
              <w:spacing w:after="0"/>
              <w:jc w:val="center"/>
            </w:pPr>
          </w:p>
        </w:tc>
      </w:tr>
      <w:tr w:rsidR="002776C9" w14:paraId="0CF1A90A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9CC5A47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10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FB05240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A502FD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148866E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659E15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1265CA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7BC9C21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9BE5955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675E65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411CCD5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9EBB037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1D4079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E34355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3EF7D1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59E8217" w14:textId="77777777" w:rsidR="002776C9" w:rsidRDefault="002776C9">
            <w:pPr>
              <w:spacing w:after="0"/>
              <w:jc w:val="center"/>
            </w:pPr>
          </w:p>
        </w:tc>
      </w:tr>
      <w:tr w:rsidR="002776C9" w14:paraId="0BC3EBE0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2DEEA1B3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11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6BE2B4A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88F98D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7E82E1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13D70C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D1CCB0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4A5969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F902BC0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8EB445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4AA4E9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495060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4148C2A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351F063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97FEA98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B57A0E3" w14:textId="77777777" w:rsidR="002776C9" w:rsidRDefault="002776C9">
            <w:pPr>
              <w:spacing w:after="0"/>
              <w:jc w:val="center"/>
            </w:pPr>
          </w:p>
        </w:tc>
      </w:tr>
      <w:tr w:rsidR="002776C9" w14:paraId="0B51CEDD" w14:textId="77777777" w:rsidTr="00414D31">
        <w:trPr>
          <w:trHeight w:hRule="exact" w:val="437"/>
          <w:jc w:val="center"/>
        </w:trPr>
        <w:tc>
          <w:tcPr>
            <w:tcW w:w="710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63CA7D2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12</w:t>
            </w:r>
          </w:p>
        </w:tc>
        <w:tc>
          <w:tcPr>
            <w:tcW w:w="1354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FFF0D04" w14:textId="77777777" w:rsidR="002776C9" w:rsidRDefault="002776C9">
            <w:pPr>
              <w:spacing w:after="0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6A31151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8DC397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395CA1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477E82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711A7F6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B655E02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AD4642B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1139F9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8DF0349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E8DB24D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CFE294F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D83A6EC" w14:textId="77777777" w:rsidR="002776C9" w:rsidRDefault="002776C9">
            <w:pPr>
              <w:spacing w:after="0"/>
              <w:jc w:val="center"/>
            </w:pPr>
          </w:p>
        </w:tc>
        <w:tc>
          <w:tcPr>
            <w:tcW w:w="103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EA782CD" w14:textId="77777777" w:rsidR="002776C9" w:rsidRDefault="002776C9">
            <w:pPr>
              <w:spacing w:after="0"/>
              <w:jc w:val="center"/>
            </w:pPr>
          </w:p>
        </w:tc>
      </w:tr>
    </w:tbl>
    <w:p w14:paraId="3AB5E1B1" w14:textId="77777777" w:rsidR="002776C9" w:rsidRPr="00414D31" w:rsidRDefault="00000000">
      <w:pPr>
        <w:spacing w:before="60" w:after="20"/>
        <w:jc w:val="right"/>
        <w:rPr>
          <w:szCs w:val="16"/>
          <w:lang w:eastAsia="ko-KR"/>
        </w:rPr>
      </w:pPr>
      <w:r w:rsidRPr="00414D31">
        <w:rPr>
          <w:color w:val="6B7280"/>
          <w:szCs w:val="16"/>
          <w:lang w:eastAsia="ko-KR"/>
        </w:rPr>
        <w:t>출석 ○   지각 △   결석 ×   보강 B</w:t>
      </w:r>
    </w:p>
    <w:p w14:paraId="6EA00409" w14:textId="77777777" w:rsidR="002776C9" w:rsidRDefault="00000000">
      <w:pPr>
        <w:spacing w:before="80" w:after="40"/>
      </w:pPr>
      <w:r>
        <w:rPr>
          <w:color w:val="F17B63"/>
          <w:sz w:val="15"/>
        </w:rPr>
        <w:t xml:space="preserve">■ </w:t>
      </w:r>
      <w:proofErr w:type="spellStart"/>
      <w:r>
        <w:rPr>
          <w:b/>
          <w:color w:val="223454"/>
          <w:sz w:val="21"/>
        </w:rPr>
        <w:t>수업</w:t>
      </w:r>
      <w:proofErr w:type="spellEnd"/>
      <w:r>
        <w:rPr>
          <w:b/>
          <w:color w:val="223454"/>
          <w:sz w:val="21"/>
        </w:rPr>
        <w:t xml:space="preserve"> · </w:t>
      </w:r>
      <w:proofErr w:type="spellStart"/>
      <w:r>
        <w:rPr>
          <w:b/>
          <w:color w:val="223454"/>
          <w:sz w:val="21"/>
        </w:rPr>
        <w:t>출결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메모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72"/>
        <w:gridCol w:w="3872"/>
        <w:gridCol w:w="3872"/>
        <w:gridCol w:w="3872"/>
      </w:tblGrid>
      <w:tr w:rsidR="002776C9" w14:paraId="14F021F5" w14:textId="77777777" w:rsidTr="00414D31">
        <w:trPr>
          <w:trHeight w:hRule="exact" w:val="386"/>
          <w:jc w:val="center"/>
        </w:trPr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0BC7CB14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날짜</w:t>
            </w: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0AC670D9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학생</w:t>
            </w: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79E3D93E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내용</w:t>
            </w: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shd w:val="clear" w:color="auto" w:fill="F7F4EC"/>
            <w:vAlign w:val="center"/>
          </w:tcPr>
          <w:p w14:paraId="35122A5E" w14:textId="77777777" w:rsidR="002776C9" w:rsidRPr="00414D3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414D31">
              <w:rPr>
                <w:b/>
                <w:color w:val="223454"/>
                <w:sz w:val="18"/>
                <w:szCs w:val="18"/>
              </w:rPr>
              <w:t>확인</w:t>
            </w:r>
          </w:p>
        </w:tc>
      </w:tr>
      <w:tr w:rsidR="002776C9" w14:paraId="55EA1A3F" w14:textId="77777777" w:rsidTr="00414D31">
        <w:trPr>
          <w:trHeight w:hRule="exact" w:val="413"/>
          <w:jc w:val="center"/>
        </w:trPr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5B536442" w14:textId="77777777" w:rsidR="002776C9" w:rsidRDefault="002776C9">
            <w:pPr>
              <w:spacing w:after="0"/>
            </w:pP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293A10EB" w14:textId="77777777" w:rsidR="002776C9" w:rsidRDefault="002776C9">
            <w:pPr>
              <w:spacing w:after="0"/>
            </w:pP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33A7D227" w14:textId="77777777" w:rsidR="002776C9" w:rsidRDefault="002776C9">
            <w:pPr>
              <w:spacing w:after="0"/>
            </w:pP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4835E049" w14:textId="77777777" w:rsidR="002776C9" w:rsidRDefault="002776C9">
            <w:pPr>
              <w:spacing w:after="0"/>
            </w:pPr>
          </w:p>
        </w:tc>
      </w:tr>
      <w:tr w:rsidR="002776C9" w14:paraId="36E96B2A" w14:textId="77777777" w:rsidTr="00414D31">
        <w:trPr>
          <w:trHeight w:hRule="exact" w:val="413"/>
          <w:jc w:val="center"/>
        </w:trPr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10FDD8E7" w14:textId="77777777" w:rsidR="002776C9" w:rsidRDefault="002776C9">
            <w:pPr>
              <w:spacing w:after="0"/>
            </w:pP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7576CC9D" w14:textId="77777777" w:rsidR="002776C9" w:rsidRDefault="002776C9">
            <w:pPr>
              <w:spacing w:after="0"/>
            </w:pP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699493CD" w14:textId="77777777" w:rsidR="002776C9" w:rsidRDefault="002776C9">
            <w:pPr>
              <w:spacing w:after="0"/>
            </w:pPr>
          </w:p>
        </w:tc>
        <w:tc>
          <w:tcPr>
            <w:tcW w:w="3872" w:type="dx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vAlign w:val="center"/>
          </w:tcPr>
          <w:p w14:paraId="03F7078D" w14:textId="77777777" w:rsidR="002776C9" w:rsidRDefault="002776C9">
            <w:pPr>
              <w:spacing w:after="0"/>
            </w:pPr>
          </w:p>
        </w:tc>
      </w:tr>
    </w:tbl>
    <w:p w14:paraId="33C0F3EA" w14:textId="77777777" w:rsidR="002776C9" w:rsidRPr="00414D31" w:rsidRDefault="00000000">
      <w:pPr>
        <w:spacing w:before="40" w:after="0"/>
        <w:jc w:val="center"/>
        <w:rPr>
          <w:szCs w:val="16"/>
        </w:rPr>
      </w:pPr>
      <w:r w:rsidRPr="00414D31">
        <w:rPr>
          <w:color w:val="6B7280"/>
          <w:szCs w:val="16"/>
        </w:rPr>
        <w:t>EDUCATION BOX · edu.informationbox.kr</w:t>
      </w:r>
    </w:p>
    <w:sectPr w:rsidR="002776C9" w:rsidRPr="00414D31" w:rsidSect="00034616">
      <w:pgSz w:w="16838" w:h="11906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2347122">
    <w:abstractNumId w:val="8"/>
  </w:num>
  <w:num w:numId="2" w16cid:durableId="1468161308">
    <w:abstractNumId w:val="6"/>
  </w:num>
  <w:num w:numId="3" w16cid:durableId="1541042405">
    <w:abstractNumId w:val="5"/>
  </w:num>
  <w:num w:numId="4" w16cid:durableId="824006073">
    <w:abstractNumId w:val="4"/>
  </w:num>
  <w:num w:numId="5" w16cid:durableId="35081069">
    <w:abstractNumId w:val="7"/>
  </w:num>
  <w:num w:numId="6" w16cid:durableId="1314600087">
    <w:abstractNumId w:val="3"/>
  </w:num>
  <w:num w:numId="7" w16cid:durableId="1567036035">
    <w:abstractNumId w:val="2"/>
  </w:num>
  <w:num w:numId="8" w16cid:durableId="1779638616">
    <w:abstractNumId w:val="1"/>
  </w:num>
  <w:num w:numId="9" w16cid:durableId="161389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6C9"/>
    <w:rsid w:val="0029639D"/>
    <w:rsid w:val="00326F90"/>
    <w:rsid w:val="00414D31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78FE67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2026-10-01T09:16:00Z</dcterms:modified>
  <cp:category/>
</cp:coreProperties>
</file>