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216"/>
        <w:gridCol w:w="5216"/>
      </w:tblGrid>
      <w:tr w:rsidR="001A4D8A" w14:paraId="2499F9EE" w14:textId="77777777">
        <w:trPr>
          <w:trHeight w:hRule="exact" w:val="170"/>
        </w:trPr>
        <w:tc>
          <w:tcPr>
            <w:tcW w:w="5216" w:type="dxa"/>
            <w:tcBorders>
              <w:top w:val="single" w:sz="0" w:space="0" w:color="223454"/>
              <w:left w:val="single" w:sz="0" w:space="0" w:color="223454"/>
              <w:bottom w:val="single" w:sz="0" w:space="0" w:color="223454"/>
              <w:right w:val="single" w:sz="0" w:space="0" w:color="223454"/>
            </w:tcBorders>
            <w:shd w:val="clear" w:color="auto" w:fill="223454"/>
          </w:tcPr>
          <w:p w14:paraId="630C2EBC" w14:textId="77777777" w:rsidR="001A4D8A" w:rsidRDefault="001A4D8A"/>
        </w:tc>
        <w:tc>
          <w:tcPr>
            <w:tcW w:w="5216" w:type="dxa"/>
            <w:tcBorders>
              <w:top w:val="single" w:sz="0" w:space="0" w:color="F17B63"/>
              <w:left w:val="single" w:sz="0" w:space="0" w:color="F17B63"/>
              <w:bottom w:val="single" w:sz="0" w:space="0" w:color="F17B63"/>
              <w:right w:val="single" w:sz="0" w:space="0" w:color="F17B63"/>
            </w:tcBorders>
            <w:shd w:val="clear" w:color="auto" w:fill="F17B63"/>
          </w:tcPr>
          <w:p w14:paraId="6569BD8F" w14:textId="77777777" w:rsidR="001A4D8A" w:rsidRDefault="001A4D8A"/>
        </w:tc>
      </w:tr>
    </w:tbl>
    <w:p w14:paraId="4215F747" w14:textId="77777777" w:rsidR="001A4D8A" w:rsidRDefault="00000000">
      <w:pPr>
        <w:spacing w:before="100" w:after="0"/>
      </w:pPr>
      <w:r>
        <w:rPr>
          <w:b/>
          <w:color w:val="F17B63"/>
        </w:rPr>
        <w:t>ACADEMY REFUND REQUEST</w:t>
      </w:r>
    </w:p>
    <w:p w14:paraId="5FBC3422" w14:textId="77777777" w:rsidR="001A4D8A" w:rsidRDefault="00000000">
      <w:pPr>
        <w:spacing w:after="60"/>
      </w:pPr>
      <w:r>
        <w:rPr>
          <w:b/>
          <w:color w:val="223454"/>
          <w:sz w:val="46"/>
        </w:rPr>
        <w:t>학원 환불신청서</w:t>
      </w:r>
    </w:p>
    <w:p w14:paraId="5228F848" w14:textId="77777777" w:rsidR="001A4D8A" w:rsidRDefault="00000000">
      <w:pPr>
        <w:spacing w:before="90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신청자 · 학생 정보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3373"/>
        <w:gridCol w:w="1872"/>
        <w:gridCol w:w="3344"/>
      </w:tblGrid>
      <w:tr w:rsidR="001A4D8A" w14:paraId="1E8526CD" w14:textId="77777777" w:rsidTr="00D51AC6">
        <w:trPr>
          <w:trHeight w:hRule="exact" w:val="494"/>
          <w:jc w:val="center"/>
        </w:trPr>
        <w:tc>
          <w:tcPr>
            <w:tcW w:w="184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8C9CCA2" w14:textId="77777777" w:rsidR="001A4D8A" w:rsidRDefault="00000000" w:rsidP="00D51AC6">
            <w:pPr>
              <w:spacing w:after="0"/>
              <w:jc w:val="center"/>
            </w:pPr>
            <w:proofErr w:type="spellStart"/>
            <w:r>
              <w:rPr>
                <w:b/>
                <w:color w:val="223454"/>
                <w:sz w:val="16"/>
              </w:rPr>
              <w:t>학생</w:t>
            </w:r>
            <w:proofErr w:type="spellEnd"/>
            <w:r>
              <w:rPr>
                <w:b/>
                <w:color w:val="223454"/>
                <w:sz w:val="16"/>
              </w:rPr>
              <w:t xml:space="preserve"> </w:t>
            </w:r>
            <w:proofErr w:type="spellStart"/>
            <w:r>
              <w:rPr>
                <w:b/>
                <w:color w:val="223454"/>
                <w:sz w:val="16"/>
              </w:rPr>
              <w:t>이름</w:t>
            </w:r>
            <w:proofErr w:type="spellEnd"/>
          </w:p>
        </w:tc>
        <w:tc>
          <w:tcPr>
            <w:tcW w:w="337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0BC1A99" w14:textId="77777777" w:rsidR="001A4D8A" w:rsidRDefault="001A4D8A">
            <w:pPr>
              <w:spacing w:after="0"/>
            </w:pPr>
          </w:p>
        </w:tc>
        <w:tc>
          <w:tcPr>
            <w:tcW w:w="187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B553ED2" w14:textId="77777777" w:rsidR="001A4D8A" w:rsidRDefault="00000000" w:rsidP="00D51AC6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학년</w:t>
            </w:r>
          </w:p>
        </w:tc>
        <w:tc>
          <w:tcPr>
            <w:tcW w:w="334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6057AC98" w14:textId="77777777" w:rsidR="001A4D8A" w:rsidRDefault="001A4D8A">
            <w:pPr>
              <w:spacing w:after="0"/>
            </w:pPr>
          </w:p>
        </w:tc>
      </w:tr>
      <w:tr w:rsidR="001A4D8A" w14:paraId="2155439F" w14:textId="77777777" w:rsidTr="00D51AC6">
        <w:trPr>
          <w:trHeight w:hRule="exact" w:val="494"/>
          <w:jc w:val="center"/>
        </w:trPr>
        <w:tc>
          <w:tcPr>
            <w:tcW w:w="184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52E494E" w14:textId="77777777" w:rsidR="001A4D8A" w:rsidRDefault="00000000" w:rsidP="00D51AC6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보호자 이름</w:t>
            </w:r>
          </w:p>
        </w:tc>
        <w:tc>
          <w:tcPr>
            <w:tcW w:w="337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0BBF3671" w14:textId="77777777" w:rsidR="001A4D8A" w:rsidRDefault="001A4D8A">
            <w:pPr>
              <w:spacing w:after="0"/>
            </w:pPr>
          </w:p>
        </w:tc>
        <w:tc>
          <w:tcPr>
            <w:tcW w:w="187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1983F54" w14:textId="77777777" w:rsidR="001A4D8A" w:rsidRDefault="00000000" w:rsidP="00D51AC6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연락처</w:t>
            </w:r>
          </w:p>
        </w:tc>
        <w:tc>
          <w:tcPr>
            <w:tcW w:w="334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08C24ECA" w14:textId="77777777" w:rsidR="001A4D8A" w:rsidRDefault="001A4D8A">
            <w:pPr>
              <w:spacing w:after="0"/>
            </w:pPr>
          </w:p>
        </w:tc>
      </w:tr>
      <w:tr w:rsidR="001A4D8A" w14:paraId="68DC69B5" w14:textId="77777777" w:rsidTr="00D51AC6">
        <w:trPr>
          <w:trHeight w:hRule="exact" w:val="494"/>
          <w:jc w:val="center"/>
        </w:trPr>
        <w:tc>
          <w:tcPr>
            <w:tcW w:w="184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F0FF2FE" w14:textId="77777777" w:rsidR="001A4D8A" w:rsidRDefault="00000000" w:rsidP="00D51AC6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신청일</w:t>
            </w:r>
          </w:p>
        </w:tc>
        <w:tc>
          <w:tcPr>
            <w:tcW w:w="337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01E9D803" w14:textId="77777777" w:rsidR="001A4D8A" w:rsidRDefault="001A4D8A">
            <w:pPr>
              <w:spacing w:after="0"/>
            </w:pPr>
          </w:p>
        </w:tc>
        <w:tc>
          <w:tcPr>
            <w:tcW w:w="187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310A77C" w14:textId="77777777" w:rsidR="001A4D8A" w:rsidRDefault="00000000" w:rsidP="00D51AC6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담당 강사</w:t>
            </w:r>
          </w:p>
        </w:tc>
        <w:tc>
          <w:tcPr>
            <w:tcW w:w="334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0F602F6" w14:textId="77777777" w:rsidR="001A4D8A" w:rsidRDefault="001A4D8A">
            <w:pPr>
              <w:spacing w:after="0"/>
            </w:pPr>
          </w:p>
        </w:tc>
      </w:tr>
    </w:tbl>
    <w:p w14:paraId="6AD02EDA" w14:textId="77777777" w:rsidR="001A4D8A" w:rsidRDefault="00000000">
      <w:pPr>
        <w:spacing w:before="90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2"/>
        </w:rPr>
        <w:t>수강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정보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3373"/>
        <w:gridCol w:w="1872"/>
        <w:gridCol w:w="3344"/>
      </w:tblGrid>
      <w:tr w:rsidR="001A4D8A" w14:paraId="5BCAEE9F" w14:textId="77777777" w:rsidTr="00D51AC6">
        <w:trPr>
          <w:trHeight w:hRule="exact" w:val="539"/>
          <w:jc w:val="center"/>
        </w:trPr>
        <w:tc>
          <w:tcPr>
            <w:tcW w:w="184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FA242D4" w14:textId="77777777" w:rsidR="001A4D8A" w:rsidRDefault="00000000" w:rsidP="00D51AC6">
            <w:pPr>
              <w:spacing w:after="0"/>
              <w:jc w:val="center"/>
            </w:pPr>
            <w:proofErr w:type="spellStart"/>
            <w:r>
              <w:rPr>
                <w:b/>
                <w:color w:val="223454"/>
                <w:sz w:val="16"/>
              </w:rPr>
              <w:t>수강</w:t>
            </w:r>
            <w:proofErr w:type="spellEnd"/>
            <w:r>
              <w:rPr>
                <w:b/>
                <w:color w:val="223454"/>
                <w:sz w:val="16"/>
              </w:rPr>
              <w:t xml:space="preserve"> </w:t>
            </w:r>
            <w:proofErr w:type="spellStart"/>
            <w:r>
              <w:rPr>
                <w:b/>
                <w:color w:val="223454"/>
                <w:sz w:val="16"/>
              </w:rPr>
              <w:t>과목</w:t>
            </w:r>
            <w:proofErr w:type="spellEnd"/>
          </w:p>
        </w:tc>
        <w:tc>
          <w:tcPr>
            <w:tcW w:w="337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1EEA8C92" w14:textId="77777777" w:rsidR="001A4D8A" w:rsidRDefault="001A4D8A">
            <w:pPr>
              <w:spacing w:after="0"/>
            </w:pPr>
          </w:p>
        </w:tc>
        <w:tc>
          <w:tcPr>
            <w:tcW w:w="187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71F7071" w14:textId="77777777" w:rsidR="001A4D8A" w:rsidRDefault="00000000" w:rsidP="00D51AC6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수강 반·레벨</w:t>
            </w:r>
          </w:p>
        </w:tc>
        <w:tc>
          <w:tcPr>
            <w:tcW w:w="334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7C2969C0" w14:textId="77777777" w:rsidR="001A4D8A" w:rsidRDefault="001A4D8A">
            <w:pPr>
              <w:spacing w:after="0"/>
            </w:pPr>
          </w:p>
        </w:tc>
      </w:tr>
      <w:tr w:rsidR="001A4D8A" w14:paraId="5E2D774F" w14:textId="77777777" w:rsidTr="00D51AC6">
        <w:trPr>
          <w:trHeight w:hRule="exact" w:val="539"/>
          <w:jc w:val="center"/>
        </w:trPr>
        <w:tc>
          <w:tcPr>
            <w:tcW w:w="184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3313DFB" w14:textId="77777777" w:rsidR="001A4D8A" w:rsidRDefault="00000000" w:rsidP="00D51AC6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수업 요일</w:t>
            </w:r>
          </w:p>
        </w:tc>
        <w:tc>
          <w:tcPr>
            <w:tcW w:w="337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63236F18" w14:textId="77777777" w:rsidR="001A4D8A" w:rsidRDefault="001A4D8A">
            <w:pPr>
              <w:spacing w:after="0"/>
            </w:pPr>
          </w:p>
        </w:tc>
        <w:tc>
          <w:tcPr>
            <w:tcW w:w="187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169CC4D" w14:textId="77777777" w:rsidR="001A4D8A" w:rsidRDefault="00000000" w:rsidP="00D51AC6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수업 시간</w:t>
            </w:r>
          </w:p>
        </w:tc>
        <w:tc>
          <w:tcPr>
            <w:tcW w:w="334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2CF84FC" w14:textId="77777777" w:rsidR="001A4D8A" w:rsidRDefault="001A4D8A">
            <w:pPr>
              <w:spacing w:after="0"/>
            </w:pPr>
          </w:p>
        </w:tc>
      </w:tr>
      <w:tr w:rsidR="001A4D8A" w14:paraId="0D974E38" w14:textId="77777777" w:rsidTr="00D51AC6">
        <w:trPr>
          <w:trHeight w:hRule="exact" w:val="539"/>
          <w:jc w:val="center"/>
        </w:trPr>
        <w:tc>
          <w:tcPr>
            <w:tcW w:w="184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14701A5" w14:textId="77777777" w:rsidR="001A4D8A" w:rsidRDefault="00000000" w:rsidP="00D51AC6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수강 시작일</w:t>
            </w:r>
          </w:p>
        </w:tc>
        <w:tc>
          <w:tcPr>
            <w:tcW w:w="337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6C16D8A7" w14:textId="77777777" w:rsidR="001A4D8A" w:rsidRDefault="001A4D8A">
            <w:pPr>
              <w:spacing w:after="0"/>
            </w:pPr>
          </w:p>
        </w:tc>
        <w:tc>
          <w:tcPr>
            <w:tcW w:w="187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38263F9" w14:textId="77777777" w:rsidR="001A4D8A" w:rsidRDefault="00000000" w:rsidP="00D51AC6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환불 요청일</w:t>
            </w:r>
          </w:p>
        </w:tc>
        <w:tc>
          <w:tcPr>
            <w:tcW w:w="334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7C42111C" w14:textId="77777777" w:rsidR="001A4D8A" w:rsidRDefault="001A4D8A">
            <w:pPr>
              <w:spacing w:after="0"/>
            </w:pPr>
          </w:p>
        </w:tc>
      </w:tr>
      <w:tr w:rsidR="001A4D8A" w14:paraId="1B4AD228" w14:textId="77777777" w:rsidTr="00D51AC6">
        <w:trPr>
          <w:trHeight w:hRule="exact" w:val="539"/>
          <w:jc w:val="center"/>
        </w:trPr>
        <w:tc>
          <w:tcPr>
            <w:tcW w:w="184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0A07551" w14:textId="77777777" w:rsidR="001A4D8A" w:rsidRDefault="00000000" w:rsidP="00D51AC6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결제 금액</w:t>
            </w:r>
          </w:p>
        </w:tc>
        <w:tc>
          <w:tcPr>
            <w:tcW w:w="337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26C15608" w14:textId="77777777" w:rsidR="001A4D8A" w:rsidRDefault="001A4D8A">
            <w:pPr>
              <w:spacing w:after="0"/>
            </w:pPr>
          </w:p>
        </w:tc>
        <w:tc>
          <w:tcPr>
            <w:tcW w:w="187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20E2DD3" w14:textId="77777777" w:rsidR="001A4D8A" w:rsidRDefault="00000000" w:rsidP="00D51AC6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결제 방법</w:t>
            </w:r>
          </w:p>
        </w:tc>
        <w:tc>
          <w:tcPr>
            <w:tcW w:w="334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5500D07B" w14:textId="77777777" w:rsidR="001A4D8A" w:rsidRDefault="00000000">
            <w:pPr>
              <w:spacing w:after="0"/>
              <w:rPr>
                <w:lang w:eastAsia="ko-KR"/>
              </w:rPr>
            </w:pPr>
            <w:r>
              <w:rPr>
                <w:color w:val="223454"/>
                <w:sz w:val="16"/>
                <w:lang w:eastAsia="ko-KR"/>
              </w:rPr>
              <w:t xml:space="preserve">□ </w:t>
            </w:r>
            <w:proofErr w:type="gramStart"/>
            <w:r>
              <w:rPr>
                <w:color w:val="223454"/>
                <w:sz w:val="16"/>
                <w:lang w:eastAsia="ko-KR"/>
              </w:rPr>
              <w:t>카드  □</w:t>
            </w:r>
            <w:proofErr w:type="gramEnd"/>
            <w:r>
              <w:rPr>
                <w:color w:val="223454"/>
                <w:sz w:val="16"/>
                <w:lang w:eastAsia="ko-KR"/>
              </w:rPr>
              <w:t xml:space="preserve"> </w:t>
            </w:r>
            <w:proofErr w:type="gramStart"/>
            <w:r>
              <w:rPr>
                <w:color w:val="223454"/>
                <w:sz w:val="16"/>
                <w:lang w:eastAsia="ko-KR"/>
              </w:rPr>
              <w:t>계좌이체  □</w:t>
            </w:r>
            <w:proofErr w:type="gramEnd"/>
            <w:r>
              <w:rPr>
                <w:color w:val="223454"/>
                <w:sz w:val="16"/>
                <w:lang w:eastAsia="ko-KR"/>
              </w:rPr>
              <w:t xml:space="preserve"> </w:t>
            </w:r>
            <w:proofErr w:type="gramStart"/>
            <w:r>
              <w:rPr>
                <w:color w:val="223454"/>
                <w:sz w:val="16"/>
                <w:lang w:eastAsia="ko-KR"/>
              </w:rPr>
              <w:t>현금  □</w:t>
            </w:r>
            <w:proofErr w:type="gramEnd"/>
            <w:r>
              <w:rPr>
                <w:color w:val="223454"/>
                <w:sz w:val="16"/>
                <w:lang w:eastAsia="ko-KR"/>
              </w:rPr>
              <w:t xml:space="preserve"> 기타</w:t>
            </w:r>
          </w:p>
        </w:tc>
      </w:tr>
    </w:tbl>
    <w:p w14:paraId="206D0959" w14:textId="77777777" w:rsidR="001A4D8A" w:rsidRDefault="00000000">
      <w:pPr>
        <w:spacing w:before="90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2"/>
        </w:rPr>
        <w:t>환불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신청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내용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16"/>
        <w:gridCol w:w="5216"/>
      </w:tblGrid>
      <w:tr w:rsidR="001A4D8A" w14:paraId="35E57BBC" w14:textId="77777777" w:rsidTr="00D51AC6">
        <w:trPr>
          <w:trHeight w:hRule="exact" w:val="563"/>
          <w:jc w:val="center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20C5362" w14:textId="77777777" w:rsidR="001A4D8A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환불 사유</w:t>
            </w:r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DE784FB" w14:textId="77777777" w:rsidR="001A4D8A" w:rsidRDefault="00000000">
            <w:pPr>
              <w:spacing w:after="0"/>
              <w:rPr>
                <w:lang w:eastAsia="ko-KR"/>
              </w:rPr>
            </w:pPr>
            <w:r>
              <w:rPr>
                <w:color w:val="223454"/>
                <w:sz w:val="16"/>
                <w:lang w:eastAsia="ko-KR"/>
              </w:rPr>
              <w:t xml:space="preserve">□ 일정 </w:t>
            </w:r>
            <w:proofErr w:type="gramStart"/>
            <w:r>
              <w:rPr>
                <w:color w:val="223454"/>
                <w:sz w:val="16"/>
                <w:lang w:eastAsia="ko-KR"/>
              </w:rPr>
              <w:t>변경  □</w:t>
            </w:r>
            <w:proofErr w:type="gramEnd"/>
            <w:r>
              <w:rPr>
                <w:color w:val="223454"/>
                <w:sz w:val="16"/>
                <w:lang w:eastAsia="ko-KR"/>
              </w:rPr>
              <w:t xml:space="preserve"> 학습 </w:t>
            </w:r>
            <w:proofErr w:type="gramStart"/>
            <w:r>
              <w:rPr>
                <w:color w:val="223454"/>
                <w:sz w:val="16"/>
                <w:lang w:eastAsia="ko-KR"/>
              </w:rPr>
              <w:t>중단  □</w:t>
            </w:r>
            <w:proofErr w:type="gramEnd"/>
            <w:r>
              <w:rPr>
                <w:color w:val="223454"/>
                <w:sz w:val="16"/>
                <w:lang w:eastAsia="ko-KR"/>
              </w:rPr>
              <w:t xml:space="preserve"> 이사·</w:t>
            </w:r>
            <w:proofErr w:type="gramStart"/>
            <w:r>
              <w:rPr>
                <w:color w:val="223454"/>
                <w:sz w:val="16"/>
                <w:lang w:eastAsia="ko-KR"/>
              </w:rPr>
              <w:t>전학  □</w:t>
            </w:r>
            <w:proofErr w:type="gramEnd"/>
            <w:r>
              <w:rPr>
                <w:color w:val="223454"/>
                <w:sz w:val="16"/>
                <w:lang w:eastAsia="ko-KR"/>
              </w:rPr>
              <w:t xml:space="preserve"> 개인 </w:t>
            </w:r>
            <w:proofErr w:type="gramStart"/>
            <w:r>
              <w:rPr>
                <w:color w:val="223454"/>
                <w:sz w:val="16"/>
                <w:lang w:eastAsia="ko-KR"/>
              </w:rPr>
              <w:t>사정  □</w:t>
            </w:r>
            <w:proofErr w:type="gramEnd"/>
            <w:r>
              <w:rPr>
                <w:color w:val="223454"/>
                <w:sz w:val="16"/>
                <w:lang w:eastAsia="ko-KR"/>
              </w:rPr>
              <w:t xml:space="preserve"> 기타</w:t>
            </w:r>
          </w:p>
        </w:tc>
      </w:tr>
      <w:tr w:rsidR="001A4D8A" w14:paraId="593DB3B7" w14:textId="77777777" w:rsidTr="00D51AC6">
        <w:trPr>
          <w:trHeight w:hRule="exact" w:val="818"/>
          <w:jc w:val="center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FC89A29" w14:textId="77777777" w:rsidR="001A4D8A" w:rsidRDefault="00000000">
            <w:pPr>
              <w:spacing w:after="0"/>
            </w:pPr>
            <w:proofErr w:type="spellStart"/>
            <w:r>
              <w:rPr>
                <w:b/>
                <w:color w:val="223454"/>
                <w:sz w:val="16"/>
              </w:rPr>
              <w:t>상세</w:t>
            </w:r>
            <w:proofErr w:type="spellEnd"/>
            <w:r>
              <w:rPr>
                <w:b/>
                <w:color w:val="223454"/>
                <w:sz w:val="16"/>
              </w:rPr>
              <w:t xml:space="preserve"> </w:t>
            </w:r>
            <w:proofErr w:type="spellStart"/>
            <w:r>
              <w:rPr>
                <w:b/>
                <w:color w:val="223454"/>
                <w:sz w:val="16"/>
              </w:rPr>
              <w:t>사유</w:t>
            </w:r>
            <w:proofErr w:type="spellEnd"/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DCEFFF3" w14:textId="77777777" w:rsidR="001A4D8A" w:rsidRDefault="001A4D8A">
            <w:pPr>
              <w:spacing w:after="0"/>
            </w:pPr>
          </w:p>
        </w:tc>
      </w:tr>
      <w:tr w:rsidR="001A4D8A" w14:paraId="002D4418" w14:textId="77777777" w:rsidTr="00D51AC6">
        <w:trPr>
          <w:trHeight w:hRule="exact" w:val="563"/>
          <w:jc w:val="center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F24544A" w14:textId="77777777" w:rsidR="001A4D8A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마지막 수강일</w:t>
            </w:r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FC26870" w14:textId="77777777" w:rsidR="001A4D8A" w:rsidRDefault="001A4D8A">
            <w:pPr>
              <w:spacing w:after="0"/>
            </w:pPr>
          </w:p>
        </w:tc>
      </w:tr>
    </w:tbl>
    <w:p w14:paraId="6399F10F" w14:textId="77777777" w:rsidR="001A4D8A" w:rsidRDefault="00000000">
      <w:pPr>
        <w:spacing w:before="90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환불 계좌 정보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41"/>
        <w:gridCol w:w="1741"/>
        <w:gridCol w:w="1741"/>
        <w:gridCol w:w="1741"/>
        <w:gridCol w:w="1741"/>
        <w:gridCol w:w="1741"/>
      </w:tblGrid>
      <w:tr w:rsidR="001A4D8A" w14:paraId="3AAE9744" w14:textId="77777777" w:rsidTr="00D51AC6">
        <w:trPr>
          <w:trHeight w:hRule="exact" w:val="471"/>
          <w:jc w:val="center"/>
        </w:trPr>
        <w:tc>
          <w:tcPr>
            <w:tcW w:w="174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3C1A9F7" w14:textId="77777777" w:rsidR="001A4D8A" w:rsidRDefault="00000000">
            <w:pPr>
              <w:spacing w:after="0"/>
            </w:pPr>
            <w:r>
              <w:rPr>
                <w:b/>
                <w:color w:val="223454"/>
                <w:sz w:val="15"/>
              </w:rPr>
              <w:t>은행명</w:t>
            </w:r>
          </w:p>
        </w:tc>
        <w:tc>
          <w:tcPr>
            <w:tcW w:w="174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57A21E9A" w14:textId="77777777" w:rsidR="001A4D8A" w:rsidRDefault="001A4D8A">
            <w:pPr>
              <w:spacing w:after="0"/>
            </w:pPr>
          </w:p>
        </w:tc>
        <w:tc>
          <w:tcPr>
            <w:tcW w:w="174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17CEACB" w14:textId="77777777" w:rsidR="001A4D8A" w:rsidRDefault="00000000">
            <w:pPr>
              <w:spacing w:after="0"/>
            </w:pPr>
            <w:r>
              <w:rPr>
                <w:b/>
                <w:color w:val="223454"/>
                <w:sz w:val="15"/>
              </w:rPr>
              <w:t>계좌번호</w:t>
            </w:r>
          </w:p>
        </w:tc>
        <w:tc>
          <w:tcPr>
            <w:tcW w:w="174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0480FFD" w14:textId="77777777" w:rsidR="001A4D8A" w:rsidRDefault="001A4D8A">
            <w:pPr>
              <w:spacing w:after="0"/>
            </w:pPr>
          </w:p>
        </w:tc>
        <w:tc>
          <w:tcPr>
            <w:tcW w:w="174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79A3720" w14:textId="77777777" w:rsidR="001A4D8A" w:rsidRDefault="00000000">
            <w:pPr>
              <w:spacing w:after="0"/>
            </w:pPr>
            <w:r>
              <w:rPr>
                <w:b/>
                <w:color w:val="223454"/>
                <w:sz w:val="15"/>
              </w:rPr>
              <w:t>예금주</w:t>
            </w:r>
          </w:p>
        </w:tc>
        <w:tc>
          <w:tcPr>
            <w:tcW w:w="174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5241A047" w14:textId="77777777" w:rsidR="001A4D8A" w:rsidRDefault="001A4D8A">
            <w:pPr>
              <w:spacing w:after="0"/>
            </w:pPr>
          </w:p>
        </w:tc>
      </w:tr>
      <w:tr w:rsidR="001A4D8A" w14:paraId="66FFFF6F" w14:textId="77777777" w:rsidTr="00D51AC6">
        <w:trPr>
          <w:trHeight w:hRule="exact" w:val="471"/>
          <w:jc w:val="center"/>
        </w:trPr>
        <w:tc>
          <w:tcPr>
            <w:tcW w:w="174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6EDCC84" w14:textId="77777777" w:rsidR="001A4D8A" w:rsidRDefault="00000000">
            <w:pPr>
              <w:spacing w:after="0"/>
            </w:pPr>
            <w:r>
              <w:rPr>
                <w:b/>
                <w:color w:val="223454"/>
                <w:sz w:val="15"/>
              </w:rPr>
              <w:t>환불 예정액</w:t>
            </w:r>
          </w:p>
        </w:tc>
        <w:tc>
          <w:tcPr>
            <w:tcW w:w="174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7BCBC25C" w14:textId="77777777" w:rsidR="001A4D8A" w:rsidRDefault="001A4D8A">
            <w:pPr>
              <w:spacing w:after="0"/>
            </w:pPr>
          </w:p>
        </w:tc>
        <w:tc>
          <w:tcPr>
            <w:tcW w:w="174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2EC3E87" w14:textId="77777777" w:rsidR="001A4D8A" w:rsidRDefault="00000000">
            <w:pPr>
              <w:spacing w:after="0"/>
            </w:pPr>
            <w:r>
              <w:rPr>
                <w:b/>
                <w:color w:val="223454"/>
                <w:sz w:val="15"/>
              </w:rPr>
              <w:t>환불 예정일</w:t>
            </w:r>
          </w:p>
        </w:tc>
        <w:tc>
          <w:tcPr>
            <w:tcW w:w="174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C27ABAA" w14:textId="77777777" w:rsidR="001A4D8A" w:rsidRDefault="001A4D8A">
            <w:pPr>
              <w:spacing w:after="0"/>
            </w:pPr>
          </w:p>
        </w:tc>
        <w:tc>
          <w:tcPr>
            <w:tcW w:w="174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8F184CE" w14:textId="77777777" w:rsidR="001A4D8A" w:rsidRDefault="00000000">
            <w:pPr>
              <w:spacing w:after="0"/>
            </w:pPr>
            <w:r>
              <w:rPr>
                <w:b/>
                <w:color w:val="223454"/>
                <w:sz w:val="15"/>
              </w:rPr>
              <w:t>처리 담당자</w:t>
            </w:r>
          </w:p>
        </w:tc>
        <w:tc>
          <w:tcPr>
            <w:tcW w:w="174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5480A9D4" w14:textId="77777777" w:rsidR="001A4D8A" w:rsidRDefault="001A4D8A">
            <w:pPr>
              <w:spacing w:after="0"/>
            </w:pPr>
          </w:p>
        </w:tc>
      </w:tr>
    </w:tbl>
    <w:p w14:paraId="05F721DD" w14:textId="77777777" w:rsidR="001A4D8A" w:rsidRDefault="00000000">
      <w:pPr>
        <w:spacing w:before="90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환불 처리 확인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08"/>
        <w:gridCol w:w="5208"/>
      </w:tblGrid>
      <w:tr w:rsidR="001A4D8A" w14:paraId="22B2EECC" w14:textId="77777777" w:rsidTr="00D51AC6">
        <w:trPr>
          <w:trHeight w:hRule="exact" w:val="524"/>
          <w:jc w:val="center"/>
        </w:trPr>
        <w:tc>
          <w:tcPr>
            <w:tcW w:w="52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4DADB45" w14:textId="77777777" w:rsidR="001A4D8A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환불 기준 확인</w:t>
            </w:r>
          </w:p>
        </w:tc>
        <w:tc>
          <w:tcPr>
            <w:tcW w:w="52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B1AEAEB" w14:textId="77777777" w:rsidR="001A4D8A" w:rsidRDefault="00000000">
            <w:pPr>
              <w:spacing w:after="0"/>
              <w:rPr>
                <w:lang w:eastAsia="ko-KR"/>
              </w:rPr>
            </w:pPr>
            <w:r>
              <w:rPr>
                <w:color w:val="223454"/>
                <w:sz w:val="16"/>
                <w:lang w:eastAsia="ko-KR"/>
              </w:rPr>
              <w:t>□ 학원 환불 규정 및 환불 산정 기준을 확인했습니다.</w:t>
            </w:r>
          </w:p>
        </w:tc>
      </w:tr>
      <w:tr w:rsidR="001A4D8A" w14:paraId="0550891D" w14:textId="77777777" w:rsidTr="00D51AC6">
        <w:trPr>
          <w:trHeight w:hRule="exact" w:val="524"/>
          <w:jc w:val="center"/>
        </w:trPr>
        <w:tc>
          <w:tcPr>
            <w:tcW w:w="52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57FCF24" w14:textId="77777777" w:rsidR="001A4D8A" w:rsidRDefault="00000000">
            <w:pPr>
              <w:spacing w:after="0"/>
            </w:pPr>
            <w:proofErr w:type="spellStart"/>
            <w:r>
              <w:rPr>
                <w:b/>
                <w:color w:val="223454"/>
                <w:sz w:val="16"/>
              </w:rPr>
              <w:t>공제·차감</w:t>
            </w:r>
            <w:proofErr w:type="spellEnd"/>
            <w:r>
              <w:rPr>
                <w:b/>
                <w:color w:val="223454"/>
                <w:sz w:val="16"/>
              </w:rPr>
              <w:t xml:space="preserve"> </w:t>
            </w:r>
            <w:proofErr w:type="spellStart"/>
            <w:r>
              <w:rPr>
                <w:b/>
                <w:color w:val="223454"/>
                <w:sz w:val="16"/>
              </w:rPr>
              <w:t>내역</w:t>
            </w:r>
            <w:proofErr w:type="spellEnd"/>
          </w:p>
        </w:tc>
        <w:tc>
          <w:tcPr>
            <w:tcW w:w="52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33A7969" w14:textId="77777777" w:rsidR="001A4D8A" w:rsidRDefault="001A4D8A">
            <w:pPr>
              <w:spacing w:after="0"/>
            </w:pPr>
          </w:p>
        </w:tc>
      </w:tr>
      <w:tr w:rsidR="001A4D8A" w14:paraId="6894FD73" w14:textId="77777777" w:rsidTr="00D51AC6">
        <w:trPr>
          <w:trHeight w:hRule="exact" w:val="524"/>
          <w:jc w:val="center"/>
        </w:trPr>
        <w:tc>
          <w:tcPr>
            <w:tcW w:w="52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DA8DA73" w14:textId="77777777" w:rsidR="001A4D8A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최종 환불 금액</w:t>
            </w:r>
          </w:p>
        </w:tc>
        <w:tc>
          <w:tcPr>
            <w:tcW w:w="52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1D16177" w14:textId="77777777" w:rsidR="001A4D8A" w:rsidRDefault="001A4D8A">
            <w:pPr>
              <w:spacing w:after="0"/>
            </w:pPr>
          </w:p>
        </w:tc>
      </w:tr>
      <w:tr w:rsidR="001A4D8A" w14:paraId="218296FF" w14:textId="77777777" w:rsidTr="00D51AC6">
        <w:trPr>
          <w:trHeight w:hRule="exact" w:val="649"/>
          <w:jc w:val="center"/>
        </w:trPr>
        <w:tc>
          <w:tcPr>
            <w:tcW w:w="52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6CC2235" w14:textId="77777777" w:rsidR="001A4D8A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처리 메모</w:t>
            </w:r>
          </w:p>
        </w:tc>
        <w:tc>
          <w:tcPr>
            <w:tcW w:w="52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04927A4" w14:textId="77777777" w:rsidR="001A4D8A" w:rsidRDefault="001A4D8A">
            <w:pPr>
              <w:spacing w:after="0"/>
            </w:pPr>
          </w:p>
        </w:tc>
      </w:tr>
    </w:tbl>
    <w:p w14:paraId="29E77500" w14:textId="77777777" w:rsidR="001A4D8A" w:rsidRDefault="00000000">
      <w:pPr>
        <w:spacing w:before="90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신청 · 확인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08"/>
        <w:gridCol w:w="2608"/>
        <w:gridCol w:w="2608"/>
        <w:gridCol w:w="2608"/>
      </w:tblGrid>
      <w:tr w:rsidR="001A4D8A" w14:paraId="5E7797C2" w14:textId="77777777">
        <w:trPr>
          <w:trHeight w:hRule="exact" w:val="510"/>
          <w:jc w:val="center"/>
        </w:trPr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F805BF7" w14:textId="77777777" w:rsidR="001A4D8A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보호자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6A54D9D6" w14:textId="77777777" w:rsidR="001A4D8A" w:rsidRDefault="00000000" w:rsidP="00D51AC6">
            <w:pPr>
              <w:spacing w:after="0"/>
              <w:jc w:val="right"/>
            </w:pPr>
            <w:r>
              <w:rPr>
                <w:color w:val="223454"/>
                <w:sz w:val="16"/>
              </w:rPr>
              <w:t>(서명)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435CF0B" w14:textId="77777777" w:rsidR="001A4D8A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신청일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2F54ACD8" w14:textId="77777777" w:rsidR="001A4D8A" w:rsidRDefault="001A4D8A">
            <w:pPr>
              <w:spacing w:after="0"/>
            </w:pPr>
          </w:p>
        </w:tc>
      </w:tr>
      <w:tr w:rsidR="001A4D8A" w14:paraId="171852CA" w14:textId="77777777">
        <w:trPr>
          <w:trHeight w:hRule="exact" w:val="510"/>
          <w:jc w:val="center"/>
        </w:trPr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D05DDA5" w14:textId="77777777" w:rsidR="001A4D8A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학원 확인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5514D98F" w14:textId="77777777" w:rsidR="001A4D8A" w:rsidRDefault="00000000" w:rsidP="00D51AC6">
            <w:pPr>
              <w:spacing w:after="0"/>
              <w:jc w:val="right"/>
            </w:pPr>
            <w:r>
              <w:rPr>
                <w:color w:val="223454"/>
                <w:sz w:val="16"/>
              </w:rPr>
              <w:t>(서명)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BEB1BE4" w14:textId="77777777" w:rsidR="001A4D8A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처리일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2599C49C" w14:textId="77777777" w:rsidR="001A4D8A" w:rsidRDefault="001A4D8A">
            <w:pPr>
              <w:spacing w:after="0"/>
            </w:pPr>
          </w:p>
        </w:tc>
      </w:tr>
    </w:tbl>
    <w:p w14:paraId="1B2CD91D" w14:textId="77777777" w:rsidR="001A4D8A" w:rsidRDefault="00000000">
      <w:pPr>
        <w:spacing w:before="60"/>
        <w:jc w:val="center"/>
        <w:rPr>
          <w:lang w:eastAsia="ko-KR"/>
        </w:rPr>
      </w:pPr>
      <w:r>
        <w:rPr>
          <w:color w:val="6B7280"/>
          <w:sz w:val="14"/>
          <w:lang w:eastAsia="ko-KR"/>
        </w:rPr>
        <w:t>※ 실제 환불 금액과 처리 기준은 해당 학원의 환불 규정 및 관련 기준에 따라 확인해 주세요.</w:t>
      </w:r>
    </w:p>
    <w:p w14:paraId="2291FD30" w14:textId="77777777" w:rsidR="001A4D8A" w:rsidRPr="00D51AC6" w:rsidRDefault="00000000">
      <w:pPr>
        <w:spacing w:before="20" w:after="0"/>
        <w:jc w:val="center"/>
        <w:rPr>
          <w:sz w:val="16"/>
          <w:szCs w:val="16"/>
        </w:rPr>
      </w:pPr>
      <w:r w:rsidRPr="00D51AC6">
        <w:rPr>
          <w:color w:val="6B7280"/>
          <w:sz w:val="16"/>
          <w:szCs w:val="16"/>
        </w:rPr>
        <w:t>EDUCATION BOX · edu.informationbox.kr</w:t>
      </w:r>
    </w:p>
    <w:sectPr w:rsidR="001A4D8A" w:rsidRPr="00D51AC6" w:rsidSect="00034616">
      <w:pgSz w:w="11906" w:h="16838"/>
      <w:pgMar w:top="567" w:right="737" w:bottom="51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6214862">
    <w:abstractNumId w:val="8"/>
  </w:num>
  <w:num w:numId="2" w16cid:durableId="1523782369">
    <w:abstractNumId w:val="6"/>
  </w:num>
  <w:num w:numId="3" w16cid:durableId="2074619829">
    <w:abstractNumId w:val="5"/>
  </w:num>
  <w:num w:numId="4" w16cid:durableId="1564876347">
    <w:abstractNumId w:val="4"/>
  </w:num>
  <w:num w:numId="5" w16cid:durableId="1201941876">
    <w:abstractNumId w:val="7"/>
  </w:num>
  <w:num w:numId="6" w16cid:durableId="1669136855">
    <w:abstractNumId w:val="3"/>
  </w:num>
  <w:num w:numId="7" w16cid:durableId="1713459075">
    <w:abstractNumId w:val="2"/>
  </w:num>
  <w:num w:numId="8" w16cid:durableId="1555238674">
    <w:abstractNumId w:val="1"/>
  </w:num>
  <w:num w:numId="9" w16cid:durableId="1395009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4D8A"/>
    <w:rsid w:val="0029639D"/>
    <w:rsid w:val="00326F90"/>
    <w:rsid w:val="00AA1D8D"/>
    <w:rsid w:val="00B47730"/>
    <w:rsid w:val="00BA4020"/>
    <w:rsid w:val="00CB0664"/>
    <w:rsid w:val="00D51AC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1189E4"/>
  <w14:defaultImageDpi w14:val="300"/>
  <w15:docId w15:val="{A28457E8-BA15-4DC5-92EC-A1A6A6B9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7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2026-10-01T12:30:00Z</dcterms:modified>
  <cp:category/>
</cp:coreProperties>
</file>