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216"/>
        <w:gridCol w:w="5216"/>
      </w:tblGrid>
      <w:tr w:rsidR="00386F38" w14:paraId="3853D512" w14:textId="77777777">
        <w:trPr>
          <w:trHeight w:hRule="exact" w:val="170"/>
        </w:trPr>
        <w:tc>
          <w:tcPr>
            <w:tcW w:w="5216" w:type="dxa"/>
            <w:tcBorders>
              <w:top w:val="single" w:sz="0" w:space="0" w:color="223454"/>
              <w:left w:val="single" w:sz="0" w:space="0" w:color="223454"/>
              <w:bottom w:val="single" w:sz="0" w:space="0" w:color="223454"/>
              <w:right w:val="single" w:sz="0" w:space="0" w:color="223454"/>
            </w:tcBorders>
            <w:shd w:val="clear" w:color="auto" w:fill="223454"/>
          </w:tcPr>
          <w:p w14:paraId="197542A0" w14:textId="77777777" w:rsidR="00386F38" w:rsidRDefault="00386F38"/>
        </w:tc>
        <w:tc>
          <w:tcPr>
            <w:tcW w:w="5216" w:type="dxa"/>
            <w:tcBorders>
              <w:top w:val="single" w:sz="0" w:space="0" w:color="F17B63"/>
              <w:left w:val="single" w:sz="0" w:space="0" w:color="F17B63"/>
              <w:bottom w:val="single" w:sz="0" w:space="0" w:color="F17B63"/>
              <w:right w:val="single" w:sz="0" w:space="0" w:color="F17B63"/>
            </w:tcBorders>
            <w:shd w:val="clear" w:color="auto" w:fill="F17B63"/>
          </w:tcPr>
          <w:p w14:paraId="4289B790" w14:textId="77777777" w:rsidR="00386F38" w:rsidRDefault="00386F38"/>
        </w:tc>
      </w:tr>
    </w:tbl>
    <w:p w14:paraId="0321F181" w14:textId="77777777" w:rsidR="00386F38" w:rsidRDefault="00000000" w:rsidP="00C71B70">
      <w:pPr>
        <w:spacing w:before="100" w:after="0" w:line="240" w:lineRule="auto"/>
        <w:rPr>
          <w:lang w:eastAsia="ko-KR"/>
        </w:rPr>
      </w:pPr>
      <w:r>
        <w:rPr>
          <w:b/>
          <w:color w:val="F17B63"/>
          <w:lang w:eastAsia="ko-KR"/>
        </w:rPr>
        <w:t>FIELD TRIP REPORT</w:t>
      </w:r>
    </w:p>
    <w:p w14:paraId="483A8CCC" w14:textId="77777777" w:rsidR="00386F38" w:rsidRDefault="00000000" w:rsidP="004E2D14">
      <w:pPr>
        <w:spacing w:after="60"/>
        <w:rPr>
          <w:lang w:eastAsia="ko-KR"/>
        </w:rPr>
      </w:pPr>
      <w:r>
        <w:rPr>
          <w:b/>
          <w:color w:val="223454"/>
          <w:sz w:val="44"/>
          <w:lang w:eastAsia="ko-KR"/>
        </w:rPr>
        <w:t>현장체험학습 결과보고서</w:t>
      </w:r>
    </w:p>
    <w:p w14:paraId="09384B07" w14:textId="77777777" w:rsidR="00386F38" w:rsidRDefault="00000000" w:rsidP="004E2D14">
      <w:pPr>
        <w:spacing w:before="80" w:after="40"/>
        <w:rPr>
          <w:lang w:eastAsia="ko-KR"/>
        </w:rPr>
      </w:pPr>
      <w:r>
        <w:rPr>
          <w:color w:val="F17B63"/>
          <w:sz w:val="16"/>
          <w:lang w:eastAsia="ko-KR"/>
        </w:rPr>
        <w:t xml:space="preserve">■ </w:t>
      </w:r>
      <w:r>
        <w:rPr>
          <w:b/>
          <w:color w:val="223454"/>
          <w:sz w:val="22"/>
          <w:lang w:eastAsia="ko-KR"/>
        </w:rPr>
        <w:t>학생 · 체험학습 정보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28"/>
        <w:gridCol w:w="3695"/>
        <w:gridCol w:w="1557"/>
        <w:gridCol w:w="3666"/>
      </w:tblGrid>
      <w:tr w:rsidR="00386F38" w14:paraId="60BA027D" w14:textId="77777777" w:rsidTr="00C71B70">
        <w:trPr>
          <w:trHeight w:hRule="exact" w:val="653"/>
        </w:trPr>
        <w:tc>
          <w:tcPr>
            <w:tcW w:w="152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4FA2F8A6" w14:textId="77777777" w:rsidR="00386F38" w:rsidRPr="00C71B70" w:rsidRDefault="00000000" w:rsidP="00C71B7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C71B70">
              <w:rPr>
                <w:b/>
                <w:color w:val="223454"/>
                <w:sz w:val="18"/>
                <w:szCs w:val="18"/>
              </w:rPr>
              <w:t>학생</w:t>
            </w:r>
            <w:proofErr w:type="spellEnd"/>
            <w:r w:rsidRPr="00C71B70">
              <w:rPr>
                <w:b/>
                <w:color w:val="223454"/>
                <w:sz w:val="18"/>
                <w:szCs w:val="18"/>
              </w:rPr>
              <w:t xml:space="preserve"> </w:t>
            </w:r>
            <w:proofErr w:type="spellStart"/>
            <w:r w:rsidRPr="00C71B70">
              <w:rPr>
                <w:b/>
                <w:color w:val="223454"/>
                <w:sz w:val="18"/>
                <w:szCs w:val="18"/>
              </w:rPr>
              <w:t>이름</w:t>
            </w:r>
            <w:proofErr w:type="spellEnd"/>
          </w:p>
        </w:tc>
        <w:tc>
          <w:tcPr>
            <w:tcW w:w="369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A29DF7B" w14:textId="77777777" w:rsidR="00386F38" w:rsidRPr="00C71B70" w:rsidRDefault="00386F38" w:rsidP="00C71B7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36F5017" w14:textId="77777777" w:rsidR="00386F38" w:rsidRPr="00C71B70" w:rsidRDefault="00000000" w:rsidP="00C71B70">
            <w:pPr>
              <w:spacing w:after="0"/>
              <w:jc w:val="center"/>
              <w:rPr>
                <w:sz w:val="18"/>
                <w:szCs w:val="18"/>
              </w:rPr>
            </w:pPr>
            <w:r w:rsidRPr="00C71B70">
              <w:rPr>
                <w:b/>
                <w:color w:val="223454"/>
                <w:sz w:val="18"/>
                <w:szCs w:val="18"/>
              </w:rPr>
              <w:t>학년·반</w:t>
            </w:r>
          </w:p>
        </w:tc>
        <w:tc>
          <w:tcPr>
            <w:tcW w:w="366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10607D77" w14:textId="77777777" w:rsidR="00386F38" w:rsidRDefault="00386F38">
            <w:pPr>
              <w:spacing w:after="0"/>
            </w:pPr>
          </w:p>
        </w:tc>
      </w:tr>
      <w:tr w:rsidR="00386F38" w14:paraId="0E82309E" w14:textId="77777777" w:rsidTr="00C71B70">
        <w:trPr>
          <w:trHeight w:hRule="exact" w:val="653"/>
        </w:trPr>
        <w:tc>
          <w:tcPr>
            <w:tcW w:w="152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AFE6175" w14:textId="77777777" w:rsidR="00386F38" w:rsidRPr="00C71B70" w:rsidRDefault="00000000" w:rsidP="00C71B70">
            <w:pPr>
              <w:spacing w:after="0"/>
              <w:jc w:val="center"/>
              <w:rPr>
                <w:sz w:val="18"/>
                <w:szCs w:val="18"/>
              </w:rPr>
            </w:pPr>
            <w:r w:rsidRPr="00C71B70">
              <w:rPr>
                <w:b/>
                <w:color w:val="223454"/>
                <w:sz w:val="18"/>
                <w:szCs w:val="18"/>
              </w:rPr>
              <w:t>체험 기간</w:t>
            </w:r>
          </w:p>
        </w:tc>
        <w:tc>
          <w:tcPr>
            <w:tcW w:w="369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6BED9C7E" w14:textId="77777777" w:rsidR="00386F38" w:rsidRPr="00C71B70" w:rsidRDefault="00386F38" w:rsidP="00C71B7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599898F" w14:textId="77777777" w:rsidR="00386F38" w:rsidRPr="00C71B70" w:rsidRDefault="00000000" w:rsidP="00C71B70">
            <w:pPr>
              <w:spacing w:after="0"/>
              <w:jc w:val="center"/>
              <w:rPr>
                <w:sz w:val="18"/>
                <w:szCs w:val="18"/>
              </w:rPr>
            </w:pPr>
            <w:r w:rsidRPr="00C71B70">
              <w:rPr>
                <w:b/>
                <w:color w:val="223454"/>
                <w:sz w:val="18"/>
                <w:szCs w:val="18"/>
              </w:rPr>
              <w:t>체험 장소</w:t>
            </w:r>
          </w:p>
        </w:tc>
        <w:tc>
          <w:tcPr>
            <w:tcW w:w="366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E3EE91F" w14:textId="77777777" w:rsidR="00386F38" w:rsidRDefault="00386F38">
            <w:pPr>
              <w:spacing w:after="0"/>
            </w:pPr>
          </w:p>
        </w:tc>
      </w:tr>
      <w:tr w:rsidR="00386F38" w14:paraId="3CBC1E9A" w14:textId="77777777" w:rsidTr="00C71B70">
        <w:trPr>
          <w:trHeight w:hRule="exact" w:val="653"/>
        </w:trPr>
        <w:tc>
          <w:tcPr>
            <w:tcW w:w="152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38FD585" w14:textId="77777777" w:rsidR="00386F38" w:rsidRPr="00C71B70" w:rsidRDefault="00000000" w:rsidP="00C71B70">
            <w:pPr>
              <w:spacing w:after="0"/>
              <w:jc w:val="center"/>
              <w:rPr>
                <w:sz w:val="18"/>
                <w:szCs w:val="18"/>
              </w:rPr>
            </w:pPr>
            <w:r w:rsidRPr="00C71B70">
              <w:rPr>
                <w:b/>
                <w:color w:val="223454"/>
                <w:sz w:val="18"/>
                <w:szCs w:val="18"/>
              </w:rPr>
              <w:t>동행인</w:t>
            </w:r>
          </w:p>
        </w:tc>
        <w:tc>
          <w:tcPr>
            <w:tcW w:w="369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2FFF2B08" w14:textId="77777777" w:rsidR="00386F38" w:rsidRPr="00C71B70" w:rsidRDefault="00386F38" w:rsidP="00C71B7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B2291F8" w14:textId="77777777" w:rsidR="00386F38" w:rsidRPr="00C71B70" w:rsidRDefault="00000000" w:rsidP="00C71B70">
            <w:pPr>
              <w:spacing w:after="0"/>
              <w:jc w:val="center"/>
              <w:rPr>
                <w:sz w:val="18"/>
                <w:szCs w:val="18"/>
              </w:rPr>
            </w:pPr>
            <w:r w:rsidRPr="00C71B70">
              <w:rPr>
                <w:b/>
                <w:color w:val="223454"/>
                <w:sz w:val="18"/>
                <w:szCs w:val="18"/>
              </w:rPr>
              <w:t>체험 유형</w:t>
            </w:r>
          </w:p>
        </w:tc>
        <w:tc>
          <w:tcPr>
            <w:tcW w:w="366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2846BC8C" w14:textId="7B159E03" w:rsidR="00386F38" w:rsidRPr="00C71B70" w:rsidRDefault="00000000">
            <w:pPr>
              <w:spacing w:after="0"/>
              <w:rPr>
                <w:sz w:val="16"/>
                <w:szCs w:val="16"/>
                <w:lang w:eastAsia="ko-KR"/>
              </w:rPr>
            </w:pPr>
            <w:r w:rsidRPr="00C71B70">
              <w:rPr>
                <w:color w:val="223454"/>
                <w:sz w:val="16"/>
                <w:szCs w:val="16"/>
                <w:lang w:eastAsia="ko-KR"/>
              </w:rPr>
              <w:t xml:space="preserve">□ </w:t>
            </w:r>
            <w:proofErr w:type="gramStart"/>
            <w:r w:rsidRPr="00C71B70">
              <w:rPr>
                <w:color w:val="223454"/>
                <w:sz w:val="16"/>
                <w:szCs w:val="16"/>
                <w:lang w:eastAsia="ko-KR"/>
              </w:rPr>
              <w:t>가족여행  □</w:t>
            </w:r>
            <w:proofErr w:type="gramEnd"/>
            <w:r w:rsidRPr="00C71B70">
              <w:rPr>
                <w:color w:val="223454"/>
                <w:sz w:val="16"/>
                <w:szCs w:val="16"/>
                <w:lang w:eastAsia="ko-KR"/>
              </w:rPr>
              <w:t xml:space="preserve"> </w:t>
            </w:r>
            <w:proofErr w:type="gramStart"/>
            <w:r w:rsidRPr="00C71B70">
              <w:rPr>
                <w:color w:val="223454"/>
                <w:sz w:val="16"/>
                <w:szCs w:val="16"/>
                <w:lang w:eastAsia="ko-KR"/>
              </w:rPr>
              <w:t>방문  □</w:t>
            </w:r>
            <w:proofErr w:type="gramEnd"/>
            <w:r w:rsidRPr="00C71B70">
              <w:rPr>
                <w:color w:val="223454"/>
                <w:sz w:val="16"/>
                <w:szCs w:val="16"/>
                <w:lang w:eastAsia="ko-KR"/>
              </w:rPr>
              <w:t xml:space="preserve"> 문화·</w:t>
            </w:r>
            <w:proofErr w:type="gramStart"/>
            <w:r w:rsidRPr="00C71B70">
              <w:rPr>
                <w:color w:val="223454"/>
                <w:sz w:val="16"/>
                <w:szCs w:val="16"/>
                <w:lang w:eastAsia="ko-KR"/>
              </w:rPr>
              <w:t>역사  □</w:t>
            </w:r>
            <w:proofErr w:type="gramEnd"/>
            <w:r w:rsidRPr="00C71B70">
              <w:rPr>
                <w:color w:val="223454"/>
                <w:sz w:val="16"/>
                <w:szCs w:val="16"/>
                <w:lang w:eastAsia="ko-KR"/>
              </w:rPr>
              <w:t>자연·</w:t>
            </w:r>
            <w:proofErr w:type="gramStart"/>
            <w:r w:rsidRPr="00C71B70">
              <w:rPr>
                <w:color w:val="223454"/>
                <w:sz w:val="16"/>
                <w:szCs w:val="16"/>
                <w:lang w:eastAsia="ko-KR"/>
              </w:rPr>
              <w:t>생태  □</w:t>
            </w:r>
            <w:proofErr w:type="gramEnd"/>
            <w:r w:rsidRPr="00C71B70">
              <w:rPr>
                <w:color w:val="223454"/>
                <w:sz w:val="16"/>
                <w:szCs w:val="16"/>
                <w:lang w:eastAsia="ko-KR"/>
              </w:rPr>
              <w:t xml:space="preserve"> 기타</w:t>
            </w:r>
          </w:p>
        </w:tc>
      </w:tr>
    </w:tbl>
    <w:p w14:paraId="17EEC853" w14:textId="77777777" w:rsidR="00386F38" w:rsidRDefault="00000000">
      <w:pPr>
        <w:spacing w:before="80" w:after="40"/>
      </w:pPr>
      <w:r>
        <w:rPr>
          <w:color w:val="F17B63"/>
          <w:sz w:val="16"/>
        </w:rPr>
        <w:t xml:space="preserve">■ </w:t>
      </w:r>
      <w:proofErr w:type="spellStart"/>
      <w:r>
        <w:rPr>
          <w:b/>
          <w:color w:val="223454"/>
          <w:sz w:val="22"/>
        </w:rPr>
        <w:t>체험학습</w:t>
      </w:r>
      <w:proofErr w:type="spellEnd"/>
      <w:r>
        <w:rPr>
          <w:b/>
          <w:color w:val="223454"/>
          <w:sz w:val="22"/>
        </w:rPr>
        <w:t xml:space="preserve"> </w:t>
      </w:r>
      <w:proofErr w:type="spellStart"/>
      <w:r>
        <w:rPr>
          <w:b/>
          <w:color w:val="223454"/>
          <w:sz w:val="22"/>
        </w:rPr>
        <w:t>내용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3486"/>
        <w:gridCol w:w="3486"/>
        <w:gridCol w:w="3486"/>
      </w:tblGrid>
      <w:tr w:rsidR="00386F38" w14:paraId="01045D6B" w14:textId="77777777" w:rsidTr="00C71B70">
        <w:trPr>
          <w:trHeight w:hRule="exact" w:val="382"/>
        </w:trPr>
        <w:tc>
          <w:tcPr>
            <w:tcW w:w="3486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3E87CB7B" w14:textId="77777777" w:rsidR="00386F38" w:rsidRPr="00C71B7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C71B70">
              <w:rPr>
                <w:b/>
                <w:color w:val="FFFFFF"/>
                <w:sz w:val="18"/>
                <w:szCs w:val="18"/>
              </w:rPr>
              <w:t>날짜</w:t>
            </w:r>
          </w:p>
        </w:tc>
        <w:tc>
          <w:tcPr>
            <w:tcW w:w="3486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7A95F16A" w14:textId="77777777" w:rsidR="00386F38" w:rsidRPr="00C71B7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C71B70">
              <w:rPr>
                <w:b/>
                <w:color w:val="FFFFFF"/>
                <w:sz w:val="18"/>
                <w:szCs w:val="18"/>
              </w:rPr>
              <w:t>장소·활동</w:t>
            </w:r>
          </w:p>
        </w:tc>
        <w:tc>
          <w:tcPr>
            <w:tcW w:w="3486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655B7780" w14:textId="77777777" w:rsidR="00386F38" w:rsidRPr="00C71B7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C71B70">
              <w:rPr>
                <w:b/>
                <w:color w:val="FFFFFF"/>
                <w:sz w:val="18"/>
                <w:szCs w:val="18"/>
              </w:rPr>
              <w:t>배운 내용</w:t>
            </w:r>
          </w:p>
        </w:tc>
      </w:tr>
      <w:tr w:rsidR="00386F38" w14:paraId="6EA54A48" w14:textId="77777777" w:rsidTr="00C71B70">
        <w:trPr>
          <w:trHeight w:hRule="exact" w:val="573"/>
        </w:trPr>
        <w:tc>
          <w:tcPr>
            <w:tcW w:w="34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F808546" w14:textId="77777777" w:rsidR="00386F38" w:rsidRDefault="00386F38">
            <w:pPr>
              <w:spacing w:after="0"/>
            </w:pPr>
          </w:p>
        </w:tc>
        <w:tc>
          <w:tcPr>
            <w:tcW w:w="34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0859923" w14:textId="77777777" w:rsidR="00386F38" w:rsidRDefault="00386F38">
            <w:pPr>
              <w:spacing w:after="0"/>
            </w:pPr>
          </w:p>
        </w:tc>
        <w:tc>
          <w:tcPr>
            <w:tcW w:w="34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050965D" w14:textId="77777777" w:rsidR="00386F38" w:rsidRDefault="00386F38">
            <w:pPr>
              <w:spacing w:after="0"/>
            </w:pPr>
          </w:p>
        </w:tc>
      </w:tr>
      <w:tr w:rsidR="00386F38" w14:paraId="66092E06" w14:textId="77777777" w:rsidTr="00C71B70">
        <w:trPr>
          <w:trHeight w:hRule="exact" w:val="573"/>
        </w:trPr>
        <w:tc>
          <w:tcPr>
            <w:tcW w:w="34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61FA23E" w14:textId="77777777" w:rsidR="00386F38" w:rsidRDefault="00386F38">
            <w:pPr>
              <w:spacing w:after="0"/>
            </w:pPr>
          </w:p>
        </w:tc>
        <w:tc>
          <w:tcPr>
            <w:tcW w:w="34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6A0088E" w14:textId="77777777" w:rsidR="00386F38" w:rsidRDefault="00386F38">
            <w:pPr>
              <w:spacing w:after="0"/>
            </w:pPr>
          </w:p>
        </w:tc>
        <w:tc>
          <w:tcPr>
            <w:tcW w:w="34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474F5DF" w14:textId="77777777" w:rsidR="00386F38" w:rsidRDefault="00386F38">
            <w:pPr>
              <w:spacing w:after="0"/>
            </w:pPr>
          </w:p>
        </w:tc>
      </w:tr>
      <w:tr w:rsidR="00386F38" w14:paraId="05758456" w14:textId="77777777" w:rsidTr="00C71B70">
        <w:trPr>
          <w:trHeight w:hRule="exact" w:val="573"/>
        </w:trPr>
        <w:tc>
          <w:tcPr>
            <w:tcW w:w="34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93776FF" w14:textId="77777777" w:rsidR="00386F38" w:rsidRDefault="00386F38">
            <w:pPr>
              <w:spacing w:after="0"/>
            </w:pPr>
          </w:p>
        </w:tc>
        <w:tc>
          <w:tcPr>
            <w:tcW w:w="34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FDCCDCF" w14:textId="77777777" w:rsidR="00386F38" w:rsidRDefault="00386F38">
            <w:pPr>
              <w:spacing w:after="0"/>
            </w:pPr>
          </w:p>
        </w:tc>
        <w:tc>
          <w:tcPr>
            <w:tcW w:w="34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4D04861" w14:textId="77777777" w:rsidR="00386F38" w:rsidRDefault="00386F38">
            <w:pPr>
              <w:spacing w:after="0"/>
            </w:pPr>
          </w:p>
        </w:tc>
      </w:tr>
      <w:tr w:rsidR="00386F38" w14:paraId="58342ED1" w14:textId="77777777" w:rsidTr="00C71B70">
        <w:trPr>
          <w:trHeight w:hRule="exact" w:val="573"/>
        </w:trPr>
        <w:tc>
          <w:tcPr>
            <w:tcW w:w="34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8629B95" w14:textId="77777777" w:rsidR="00386F38" w:rsidRDefault="00386F38">
            <w:pPr>
              <w:spacing w:after="0"/>
            </w:pPr>
          </w:p>
        </w:tc>
        <w:tc>
          <w:tcPr>
            <w:tcW w:w="34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9F7496B" w14:textId="77777777" w:rsidR="00386F38" w:rsidRDefault="00386F38">
            <w:pPr>
              <w:spacing w:after="0"/>
            </w:pPr>
          </w:p>
        </w:tc>
        <w:tc>
          <w:tcPr>
            <w:tcW w:w="34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EC860BE" w14:textId="77777777" w:rsidR="00386F38" w:rsidRDefault="00386F38">
            <w:pPr>
              <w:spacing w:after="0"/>
            </w:pPr>
          </w:p>
        </w:tc>
      </w:tr>
    </w:tbl>
    <w:p w14:paraId="64F4E0F0" w14:textId="77777777" w:rsidR="00386F38" w:rsidRDefault="00000000">
      <w:pPr>
        <w:spacing w:before="80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>가장 기억에 남는 경험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32"/>
      </w:tblGrid>
      <w:tr w:rsidR="00386F38" w14:paraId="6CFCF6F7" w14:textId="77777777" w:rsidTr="00C71B70">
        <w:trPr>
          <w:trHeight w:hRule="exact" w:val="807"/>
        </w:trPr>
        <w:tc>
          <w:tcPr>
            <w:tcW w:w="1043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1664F4D" w14:textId="77777777" w:rsidR="00386F38" w:rsidRDefault="00386F38">
            <w:pPr>
              <w:spacing w:after="0"/>
            </w:pPr>
          </w:p>
        </w:tc>
      </w:tr>
    </w:tbl>
    <w:p w14:paraId="3F9B5233" w14:textId="77777777" w:rsidR="00386F38" w:rsidRDefault="00000000">
      <w:pPr>
        <w:spacing w:before="80" w:after="40"/>
        <w:rPr>
          <w:lang w:eastAsia="ko-KR"/>
        </w:rPr>
      </w:pPr>
      <w:r>
        <w:rPr>
          <w:color w:val="F17B63"/>
          <w:sz w:val="16"/>
          <w:lang w:eastAsia="ko-KR"/>
        </w:rPr>
        <w:t xml:space="preserve">■ </w:t>
      </w:r>
      <w:r>
        <w:rPr>
          <w:b/>
          <w:color w:val="223454"/>
          <w:sz w:val="22"/>
          <w:lang w:eastAsia="ko-KR"/>
        </w:rPr>
        <w:t>새롭게 알게 된 점 · 배운 점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32"/>
      </w:tblGrid>
      <w:tr w:rsidR="00386F38" w14:paraId="44B2E75C" w14:textId="77777777" w:rsidTr="00C71B70">
        <w:trPr>
          <w:trHeight w:hRule="exact" w:val="807"/>
        </w:trPr>
        <w:tc>
          <w:tcPr>
            <w:tcW w:w="1043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4AD3ABB" w14:textId="77777777" w:rsidR="00386F38" w:rsidRDefault="00386F38">
            <w:pPr>
              <w:spacing w:after="0"/>
              <w:rPr>
                <w:lang w:eastAsia="ko-KR"/>
              </w:rPr>
            </w:pPr>
          </w:p>
        </w:tc>
      </w:tr>
    </w:tbl>
    <w:p w14:paraId="1E627C95" w14:textId="77777777" w:rsidR="00386F38" w:rsidRDefault="00000000">
      <w:pPr>
        <w:spacing w:before="80" w:after="40"/>
      </w:pPr>
      <w:r>
        <w:rPr>
          <w:color w:val="F17B63"/>
          <w:sz w:val="16"/>
        </w:rPr>
        <w:t xml:space="preserve">■ </w:t>
      </w:r>
      <w:proofErr w:type="spellStart"/>
      <w:r>
        <w:rPr>
          <w:b/>
          <w:color w:val="223454"/>
          <w:sz w:val="22"/>
        </w:rPr>
        <w:t>느낀</w:t>
      </w:r>
      <w:proofErr w:type="spellEnd"/>
      <w:r>
        <w:rPr>
          <w:b/>
          <w:color w:val="223454"/>
          <w:sz w:val="22"/>
        </w:rPr>
        <w:t xml:space="preserve"> 점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31"/>
      </w:tblGrid>
      <w:tr w:rsidR="00386F38" w14:paraId="3E511849" w14:textId="77777777" w:rsidTr="00C71B70">
        <w:trPr>
          <w:trHeight w:hRule="exact" w:val="836"/>
        </w:trPr>
        <w:tc>
          <w:tcPr>
            <w:tcW w:w="1043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3521088" w14:textId="77777777" w:rsidR="00386F38" w:rsidRDefault="00386F38">
            <w:pPr>
              <w:spacing w:after="0"/>
            </w:pPr>
          </w:p>
        </w:tc>
      </w:tr>
    </w:tbl>
    <w:p w14:paraId="481D6B0E" w14:textId="77777777" w:rsidR="00386F38" w:rsidRDefault="00000000">
      <w:pPr>
        <w:spacing w:before="80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>사진 · 자료 첨부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23"/>
        <w:gridCol w:w="5223"/>
      </w:tblGrid>
      <w:tr w:rsidR="00386F38" w14:paraId="0CB73857" w14:textId="77777777" w:rsidTr="00C71B70">
        <w:trPr>
          <w:trHeight w:hRule="exact" w:val="1351"/>
        </w:trPr>
        <w:tc>
          <w:tcPr>
            <w:tcW w:w="522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BA0DD51" w14:textId="77777777" w:rsidR="00386F38" w:rsidRDefault="00000000">
            <w:pPr>
              <w:spacing w:after="0"/>
              <w:jc w:val="center"/>
              <w:rPr>
                <w:lang w:eastAsia="ko-KR"/>
              </w:rPr>
            </w:pPr>
            <w:r>
              <w:rPr>
                <w:color w:val="6B7280"/>
                <w:sz w:val="15"/>
                <w:lang w:eastAsia="ko-KR"/>
              </w:rPr>
              <w:t>사진 또는 자료 붙이는 곳</w:t>
            </w:r>
          </w:p>
        </w:tc>
        <w:tc>
          <w:tcPr>
            <w:tcW w:w="522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5572F1C" w14:textId="77777777" w:rsidR="00386F38" w:rsidRDefault="00000000">
            <w:pPr>
              <w:spacing w:after="0"/>
              <w:jc w:val="center"/>
              <w:rPr>
                <w:lang w:eastAsia="ko-KR"/>
              </w:rPr>
            </w:pPr>
            <w:r>
              <w:rPr>
                <w:color w:val="6B7280"/>
                <w:sz w:val="15"/>
                <w:lang w:eastAsia="ko-KR"/>
              </w:rPr>
              <w:t>사진 또는 자료 붙이는 곳</w:t>
            </w:r>
          </w:p>
        </w:tc>
      </w:tr>
    </w:tbl>
    <w:p w14:paraId="6BF91C0C" w14:textId="77777777" w:rsidR="00386F38" w:rsidRDefault="00000000">
      <w:pPr>
        <w:spacing w:before="80" w:after="40"/>
      </w:pPr>
      <w:r>
        <w:rPr>
          <w:color w:val="F17B63"/>
          <w:sz w:val="16"/>
        </w:rPr>
        <w:t xml:space="preserve">■ </w:t>
      </w:r>
      <w:proofErr w:type="spellStart"/>
      <w:r>
        <w:rPr>
          <w:b/>
          <w:color w:val="223454"/>
          <w:sz w:val="22"/>
        </w:rPr>
        <w:t>보호자</w:t>
      </w:r>
      <w:proofErr w:type="spellEnd"/>
      <w:r>
        <w:rPr>
          <w:b/>
          <w:color w:val="223454"/>
          <w:sz w:val="22"/>
        </w:rPr>
        <w:t xml:space="preserve"> · </w:t>
      </w:r>
      <w:proofErr w:type="spellStart"/>
      <w:r>
        <w:rPr>
          <w:b/>
          <w:color w:val="223454"/>
          <w:sz w:val="22"/>
        </w:rPr>
        <w:t>학교</w:t>
      </w:r>
      <w:proofErr w:type="spellEnd"/>
      <w:r>
        <w:rPr>
          <w:b/>
          <w:color w:val="223454"/>
          <w:sz w:val="22"/>
        </w:rPr>
        <w:t xml:space="preserve"> </w:t>
      </w:r>
      <w:proofErr w:type="spellStart"/>
      <w:r>
        <w:rPr>
          <w:b/>
          <w:color w:val="223454"/>
          <w:sz w:val="22"/>
        </w:rPr>
        <w:t>확인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2607"/>
        <w:gridCol w:w="2607"/>
        <w:gridCol w:w="2607"/>
        <w:gridCol w:w="2607"/>
      </w:tblGrid>
      <w:tr w:rsidR="00386F38" w14:paraId="382883F3" w14:textId="77777777" w:rsidTr="00C71B70">
        <w:trPr>
          <w:trHeight w:hRule="exact" w:val="479"/>
        </w:trPr>
        <w:tc>
          <w:tcPr>
            <w:tcW w:w="260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4EB5EC46" w14:textId="77777777" w:rsidR="00386F38" w:rsidRPr="00C71B70" w:rsidRDefault="00000000" w:rsidP="00C71B70">
            <w:pPr>
              <w:spacing w:after="0"/>
              <w:jc w:val="center"/>
              <w:rPr>
                <w:sz w:val="18"/>
                <w:szCs w:val="18"/>
              </w:rPr>
            </w:pPr>
            <w:r w:rsidRPr="00C71B70">
              <w:rPr>
                <w:b/>
                <w:color w:val="223454"/>
                <w:sz w:val="18"/>
                <w:szCs w:val="18"/>
              </w:rPr>
              <w:t>작성일</w:t>
            </w:r>
          </w:p>
        </w:tc>
        <w:tc>
          <w:tcPr>
            <w:tcW w:w="260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4361345" w14:textId="77777777" w:rsidR="00386F38" w:rsidRPr="00C71B70" w:rsidRDefault="00386F38" w:rsidP="00C71B7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60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98E0FBE" w14:textId="77777777" w:rsidR="00386F38" w:rsidRPr="00C71B70" w:rsidRDefault="00000000" w:rsidP="00C71B70">
            <w:pPr>
              <w:spacing w:after="0"/>
              <w:jc w:val="center"/>
              <w:rPr>
                <w:sz w:val="18"/>
                <w:szCs w:val="18"/>
              </w:rPr>
            </w:pPr>
            <w:r w:rsidRPr="00C71B70">
              <w:rPr>
                <w:b/>
                <w:color w:val="223454"/>
                <w:sz w:val="18"/>
                <w:szCs w:val="18"/>
              </w:rPr>
              <w:t>보호자</w:t>
            </w:r>
          </w:p>
        </w:tc>
        <w:tc>
          <w:tcPr>
            <w:tcW w:w="260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79FE9F0C" w14:textId="77777777" w:rsidR="00386F38" w:rsidRDefault="00000000" w:rsidP="00C71B70">
            <w:pPr>
              <w:spacing w:after="0"/>
              <w:jc w:val="right"/>
            </w:pPr>
            <w:r>
              <w:rPr>
                <w:color w:val="223454"/>
                <w:sz w:val="16"/>
              </w:rPr>
              <w:t>(서명)</w:t>
            </w:r>
          </w:p>
        </w:tc>
      </w:tr>
      <w:tr w:rsidR="00386F38" w14:paraId="724C1AD1" w14:textId="77777777" w:rsidTr="00C71B70">
        <w:trPr>
          <w:trHeight w:hRule="exact" w:val="479"/>
        </w:trPr>
        <w:tc>
          <w:tcPr>
            <w:tcW w:w="260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55ACD09" w14:textId="77777777" w:rsidR="00386F38" w:rsidRPr="00C71B70" w:rsidRDefault="00000000" w:rsidP="00C71B70">
            <w:pPr>
              <w:spacing w:after="0"/>
              <w:jc w:val="center"/>
              <w:rPr>
                <w:sz w:val="18"/>
                <w:szCs w:val="18"/>
              </w:rPr>
            </w:pPr>
            <w:r w:rsidRPr="00C71B70">
              <w:rPr>
                <w:b/>
                <w:color w:val="223454"/>
                <w:sz w:val="18"/>
                <w:szCs w:val="18"/>
              </w:rPr>
              <w:t>담임 확인</w:t>
            </w:r>
          </w:p>
        </w:tc>
        <w:tc>
          <w:tcPr>
            <w:tcW w:w="260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077877E3" w14:textId="77777777" w:rsidR="00386F38" w:rsidRPr="00C71B70" w:rsidRDefault="00386F38" w:rsidP="00C71B7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60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39BF9FC" w14:textId="77777777" w:rsidR="00386F38" w:rsidRPr="00C71B70" w:rsidRDefault="00000000" w:rsidP="00C71B70">
            <w:pPr>
              <w:spacing w:after="0"/>
              <w:jc w:val="center"/>
              <w:rPr>
                <w:sz w:val="18"/>
                <w:szCs w:val="18"/>
              </w:rPr>
            </w:pPr>
            <w:r w:rsidRPr="00C71B70">
              <w:rPr>
                <w:b/>
                <w:color w:val="223454"/>
                <w:sz w:val="18"/>
                <w:szCs w:val="18"/>
              </w:rPr>
              <w:t>학교 확인</w:t>
            </w:r>
          </w:p>
        </w:tc>
        <w:tc>
          <w:tcPr>
            <w:tcW w:w="260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01D20D12" w14:textId="77777777" w:rsidR="00386F38" w:rsidRDefault="00386F38">
            <w:pPr>
              <w:spacing w:after="0"/>
              <w:jc w:val="center"/>
            </w:pPr>
          </w:p>
        </w:tc>
      </w:tr>
    </w:tbl>
    <w:p w14:paraId="6CADB55E" w14:textId="77777777" w:rsidR="00386F38" w:rsidRDefault="00000000">
      <w:pPr>
        <w:spacing w:before="50" w:after="0"/>
        <w:jc w:val="center"/>
        <w:rPr>
          <w:lang w:eastAsia="ko-KR"/>
        </w:rPr>
      </w:pPr>
      <w:r>
        <w:rPr>
          <w:color w:val="6B7280"/>
          <w:sz w:val="14"/>
          <w:lang w:eastAsia="ko-KR"/>
        </w:rPr>
        <w:t>※ 학교별 결과보고서 양식과 제출 기한이 다를 수 있으므로 학교 안내를 확인해 주세요.</w:t>
      </w:r>
    </w:p>
    <w:p w14:paraId="5F13C837" w14:textId="77777777" w:rsidR="00386F38" w:rsidRPr="00C71B70" w:rsidRDefault="00000000">
      <w:pPr>
        <w:spacing w:before="20" w:after="0"/>
        <w:jc w:val="center"/>
        <w:rPr>
          <w:sz w:val="16"/>
          <w:szCs w:val="16"/>
        </w:rPr>
      </w:pPr>
      <w:r w:rsidRPr="00C71B70">
        <w:rPr>
          <w:color w:val="6B7280"/>
          <w:sz w:val="16"/>
          <w:szCs w:val="16"/>
        </w:rPr>
        <w:t>EDUCATION BOX · edu.informationbox.kr</w:t>
      </w:r>
    </w:p>
    <w:sectPr w:rsidR="00386F38" w:rsidRPr="00C71B70" w:rsidSect="004E2D14">
      <w:pgSz w:w="11906" w:h="16838"/>
      <w:pgMar w:top="568" w:right="737" w:bottom="51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9882098">
    <w:abstractNumId w:val="8"/>
  </w:num>
  <w:num w:numId="2" w16cid:durableId="1236359616">
    <w:abstractNumId w:val="6"/>
  </w:num>
  <w:num w:numId="3" w16cid:durableId="498428755">
    <w:abstractNumId w:val="5"/>
  </w:num>
  <w:num w:numId="4" w16cid:durableId="461844644">
    <w:abstractNumId w:val="4"/>
  </w:num>
  <w:num w:numId="5" w16cid:durableId="241644954">
    <w:abstractNumId w:val="7"/>
  </w:num>
  <w:num w:numId="6" w16cid:durableId="555776645">
    <w:abstractNumId w:val="3"/>
  </w:num>
  <w:num w:numId="7" w16cid:durableId="1794399460">
    <w:abstractNumId w:val="2"/>
  </w:num>
  <w:num w:numId="8" w16cid:durableId="200869123">
    <w:abstractNumId w:val="1"/>
  </w:num>
  <w:num w:numId="9" w16cid:durableId="625507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6F38"/>
    <w:rsid w:val="004E2D14"/>
    <w:rsid w:val="00AA1D8D"/>
    <w:rsid w:val="00B47730"/>
    <w:rsid w:val="00BA4020"/>
    <w:rsid w:val="00C71B7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CEB4D8"/>
  <w14:defaultImageDpi w14:val="300"/>
  <w15:docId w15:val="{A28457E8-BA15-4DC5-92EC-A1A6A6B9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7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3</cp:revision>
  <dcterms:created xsi:type="dcterms:W3CDTF">2013-12-23T23:15:00Z</dcterms:created>
  <dcterms:modified xsi:type="dcterms:W3CDTF">2026-10-01T14:51:00Z</dcterms:modified>
  <cp:category/>
</cp:coreProperties>
</file>