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1221B5" w14:paraId="42616DA1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469A911F" w14:textId="77777777" w:rsidR="001221B5" w:rsidRDefault="001221B5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32BE1CBE" w14:textId="77777777" w:rsidR="001221B5" w:rsidRDefault="001221B5"/>
        </w:tc>
      </w:tr>
    </w:tbl>
    <w:p w14:paraId="2EB793B4" w14:textId="77777777" w:rsidR="001221B5" w:rsidRDefault="00000000">
      <w:pPr>
        <w:spacing w:before="100" w:after="0"/>
      </w:pPr>
      <w:r>
        <w:rPr>
          <w:b/>
          <w:color w:val="F17B63"/>
        </w:rPr>
        <w:t>FIELD TRIP APPLICATION</w:t>
      </w:r>
    </w:p>
    <w:p w14:paraId="53AA2E8A" w14:textId="77777777" w:rsidR="001221B5" w:rsidRDefault="00000000">
      <w:pPr>
        <w:spacing w:after="60"/>
      </w:pPr>
      <w:r>
        <w:rPr>
          <w:b/>
          <w:color w:val="223454"/>
          <w:sz w:val="46"/>
        </w:rPr>
        <w:t>현장체험학습 신청서</w:t>
      </w:r>
    </w:p>
    <w:p w14:paraId="42C84F48" w14:textId="77777777" w:rsidR="001221B5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학생 · 보호자 정보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1221B5" w14:paraId="6AC48FE9" w14:textId="77777777" w:rsidTr="00F95AB2">
        <w:trPr>
          <w:trHeight w:hRule="exact" w:val="489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964D42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학생 이름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61E971F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E98584D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5806C39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</w:tr>
      <w:tr w:rsidR="001221B5" w14:paraId="7DC56161" w14:textId="77777777" w:rsidTr="00F95AB2">
        <w:trPr>
          <w:trHeight w:hRule="exact" w:val="489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1D1C93F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보호자 이름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8222312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0A83153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연락처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F78F114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</w:tr>
      <w:tr w:rsidR="001221B5" w14:paraId="37932919" w14:textId="77777777" w:rsidTr="00F95AB2">
        <w:trPr>
          <w:trHeight w:hRule="exact" w:val="489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835D3A1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관계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4049809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F49753A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비상 연락처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022F162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39C7E86" w14:textId="77777777" w:rsidR="001221B5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체험학습 정보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1"/>
        <w:gridCol w:w="2611"/>
        <w:gridCol w:w="2611"/>
        <w:gridCol w:w="2613"/>
      </w:tblGrid>
      <w:tr w:rsidR="001221B5" w14:paraId="074FEFBF" w14:textId="77777777" w:rsidTr="00F95AB2">
        <w:trPr>
          <w:trHeight w:hRule="exact" w:val="497"/>
        </w:trPr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AE975F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체험학습 기간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5F1F64C" w14:textId="77777777" w:rsidR="001221B5" w:rsidRPr="00F95AB2" w:rsidRDefault="001221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E8292D5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총 일수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247CB53" w14:textId="77777777" w:rsidR="001221B5" w:rsidRPr="00F95AB2" w:rsidRDefault="00000000">
            <w:pPr>
              <w:spacing w:after="0"/>
              <w:rPr>
                <w:sz w:val="16"/>
                <w:szCs w:val="16"/>
              </w:rPr>
            </w:pPr>
            <w:r w:rsidRPr="00F95AB2">
              <w:rPr>
                <w:color w:val="223454"/>
                <w:sz w:val="16"/>
                <w:szCs w:val="16"/>
              </w:rPr>
              <w:t xml:space="preserve">      일</w:t>
            </w:r>
          </w:p>
        </w:tc>
      </w:tr>
      <w:tr w:rsidR="001221B5" w14:paraId="3514BCD5" w14:textId="77777777" w:rsidTr="00F95AB2">
        <w:trPr>
          <w:trHeight w:hRule="exact" w:val="497"/>
        </w:trPr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0AD1588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체험 장소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B1FBD27" w14:textId="77777777" w:rsidR="001221B5" w:rsidRPr="00F95AB2" w:rsidRDefault="001221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BA8443A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동행인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14E54B8" w14:textId="77777777" w:rsidR="001221B5" w:rsidRPr="00F95AB2" w:rsidRDefault="001221B5">
            <w:pPr>
              <w:spacing w:after="0"/>
              <w:rPr>
                <w:sz w:val="16"/>
                <w:szCs w:val="16"/>
              </w:rPr>
            </w:pPr>
          </w:p>
        </w:tc>
      </w:tr>
      <w:tr w:rsidR="001221B5" w14:paraId="13B025B9" w14:textId="77777777" w:rsidTr="00F95AB2">
        <w:trPr>
          <w:trHeight w:hRule="exact" w:val="497"/>
        </w:trPr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79D14BD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출발 예정일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0318870" w14:textId="77777777" w:rsidR="001221B5" w:rsidRPr="00F95AB2" w:rsidRDefault="001221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74C16F6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귀가 예정일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D19D93F" w14:textId="77777777" w:rsidR="001221B5" w:rsidRPr="00F95AB2" w:rsidRDefault="001221B5">
            <w:pPr>
              <w:spacing w:after="0"/>
              <w:rPr>
                <w:sz w:val="16"/>
                <w:szCs w:val="16"/>
              </w:rPr>
            </w:pPr>
          </w:p>
        </w:tc>
      </w:tr>
      <w:tr w:rsidR="001221B5" w14:paraId="5FB7AC15" w14:textId="77777777" w:rsidTr="00F95AB2">
        <w:trPr>
          <w:trHeight w:hRule="exact" w:val="497"/>
        </w:trPr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7A3E9F8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이동 방법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653BF0A" w14:textId="77777777" w:rsidR="001221B5" w:rsidRPr="00F95AB2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F95AB2">
              <w:rPr>
                <w:color w:val="223454"/>
                <w:sz w:val="16"/>
                <w:szCs w:val="16"/>
                <w:lang w:eastAsia="ko-KR"/>
              </w:rPr>
              <w:t xml:space="preserve">□ </w:t>
            </w:r>
            <w:proofErr w:type="gramStart"/>
            <w:r w:rsidRPr="00F95AB2">
              <w:rPr>
                <w:color w:val="223454"/>
                <w:sz w:val="16"/>
                <w:szCs w:val="16"/>
                <w:lang w:eastAsia="ko-KR"/>
              </w:rPr>
              <w:t>자가용  □</w:t>
            </w:r>
            <w:proofErr w:type="gramEnd"/>
            <w:r w:rsidRPr="00F95AB2">
              <w:rPr>
                <w:color w:val="223454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F95AB2">
              <w:rPr>
                <w:color w:val="223454"/>
                <w:sz w:val="16"/>
                <w:szCs w:val="16"/>
                <w:lang w:eastAsia="ko-KR"/>
              </w:rPr>
              <w:t>대중교통  □</w:t>
            </w:r>
            <w:proofErr w:type="gramEnd"/>
            <w:r w:rsidRPr="00F95AB2">
              <w:rPr>
                <w:color w:val="223454"/>
                <w:sz w:val="16"/>
                <w:szCs w:val="16"/>
                <w:lang w:eastAsia="ko-KR"/>
              </w:rPr>
              <w:t xml:space="preserve"> 기타</w:t>
            </w:r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5D4A459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proofErr w:type="spellStart"/>
            <w:r w:rsidRPr="00F95AB2">
              <w:rPr>
                <w:b/>
                <w:color w:val="223454"/>
                <w:sz w:val="18"/>
                <w:szCs w:val="18"/>
              </w:rPr>
              <w:t>숙박</w:t>
            </w:r>
            <w:proofErr w:type="spellEnd"/>
            <w:r w:rsidRPr="00F95AB2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F95AB2">
              <w:rPr>
                <w:b/>
                <w:color w:val="223454"/>
                <w:sz w:val="18"/>
                <w:szCs w:val="18"/>
              </w:rPr>
              <w:t>여부</w:t>
            </w:r>
            <w:proofErr w:type="spellEnd"/>
          </w:p>
        </w:tc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9B1A945" w14:textId="77777777" w:rsidR="001221B5" w:rsidRPr="00F95AB2" w:rsidRDefault="00000000">
            <w:pPr>
              <w:spacing w:after="0"/>
              <w:rPr>
                <w:sz w:val="16"/>
                <w:szCs w:val="16"/>
              </w:rPr>
            </w:pPr>
            <w:r w:rsidRPr="00F95AB2">
              <w:rPr>
                <w:color w:val="223454"/>
                <w:sz w:val="16"/>
                <w:szCs w:val="16"/>
              </w:rPr>
              <w:t xml:space="preserve">□ </w:t>
            </w:r>
            <w:proofErr w:type="gramStart"/>
            <w:r w:rsidRPr="00F95AB2">
              <w:rPr>
                <w:color w:val="223454"/>
                <w:sz w:val="16"/>
                <w:szCs w:val="16"/>
              </w:rPr>
              <w:t>당일  □</w:t>
            </w:r>
            <w:proofErr w:type="gramEnd"/>
            <w:r w:rsidRPr="00F95AB2">
              <w:rPr>
                <w:color w:val="223454"/>
                <w:sz w:val="16"/>
                <w:szCs w:val="16"/>
              </w:rPr>
              <w:t xml:space="preserve"> 숙박</w:t>
            </w:r>
          </w:p>
        </w:tc>
      </w:tr>
      <w:tr w:rsidR="001221B5" w14:paraId="60552526" w14:textId="77777777" w:rsidTr="00F95AB2">
        <w:trPr>
          <w:trHeight w:hRule="exact" w:val="497"/>
        </w:trPr>
        <w:tc>
          <w:tcPr>
            <w:tcW w:w="26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45190AD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체험학습 유형</w:t>
            </w:r>
          </w:p>
        </w:tc>
        <w:tc>
          <w:tcPr>
            <w:tcW w:w="7835" w:type="dxa"/>
            <w:gridSpan w:val="3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827F7AA" w14:textId="77777777" w:rsidR="001221B5" w:rsidRPr="00F95AB2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F95AB2">
              <w:rPr>
                <w:color w:val="223454"/>
                <w:sz w:val="16"/>
                <w:szCs w:val="16"/>
                <w:lang w:eastAsia="ko-KR"/>
              </w:rPr>
              <w:t>□ 가족여행   □ 친·인척 방문   □ 문화·역사 체험   □ 자연·생태 체험   □ 기타</w:t>
            </w:r>
          </w:p>
        </w:tc>
      </w:tr>
    </w:tbl>
    <w:p w14:paraId="3D7F0E54" w14:textId="77777777" w:rsidR="001221B5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체험학습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목적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47"/>
      </w:tblGrid>
      <w:tr w:rsidR="001221B5" w14:paraId="4013599F" w14:textId="77777777" w:rsidTr="00F95AB2">
        <w:trPr>
          <w:trHeight w:hRule="exact" w:val="624"/>
        </w:trPr>
        <w:tc>
          <w:tcPr>
            <w:tcW w:w="1044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E557917" w14:textId="77777777" w:rsidR="001221B5" w:rsidRDefault="001221B5">
            <w:pPr>
              <w:spacing w:after="0"/>
            </w:pPr>
          </w:p>
        </w:tc>
      </w:tr>
    </w:tbl>
    <w:p w14:paraId="416202AD" w14:textId="77777777" w:rsidR="001221B5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체험학습 계획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82"/>
        <w:gridCol w:w="3482"/>
        <w:gridCol w:w="3482"/>
      </w:tblGrid>
      <w:tr w:rsidR="001221B5" w14:paraId="07453BCC" w14:textId="77777777" w:rsidTr="00F95AB2">
        <w:trPr>
          <w:trHeight w:hRule="exact" w:val="385"/>
        </w:trPr>
        <w:tc>
          <w:tcPr>
            <w:tcW w:w="3482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80D7F7C" w14:textId="77777777" w:rsidR="001221B5" w:rsidRPr="00F95A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95AB2">
              <w:rPr>
                <w:b/>
                <w:color w:val="FFFFFF"/>
                <w:sz w:val="18"/>
                <w:szCs w:val="18"/>
              </w:rPr>
              <w:t>날짜</w:t>
            </w:r>
          </w:p>
        </w:tc>
        <w:tc>
          <w:tcPr>
            <w:tcW w:w="3482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8E0B3AD" w14:textId="77777777" w:rsidR="001221B5" w:rsidRPr="00F95A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95AB2">
              <w:rPr>
                <w:b/>
                <w:color w:val="FFFFFF"/>
                <w:sz w:val="18"/>
                <w:szCs w:val="18"/>
              </w:rPr>
              <w:t>장소·활동 내용</w:t>
            </w:r>
          </w:p>
        </w:tc>
        <w:tc>
          <w:tcPr>
            <w:tcW w:w="3482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0F59E8D0" w14:textId="77777777" w:rsidR="001221B5" w:rsidRPr="00F95A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95AB2">
              <w:rPr>
                <w:b/>
                <w:color w:val="FFFFFF"/>
                <w:sz w:val="18"/>
                <w:szCs w:val="18"/>
              </w:rPr>
              <w:t>학습할 내용</w:t>
            </w:r>
          </w:p>
        </w:tc>
      </w:tr>
      <w:tr w:rsidR="001221B5" w14:paraId="64C73D12" w14:textId="77777777" w:rsidTr="00F95AB2">
        <w:trPr>
          <w:trHeight w:hRule="exact" w:val="577"/>
        </w:trPr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613B87C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D992971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7D796F6" w14:textId="77777777" w:rsidR="001221B5" w:rsidRDefault="001221B5">
            <w:pPr>
              <w:spacing w:after="0"/>
            </w:pPr>
          </w:p>
        </w:tc>
      </w:tr>
      <w:tr w:rsidR="001221B5" w14:paraId="7E7767C9" w14:textId="77777777" w:rsidTr="00F95AB2">
        <w:trPr>
          <w:trHeight w:hRule="exact" w:val="577"/>
        </w:trPr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A7ED659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EF1E301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9E92EE" w14:textId="77777777" w:rsidR="001221B5" w:rsidRDefault="001221B5">
            <w:pPr>
              <w:spacing w:after="0"/>
            </w:pPr>
          </w:p>
        </w:tc>
      </w:tr>
      <w:tr w:rsidR="001221B5" w14:paraId="53600AE5" w14:textId="77777777" w:rsidTr="00F95AB2">
        <w:trPr>
          <w:trHeight w:hRule="exact" w:val="577"/>
        </w:trPr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5D5741E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8D48488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ED22E1" w14:textId="77777777" w:rsidR="001221B5" w:rsidRDefault="001221B5">
            <w:pPr>
              <w:spacing w:after="0"/>
            </w:pPr>
          </w:p>
        </w:tc>
      </w:tr>
      <w:tr w:rsidR="001221B5" w14:paraId="3BD826F8" w14:textId="77777777" w:rsidTr="00F95AB2">
        <w:trPr>
          <w:trHeight w:hRule="exact" w:val="577"/>
        </w:trPr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68EE875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788E3E" w14:textId="77777777" w:rsidR="001221B5" w:rsidRDefault="001221B5">
            <w:pPr>
              <w:spacing w:after="0"/>
            </w:pPr>
          </w:p>
        </w:tc>
        <w:tc>
          <w:tcPr>
            <w:tcW w:w="348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2F5D423" w14:textId="77777777" w:rsidR="001221B5" w:rsidRDefault="001221B5">
            <w:pPr>
              <w:spacing w:after="0"/>
            </w:pPr>
          </w:p>
        </w:tc>
      </w:tr>
    </w:tbl>
    <w:p w14:paraId="6E5BD347" w14:textId="77777777" w:rsidR="001221B5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안전 · 보호자 확인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1221B5" w14:paraId="532E468F" w14:textId="77777777">
        <w:trPr>
          <w:trHeight w:hRule="exact" w:val="482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C54D2B" w14:textId="77777777" w:rsidR="001221B5" w:rsidRPr="00F95AB2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F95AB2">
              <w:rPr>
                <w:color w:val="223454"/>
                <w:sz w:val="16"/>
                <w:szCs w:val="16"/>
                <w:lang w:eastAsia="ko-KR"/>
              </w:rPr>
              <w:t>□ 체험학습 기간 동안 학생의 안전과 생활지도를 보호자가 책임지겠습니다.</w:t>
            </w:r>
          </w:p>
        </w:tc>
      </w:tr>
      <w:tr w:rsidR="001221B5" w14:paraId="3F710076" w14:textId="77777777">
        <w:trPr>
          <w:trHeight w:hRule="exact" w:val="482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155B0EB" w14:textId="77777777" w:rsidR="001221B5" w:rsidRPr="00F95AB2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F95AB2">
              <w:rPr>
                <w:color w:val="223454"/>
                <w:sz w:val="16"/>
                <w:szCs w:val="16"/>
                <w:lang w:eastAsia="ko-KR"/>
              </w:rPr>
              <w:t>□ 체험학습 계획에 따라 교육적인 활동이 이루어지도록 지도하겠습니다.</w:t>
            </w:r>
          </w:p>
        </w:tc>
      </w:tr>
      <w:tr w:rsidR="001221B5" w14:paraId="39FD3B5E" w14:textId="77777777">
        <w:trPr>
          <w:trHeight w:hRule="exact" w:val="482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D2B8794" w14:textId="77777777" w:rsidR="001221B5" w:rsidRPr="00F95AB2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F95AB2">
              <w:rPr>
                <w:color w:val="223454"/>
                <w:sz w:val="16"/>
                <w:szCs w:val="16"/>
                <w:lang w:eastAsia="ko-KR"/>
              </w:rPr>
              <w:t>□ 학교에서 안내한 신청·보고 절차와 제출 기한을 확인하겠습니다.</w:t>
            </w:r>
          </w:p>
        </w:tc>
      </w:tr>
    </w:tbl>
    <w:p w14:paraId="42DB4FB4" w14:textId="77777777" w:rsidR="001221B5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신청</w:t>
      </w:r>
      <w:proofErr w:type="spellEnd"/>
      <w:r>
        <w:rPr>
          <w:b/>
          <w:color w:val="223454"/>
          <w:sz w:val="22"/>
        </w:rPr>
        <w:t xml:space="preserve"> · </w:t>
      </w:r>
      <w:proofErr w:type="spellStart"/>
      <w:r>
        <w:rPr>
          <w:b/>
          <w:color w:val="223454"/>
          <w:sz w:val="22"/>
        </w:rPr>
        <w:t>확인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1221B5" w14:paraId="65F3CA34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28D7BF6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신청일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8D988D3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C62D541" w14:textId="77777777" w:rsidR="001221B5" w:rsidRPr="00F95A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보호자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69BE6D8" w14:textId="77777777" w:rsidR="001221B5" w:rsidRPr="00F95AB2" w:rsidRDefault="00000000" w:rsidP="00F95AB2">
            <w:pPr>
              <w:spacing w:after="0"/>
              <w:jc w:val="right"/>
              <w:rPr>
                <w:sz w:val="16"/>
                <w:szCs w:val="16"/>
              </w:rPr>
            </w:pPr>
            <w:r w:rsidRPr="00F95AB2">
              <w:rPr>
                <w:color w:val="223454"/>
                <w:sz w:val="16"/>
                <w:szCs w:val="16"/>
              </w:rPr>
              <w:t>(서명)</w:t>
            </w:r>
          </w:p>
        </w:tc>
      </w:tr>
      <w:tr w:rsidR="001221B5" w14:paraId="53242747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4A10FA5" w14:textId="77777777" w:rsidR="001221B5" w:rsidRPr="00F95AB2" w:rsidRDefault="00000000">
            <w:pPr>
              <w:spacing w:after="0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담임 확인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1E21637" w14:textId="77777777" w:rsidR="001221B5" w:rsidRPr="00F95AB2" w:rsidRDefault="001221B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7B1DB1" w14:textId="77777777" w:rsidR="001221B5" w:rsidRPr="00F95AB2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F95AB2">
              <w:rPr>
                <w:b/>
                <w:color w:val="223454"/>
                <w:sz w:val="18"/>
                <w:szCs w:val="18"/>
              </w:rPr>
              <w:t>학교 확인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32EBD62" w14:textId="77777777" w:rsidR="001221B5" w:rsidRPr="00F95AB2" w:rsidRDefault="001221B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2D039DFE" w14:textId="77777777" w:rsidR="001221B5" w:rsidRDefault="00000000">
      <w:pPr>
        <w:spacing w:before="50" w:after="0"/>
        <w:jc w:val="center"/>
        <w:rPr>
          <w:lang w:eastAsia="ko-KR"/>
        </w:rPr>
      </w:pPr>
      <w:r>
        <w:rPr>
          <w:color w:val="6B7280"/>
          <w:sz w:val="14"/>
          <w:lang w:eastAsia="ko-KR"/>
        </w:rPr>
        <w:t>※ 학교별 현장체험학습 인정 기준·신청 기한·필요 서류가 다를 수 있으므로 학교 안내를 확인해 주세요.</w:t>
      </w:r>
    </w:p>
    <w:p w14:paraId="7ED0F2E2" w14:textId="77777777" w:rsidR="001221B5" w:rsidRPr="00F95AB2" w:rsidRDefault="00000000">
      <w:pPr>
        <w:spacing w:before="20" w:after="0"/>
        <w:jc w:val="center"/>
        <w:rPr>
          <w:sz w:val="16"/>
          <w:szCs w:val="16"/>
        </w:rPr>
      </w:pPr>
      <w:r w:rsidRPr="00F95AB2">
        <w:rPr>
          <w:color w:val="6B7280"/>
          <w:sz w:val="16"/>
          <w:szCs w:val="16"/>
        </w:rPr>
        <w:t>EDUCATION BOX · edu.informationbox.kr</w:t>
      </w:r>
    </w:p>
    <w:sectPr w:rsidR="001221B5" w:rsidRPr="00F95AB2" w:rsidSect="00C92502">
      <w:pgSz w:w="11906" w:h="16838"/>
      <w:pgMar w:top="709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011104">
    <w:abstractNumId w:val="8"/>
  </w:num>
  <w:num w:numId="2" w16cid:durableId="1726568225">
    <w:abstractNumId w:val="6"/>
  </w:num>
  <w:num w:numId="3" w16cid:durableId="514150957">
    <w:abstractNumId w:val="5"/>
  </w:num>
  <w:num w:numId="4" w16cid:durableId="1610627582">
    <w:abstractNumId w:val="4"/>
  </w:num>
  <w:num w:numId="5" w16cid:durableId="343439435">
    <w:abstractNumId w:val="7"/>
  </w:num>
  <w:num w:numId="6" w16cid:durableId="1193423506">
    <w:abstractNumId w:val="3"/>
  </w:num>
  <w:num w:numId="7" w16cid:durableId="1745910746">
    <w:abstractNumId w:val="2"/>
  </w:num>
  <w:num w:numId="8" w16cid:durableId="815755916">
    <w:abstractNumId w:val="1"/>
  </w:num>
  <w:num w:numId="9" w16cid:durableId="166763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1B5"/>
    <w:rsid w:val="0015074B"/>
    <w:rsid w:val="0029639D"/>
    <w:rsid w:val="00326F90"/>
    <w:rsid w:val="00AA1D8D"/>
    <w:rsid w:val="00B47730"/>
    <w:rsid w:val="00BA4020"/>
    <w:rsid w:val="00C92502"/>
    <w:rsid w:val="00CB0664"/>
    <w:rsid w:val="00F95A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F5828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2026-10-01T14:44:00Z</dcterms:modified>
  <cp:category/>
</cp:coreProperties>
</file>